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AA3C6" w14:textId="77777777" w:rsidR="00E2764D" w:rsidRDefault="00E2764D"/>
    <w:p w14:paraId="6289B739" w14:textId="77777777" w:rsidR="00E2764D" w:rsidRDefault="00E2764D"/>
    <w:p w14:paraId="5846ECCF" w14:textId="77777777" w:rsidR="00E2764D" w:rsidRDefault="00E2764D"/>
    <w:p w14:paraId="33F798A4" w14:textId="77777777" w:rsidR="00E2764D" w:rsidRDefault="00E2764D"/>
    <w:p w14:paraId="3CA7A472" w14:textId="77777777" w:rsidR="00E2764D" w:rsidRDefault="00F75996">
      <w:pPr>
        <w:jc w:val="center"/>
      </w:pPr>
      <w:r>
        <w:rPr>
          <w:b/>
          <w:sz w:val="60"/>
        </w:rPr>
        <w:t>Chief AI Officer Playbook</w:t>
      </w:r>
    </w:p>
    <w:p w14:paraId="065C6D3A" w14:textId="77777777" w:rsidR="00E2764D" w:rsidRDefault="00F75996">
      <w:pPr>
        <w:jc w:val="center"/>
      </w:pPr>
      <w:r>
        <w:rPr>
          <w:sz w:val="30"/>
        </w:rPr>
        <w:t>The Operating Manual for the Chief Artificial Intelligence Officer on Microsoft Azure</w:t>
      </w:r>
    </w:p>
    <w:p w14:paraId="22D70C4F" w14:textId="77777777" w:rsidR="00E2764D" w:rsidRDefault="00E2764D"/>
    <w:p w14:paraId="2EFFFC0E" w14:textId="77777777" w:rsidR="00E2764D" w:rsidRDefault="00F75996">
      <w:pPr>
        <w:jc w:val="center"/>
      </w:pPr>
      <w:r>
        <w:rPr>
          <w:b/>
          <w:sz w:val="26"/>
        </w:rPr>
        <w:t>The Organization</w:t>
      </w:r>
    </w:p>
    <w:p w14:paraId="2D757842" w14:textId="77777777" w:rsidR="00E2764D" w:rsidRDefault="00F75996">
      <w:pPr>
        <w:jc w:val="center"/>
      </w:pPr>
      <w:r>
        <w:rPr>
          <w:sz w:val="26"/>
        </w:rPr>
        <w:t>Version 1.0</w:t>
      </w:r>
    </w:p>
    <w:p w14:paraId="0E934748" w14:textId="77777777" w:rsidR="00E2764D" w:rsidRDefault="00E2764D"/>
    <w:p w14:paraId="43225DB0" w14:textId="77777777" w:rsidR="00E2764D" w:rsidRDefault="00E2764D"/>
    <w:p w14:paraId="1870FC30" w14:textId="77777777" w:rsidR="00E2764D" w:rsidRDefault="00F75996">
      <w:pPr>
        <w:spacing w:after="0"/>
        <w:jc w:val="center"/>
      </w:pPr>
      <w:r>
        <w:rPr>
          <w:b/>
        </w:rPr>
        <w:t>Created by John Straumann</w:t>
      </w:r>
    </w:p>
    <w:p w14:paraId="41876959" w14:textId="77777777" w:rsidR="00E2764D" w:rsidRDefault="00F75996">
      <w:pPr>
        <w:spacing w:after="0"/>
        <w:jc w:val="center"/>
      </w:pPr>
      <w:r>
        <w:t>Field CAIO Officer, Microsoft South</w:t>
      </w:r>
    </w:p>
    <w:p w14:paraId="02E13FBF" w14:textId="77777777" w:rsidR="00E2764D" w:rsidRDefault="00F75996">
      <w:pPr>
        <w:spacing w:after="0"/>
        <w:jc w:val="center"/>
      </w:pPr>
      <w:r>
        <w:t>john.straumann@microsoft.com</w:t>
      </w:r>
    </w:p>
    <w:p w14:paraId="16572FA5" w14:textId="77777777" w:rsidR="00E2764D" w:rsidRDefault="00F75996">
      <w:pPr>
        <w:spacing w:after="0"/>
        <w:jc w:val="center"/>
      </w:pPr>
      <w:r>
        <w:t>August 4, 2026</w:t>
      </w:r>
    </w:p>
    <w:p w14:paraId="29CB9BB2" w14:textId="77777777" w:rsidR="00A30685" w:rsidRDefault="009F3B1B">
      <w:pPr>
        <w:pStyle w:val="Heading1"/>
        <w:pageBreakBefore/>
      </w:pPr>
      <w:bookmarkStart w:id="0" w:name="_Toc241649668"/>
      <w:r>
        <w:rPr>
          <w:rFonts w:ascii="Arial" w:eastAsia="Arial" w:hAnsi="Arial" w:cs="Arial"/>
          <w:color w:val="C00000"/>
        </w:rPr>
        <w:lastRenderedPageBreak/>
        <w:t>Important Disclaimer</w:t>
      </w:r>
      <w:bookmarkEnd w:id="0"/>
    </w:p>
    <w:p w14:paraId="0320C27A" w14:textId="77777777" w:rsidR="00A30685" w:rsidRDefault="009F3B1B">
      <w:r>
        <w:rPr>
          <w:b/>
          <w:color w:val="C00000"/>
        </w:rPr>
        <w:t>This document is not a Microsoft product and is not official Microsoft content.</w:t>
      </w:r>
    </w:p>
    <w:p w14:paraId="1AD16863" w14:textId="77777777" w:rsidR="00A30685" w:rsidRDefault="009F3B1B">
      <w:r>
        <w:t>This playbook was created by John Straumann and is the independent work of its author. It is not produced, reviewed, endorsed, approved, or published by Microsoft Corporation. Although the author works at Microsoft, nothing in this document is an official Microsoft statement, commitment, recommendation, roadmap, or position, and it does not create any obligation on Microsoft.</w:t>
      </w:r>
    </w:p>
    <w:p w14:paraId="6E9E5BEE" w14:textId="77777777" w:rsidR="00A30685" w:rsidRDefault="009F3B1B">
      <w:r>
        <w:rPr>
          <w:b/>
        </w:rPr>
        <w:t>Not official curriculum or exam preparation</w:t>
      </w:r>
      <w:r>
        <w:t>: this document is not official Microsoft training material, official Microsoft curriculum, or preparation for any Microsoft certification examination. It is intended for self-paced reading and as a working reference. Where Microsoft Learn or Microsoft documentation is referenced, that content remains the authoritative source and is governed by its own terms.</w:t>
      </w:r>
    </w:p>
    <w:p w14:paraId="4C39B29F" w14:textId="77777777" w:rsidR="00A30685" w:rsidRDefault="009F3B1B">
      <w:r>
        <w:rPr>
          <w:b/>
        </w:rPr>
        <w:t>No warranty</w:t>
      </w:r>
      <w:r>
        <w:t>: the material is provided “as is”, without representation, guarantee, condition, or warranty of any kind, whether express or implied, including as to accuracy, completeness, currency, merchantability, or fitness for a particular purpose. Microsoft makes no guarantees or warranties about this material and accepts no responsibility or liability for it. To the maximum extent permitted by law, neither Microsoft nor the author is liable for any loss or damage of any kind arising from reliance on this document.</w:t>
      </w:r>
    </w:p>
    <w:p w14:paraId="5C864CA9" w14:textId="77777777" w:rsidR="00A30685" w:rsidRDefault="009F3B1B">
      <w:r>
        <w:t>Please also note the following before acting on anything in this playbook:</w:t>
      </w:r>
    </w:p>
    <w:p w14:paraId="2737D380" w14:textId="77777777" w:rsidR="00A30685" w:rsidRDefault="009F3B1B">
      <w:pPr>
        <w:pStyle w:val="ListBullet"/>
      </w:pPr>
      <w:r>
        <w:t>This is not legal, regulatory, compliance, privacy, tax, financial, actuarial, or audit advice. Regulatory material reflects the author’s understanding as of the date shown on the cover and changes frequently. Obtain advice from qualified counsel and confirm current obligations with your own regulators and supervisors before making decisions.</w:t>
      </w:r>
    </w:p>
    <w:p w14:paraId="23B9A2C1" w14:textId="77777777" w:rsidR="00A30685" w:rsidRDefault="009F3B1B">
      <w:pPr>
        <w:pStyle w:val="ListBullet"/>
      </w:pPr>
      <w:r>
        <w:t>Azure and Microsoft service names, capabilities, regional availability, service limits, licensing, and pricing change often, and some capabilities described here may be in preview. Verify everything against current Microsoft documentation and your own commercial agreements before you design, budget, or commit.</w:t>
      </w:r>
    </w:p>
    <w:p w14:paraId="23A58402" w14:textId="77777777" w:rsidR="00A30685" w:rsidRDefault="009F3B1B">
      <w:pPr>
        <w:pStyle w:val="ListBullet"/>
      </w:pPr>
      <w:r>
        <w:t>Organization names, roles, metrics, scenarios, and figures are illustrative. “The Organization” is a generic placeholder and does not describe any specific customer, and no confidential or customer-identifying information is included.</w:t>
      </w:r>
    </w:p>
    <w:p w14:paraId="1FC5F58E" w14:textId="77777777" w:rsidR="00A30685" w:rsidRDefault="009F3B1B">
      <w:pPr>
        <w:pStyle w:val="ListBullet"/>
      </w:pPr>
      <w:r>
        <w:t>Architecture, governance, risk-tiering, and control recommendations are starting points that must be adapted. Accountability for any adoption, deployment, or governance decision remains entirely with the adopting organization.</w:t>
      </w:r>
    </w:p>
    <w:p w14:paraId="0869FE3D" w14:textId="77777777" w:rsidR="00A30685" w:rsidRDefault="009F3B1B">
      <w:r>
        <w:rPr>
          <w:b/>
        </w:rPr>
        <w:t>In short</w:t>
      </w:r>
      <w:r>
        <w:t>: treat this as one practitioner’s structured, self-paced reference, not as a Microsoft deliverable, and not as a substitute for your own legal, risk, security, and architectural review.</w:t>
      </w:r>
    </w:p>
    <w:p w14:paraId="654B1FBB" w14:textId="77777777" w:rsidR="00A30685" w:rsidRDefault="009F3B1B">
      <w:r>
        <w:t>Microsoft, Azure, Microsoft 365, Microsoft Entra, Microsoft Purview, Microsoft Fabric, Dynamics 365, Power Apps, and Copilot are trademarks of the Microsoft group of companies. All other trademarks are the property of their respective owners.</w:t>
      </w:r>
    </w:p>
    <w:p w14:paraId="0E0D4445" w14:textId="77777777" w:rsidR="00E2764D" w:rsidRDefault="00F75996">
      <w:pPr>
        <w:pageBreakBefore/>
        <w:spacing w:before="280" w:after="120"/>
      </w:pPr>
      <w:r>
        <w:rPr>
          <w:b/>
          <w:color w:val="1F3964"/>
          <w:sz w:val="36"/>
        </w:rPr>
        <w:lastRenderedPageBreak/>
        <w:t>Table of Contents</w:t>
      </w:r>
    </w:p>
    <w:p w14:paraId="1768B5DE" w14:textId="0CF9656A" w:rsidR="00347EA5" w:rsidRDefault="00F75996">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1649668" w:history="1">
        <w:r w:rsidR="00347EA5" w:rsidRPr="002839DA">
          <w:rPr>
            <w:rStyle w:val="Hyperlink"/>
            <w:noProof/>
          </w:rPr>
          <w:t>Important Disclaimer</w:t>
        </w:r>
        <w:r w:rsidR="00347EA5">
          <w:rPr>
            <w:noProof/>
            <w:webHidden/>
          </w:rPr>
          <w:tab/>
        </w:r>
        <w:r w:rsidR="00347EA5">
          <w:rPr>
            <w:noProof/>
            <w:webHidden/>
          </w:rPr>
          <w:fldChar w:fldCharType="begin"/>
        </w:r>
        <w:r w:rsidR="00347EA5">
          <w:rPr>
            <w:noProof/>
            <w:webHidden/>
          </w:rPr>
          <w:instrText xml:space="preserve"> PAGEREF _Toc241649668 \h </w:instrText>
        </w:r>
        <w:r w:rsidR="00347EA5">
          <w:rPr>
            <w:noProof/>
            <w:webHidden/>
          </w:rPr>
        </w:r>
        <w:r w:rsidR="00347EA5">
          <w:rPr>
            <w:noProof/>
            <w:webHidden/>
          </w:rPr>
          <w:fldChar w:fldCharType="separate"/>
        </w:r>
        <w:r w:rsidR="00347EA5">
          <w:rPr>
            <w:noProof/>
            <w:webHidden/>
          </w:rPr>
          <w:t>2</w:t>
        </w:r>
        <w:r w:rsidR="00347EA5">
          <w:rPr>
            <w:noProof/>
            <w:webHidden/>
          </w:rPr>
          <w:fldChar w:fldCharType="end"/>
        </w:r>
      </w:hyperlink>
    </w:p>
    <w:p w14:paraId="2715B5FB" w14:textId="5F9DA5FD"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69" w:history="1">
        <w:r w:rsidRPr="002839DA">
          <w:rPr>
            <w:rStyle w:val="Hyperlink"/>
            <w:noProof/>
          </w:rPr>
          <w:t>1. Purpose and How to Use This Document</w:t>
        </w:r>
        <w:r>
          <w:rPr>
            <w:noProof/>
            <w:webHidden/>
          </w:rPr>
          <w:tab/>
        </w:r>
        <w:r>
          <w:rPr>
            <w:noProof/>
            <w:webHidden/>
          </w:rPr>
          <w:fldChar w:fldCharType="begin"/>
        </w:r>
        <w:r>
          <w:rPr>
            <w:noProof/>
            <w:webHidden/>
          </w:rPr>
          <w:instrText xml:space="preserve"> PAGEREF _Toc241649669 \h </w:instrText>
        </w:r>
        <w:r>
          <w:rPr>
            <w:noProof/>
            <w:webHidden/>
          </w:rPr>
        </w:r>
        <w:r>
          <w:rPr>
            <w:noProof/>
            <w:webHidden/>
          </w:rPr>
          <w:fldChar w:fldCharType="separate"/>
        </w:r>
        <w:r>
          <w:rPr>
            <w:noProof/>
            <w:webHidden/>
          </w:rPr>
          <w:t>7</w:t>
        </w:r>
        <w:r>
          <w:rPr>
            <w:noProof/>
            <w:webHidden/>
          </w:rPr>
          <w:fldChar w:fldCharType="end"/>
        </w:r>
      </w:hyperlink>
    </w:p>
    <w:p w14:paraId="06F317BB" w14:textId="1A3A4C5A"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0" w:history="1">
        <w:r w:rsidRPr="002839DA">
          <w:rPr>
            <w:rStyle w:val="Hyperlink"/>
            <w:noProof/>
          </w:rPr>
          <w:t>1.1 Who Should Use This Document</w:t>
        </w:r>
        <w:r>
          <w:rPr>
            <w:noProof/>
            <w:webHidden/>
          </w:rPr>
          <w:tab/>
        </w:r>
        <w:r>
          <w:rPr>
            <w:noProof/>
            <w:webHidden/>
          </w:rPr>
          <w:fldChar w:fldCharType="begin"/>
        </w:r>
        <w:r>
          <w:rPr>
            <w:noProof/>
            <w:webHidden/>
          </w:rPr>
          <w:instrText xml:space="preserve"> PAGEREF _Toc241649670 \h </w:instrText>
        </w:r>
        <w:r>
          <w:rPr>
            <w:noProof/>
            <w:webHidden/>
          </w:rPr>
        </w:r>
        <w:r>
          <w:rPr>
            <w:noProof/>
            <w:webHidden/>
          </w:rPr>
          <w:fldChar w:fldCharType="separate"/>
        </w:r>
        <w:r>
          <w:rPr>
            <w:noProof/>
            <w:webHidden/>
          </w:rPr>
          <w:t>7</w:t>
        </w:r>
        <w:r>
          <w:rPr>
            <w:noProof/>
            <w:webHidden/>
          </w:rPr>
          <w:fldChar w:fldCharType="end"/>
        </w:r>
      </w:hyperlink>
    </w:p>
    <w:p w14:paraId="36E22798" w14:textId="2BF1CD29"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1" w:history="1">
        <w:r w:rsidRPr="002839DA">
          <w:rPr>
            <w:rStyle w:val="Hyperlink"/>
            <w:noProof/>
          </w:rPr>
          <w:t>1.2 How to Use This Playbook</w:t>
        </w:r>
        <w:r>
          <w:rPr>
            <w:noProof/>
            <w:webHidden/>
          </w:rPr>
          <w:tab/>
        </w:r>
        <w:r>
          <w:rPr>
            <w:noProof/>
            <w:webHidden/>
          </w:rPr>
          <w:fldChar w:fldCharType="begin"/>
        </w:r>
        <w:r>
          <w:rPr>
            <w:noProof/>
            <w:webHidden/>
          </w:rPr>
          <w:instrText xml:space="preserve"> PAGEREF _Toc241649671 \h </w:instrText>
        </w:r>
        <w:r>
          <w:rPr>
            <w:noProof/>
            <w:webHidden/>
          </w:rPr>
        </w:r>
        <w:r>
          <w:rPr>
            <w:noProof/>
            <w:webHidden/>
          </w:rPr>
          <w:fldChar w:fldCharType="separate"/>
        </w:r>
        <w:r>
          <w:rPr>
            <w:noProof/>
            <w:webHidden/>
          </w:rPr>
          <w:t>8</w:t>
        </w:r>
        <w:r>
          <w:rPr>
            <w:noProof/>
            <w:webHidden/>
          </w:rPr>
          <w:fldChar w:fldCharType="end"/>
        </w:r>
      </w:hyperlink>
    </w:p>
    <w:p w14:paraId="1D15B0B6" w14:textId="36786CB3"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72" w:history="1">
        <w:r w:rsidRPr="002839DA">
          <w:rPr>
            <w:rStyle w:val="Hyperlink"/>
            <w:noProof/>
          </w:rPr>
          <w:t>2. The Chief AI Officer Mandate</w:t>
        </w:r>
        <w:r>
          <w:rPr>
            <w:noProof/>
            <w:webHidden/>
          </w:rPr>
          <w:tab/>
        </w:r>
        <w:r>
          <w:rPr>
            <w:noProof/>
            <w:webHidden/>
          </w:rPr>
          <w:fldChar w:fldCharType="begin"/>
        </w:r>
        <w:r>
          <w:rPr>
            <w:noProof/>
            <w:webHidden/>
          </w:rPr>
          <w:instrText xml:space="preserve"> PAGEREF _Toc241649672 \h </w:instrText>
        </w:r>
        <w:r>
          <w:rPr>
            <w:noProof/>
            <w:webHidden/>
          </w:rPr>
        </w:r>
        <w:r>
          <w:rPr>
            <w:noProof/>
            <w:webHidden/>
          </w:rPr>
          <w:fldChar w:fldCharType="separate"/>
        </w:r>
        <w:r>
          <w:rPr>
            <w:noProof/>
            <w:webHidden/>
          </w:rPr>
          <w:t>10</w:t>
        </w:r>
        <w:r>
          <w:rPr>
            <w:noProof/>
            <w:webHidden/>
          </w:rPr>
          <w:fldChar w:fldCharType="end"/>
        </w:r>
      </w:hyperlink>
    </w:p>
    <w:p w14:paraId="6428FC53" w14:textId="1C2EE0E9"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3" w:history="1">
        <w:r w:rsidRPr="002839DA">
          <w:rPr>
            <w:rStyle w:val="Hyperlink"/>
            <w:noProof/>
          </w:rPr>
          <w:t>2.1 Why the Role Exists</w:t>
        </w:r>
        <w:r>
          <w:rPr>
            <w:noProof/>
            <w:webHidden/>
          </w:rPr>
          <w:tab/>
        </w:r>
        <w:r>
          <w:rPr>
            <w:noProof/>
            <w:webHidden/>
          </w:rPr>
          <w:fldChar w:fldCharType="begin"/>
        </w:r>
        <w:r>
          <w:rPr>
            <w:noProof/>
            <w:webHidden/>
          </w:rPr>
          <w:instrText xml:space="preserve"> PAGEREF _Toc241649673 \h </w:instrText>
        </w:r>
        <w:r>
          <w:rPr>
            <w:noProof/>
            <w:webHidden/>
          </w:rPr>
        </w:r>
        <w:r>
          <w:rPr>
            <w:noProof/>
            <w:webHidden/>
          </w:rPr>
          <w:fldChar w:fldCharType="separate"/>
        </w:r>
        <w:r>
          <w:rPr>
            <w:noProof/>
            <w:webHidden/>
          </w:rPr>
          <w:t>10</w:t>
        </w:r>
        <w:r>
          <w:rPr>
            <w:noProof/>
            <w:webHidden/>
          </w:rPr>
          <w:fldChar w:fldCharType="end"/>
        </w:r>
      </w:hyperlink>
    </w:p>
    <w:p w14:paraId="1364DD90" w14:textId="69C8F3E1"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4" w:history="1">
        <w:r w:rsidRPr="002839DA">
          <w:rPr>
            <w:rStyle w:val="Hyperlink"/>
            <w:noProof/>
          </w:rPr>
          <w:t>2.2 Charter and Scope of Authority</w:t>
        </w:r>
        <w:r>
          <w:rPr>
            <w:noProof/>
            <w:webHidden/>
          </w:rPr>
          <w:tab/>
        </w:r>
        <w:r>
          <w:rPr>
            <w:noProof/>
            <w:webHidden/>
          </w:rPr>
          <w:fldChar w:fldCharType="begin"/>
        </w:r>
        <w:r>
          <w:rPr>
            <w:noProof/>
            <w:webHidden/>
          </w:rPr>
          <w:instrText xml:space="preserve"> PAGEREF _Toc241649674 \h </w:instrText>
        </w:r>
        <w:r>
          <w:rPr>
            <w:noProof/>
            <w:webHidden/>
          </w:rPr>
        </w:r>
        <w:r>
          <w:rPr>
            <w:noProof/>
            <w:webHidden/>
          </w:rPr>
          <w:fldChar w:fldCharType="separate"/>
        </w:r>
        <w:r>
          <w:rPr>
            <w:noProof/>
            <w:webHidden/>
          </w:rPr>
          <w:t>10</w:t>
        </w:r>
        <w:r>
          <w:rPr>
            <w:noProof/>
            <w:webHidden/>
          </w:rPr>
          <w:fldChar w:fldCharType="end"/>
        </w:r>
      </w:hyperlink>
    </w:p>
    <w:p w14:paraId="1F9495E3" w14:textId="1E735867"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5" w:history="1">
        <w:r w:rsidRPr="002839DA">
          <w:rPr>
            <w:rStyle w:val="Hyperlink"/>
            <w:noProof/>
          </w:rPr>
          <w:t>2.3 Where the Role Reports and Why It Matters</w:t>
        </w:r>
        <w:r>
          <w:rPr>
            <w:noProof/>
            <w:webHidden/>
          </w:rPr>
          <w:tab/>
        </w:r>
        <w:r>
          <w:rPr>
            <w:noProof/>
            <w:webHidden/>
          </w:rPr>
          <w:fldChar w:fldCharType="begin"/>
        </w:r>
        <w:r>
          <w:rPr>
            <w:noProof/>
            <w:webHidden/>
          </w:rPr>
          <w:instrText xml:space="preserve"> PAGEREF _Toc241649675 \h </w:instrText>
        </w:r>
        <w:r>
          <w:rPr>
            <w:noProof/>
            <w:webHidden/>
          </w:rPr>
        </w:r>
        <w:r>
          <w:rPr>
            <w:noProof/>
            <w:webHidden/>
          </w:rPr>
          <w:fldChar w:fldCharType="separate"/>
        </w:r>
        <w:r>
          <w:rPr>
            <w:noProof/>
            <w:webHidden/>
          </w:rPr>
          <w:t>12</w:t>
        </w:r>
        <w:r>
          <w:rPr>
            <w:noProof/>
            <w:webHidden/>
          </w:rPr>
          <w:fldChar w:fldCharType="end"/>
        </w:r>
      </w:hyperlink>
    </w:p>
    <w:p w14:paraId="2246DE43" w14:textId="5B2C4727"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6" w:history="1">
        <w:r w:rsidRPr="002839DA">
          <w:rPr>
            <w:rStyle w:val="Hyperlink"/>
            <w:noProof/>
          </w:rPr>
          <w:t>2.4 Boundaries With Adjacent Officers</w:t>
        </w:r>
        <w:r>
          <w:rPr>
            <w:noProof/>
            <w:webHidden/>
          </w:rPr>
          <w:tab/>
        </w:r>
        <w:r>
          <w:rPr>
            <w:noProof/>
            <w:webHidden/>
          </w:rPr>
          <w:fldChar w:fldCharType="begin"/>
        </w:r>
        <w:r>
          <w:rPr>
            <w:noProof/>
            <w:webHidden/>
          </w:rPr>
          <w:instrText xml:space="preserve"> PAGEREF _Toc241649676 \h </w:instrText>
        </w:r>
        <w:r>
          <w:rPr>
            <w:noProof/>
            <w:webHidden/>
          </w:rPr>
        </w:r>
        <w:r>
          <w:rPr>
            <w:noProof/>
            <w:webHidden/>
          </w:rPr>
          <w:fldChar w:fldCharType="separate"/>
        </w:r>
        <w:r>
          <w:rPr>
            <w:noProof/>
            <w:webHidden/>
          </w:rPr>
          <w:t>12</w:t>
        </w:r>
        <w:r>
          <w:rPr>
            <w:noProof/>
            <w:webHidden/>
          </w:rPr>
          <w:fldChar w:fldCharType="end"/>
        </w:r>
      </w:hyperlink>
    </w:p>
    <w:p w14:paraId="13C97E0B" w14:textId="79E7DF90"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7" w:history="1">
        <w:r w:rsidRPr="002839DA">
          <w:rPr>
            <w:rStyle w:val="Hyperlink"/>
            <w:noProof/>
          </w:rPr>
          <w:t>2.5 Goals of This Playbook</w:t>
        </w:r>
        <w:r>
          <w:rPr>
            <w:noProof/>
            <w:webHidden/>
          </w:rPr>
          <w:tab/>
        </w:r>
        <w:r>
          <w:rPr>
            <w:noProof/>
            <w:webHidden/>
          </w:rPr>
          <w:fldChar w:fldCharType="begin"/>
        </w:r>
        <w:r>
          <w:rPr>
            <w:noProof/>
            <w:webHidden/>
          </w:rPr>
          <w:instrText xml:space="preserve"> PAGEREF _Toc241649677 \h </w:instrText>
        </w:r>
        <w:r>
          <w:rPr>
            <w:noProof/>
            <w:webHidden/>
          </w:rPr>
        </w:r>
        <w:r>
          <w:rPr>
            <w:noProof/>
            <w:webHidden/>
          </w:rPr>
          <w:fldChar w:fldCharType="separate"/>
        </w:r>
        <w:r>
          <w:rPr>
            <w:noProof/>
            <w:webHidden/>
          </w:rPr>
          <w:t>13</w:t>
        </w:r>
        <w:r>
          <w:rPr>
            <w:noProof/>
            <w:webHidden/>
          </w:rPr>
          <w:fldChar w:fldCharType="end"/>
        </w:r>
      </w:hyperlink>
    </w:p>
    <w:p w14:paraId="33F52D56" w14:textId="5FC9BB2A"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8" w:history="1">
        <w:r w:rsidRPr="002839DA">
          <w:rPr>
            <w:rStyle w:val="Hyperlink"/>
            <w:noProof/>
          </w:rPr>
          <w:t>2.6 What Success Looks Like</w:t>
        </w:r>
        <w:r>
          <w:rPr>
            <w:noProof/>
            <w:webHidden/>
          </w:rPr>
          <w:tab/>
        </w:r>
        <w:r>
          <w:rPr>
            <w:noProof/>
            <w:webHidden/>
          </w:rPr>
          <w:fldChar w:fldCharType="begin"/>
        </w:r>
        <w:r>
          <w:rPr>
            <w:noProof/>
            <w:webHidden/>
          </w:rPr>
          <w:instrText xml:space="preserve"> PAGEREF _Toc241649678 \h </w:instrText>
        </w:r>
        <w:r>
          <w:rPr>
            <w:noProof/>
            <w:webHidden/>
          </w:rPr>
        </w:r>
        <w:r>
          <w:rPr>
            <w:noProof/>
            <w:webHidden/>
          </w:rPr>
          <w:fldChar w:fldCharType="separate"/>
        </w:r>
        <w:r>
          <w:rPr>
            <w:noProof/>
            <w:webHidden/>
          </w:rPr>
          <w:t>14</w:t>
        </w:r>
        <w:r>
          <w:rPr>
            <w:noProof/>
            <w:webHidden/>
          </w:rPr>
          <w:fldChar w:fldCharType="end"/>
        </w:r>
      </w:hyperlink>
    </w:p>
    <w:p w14:paraId="5FD8FEB4" w14:textId="751210ED"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79" w:history="1">
        <w:r w:rsidRPr="002839DA">
          <w:rPr>
            <w:rStyle w:val="Hyperlink"/>
            <w:noProof/>
          </w:rPr>
          <w:t>2.7 Board Question Table</w:t>
        </w:r>
        <w:r>
          <w:rPr>
            <w:noProof/>
            <w:webHidden/>
          </w:rPr>
          <w:tab/>
        </w:r>
        <w:r>
          <w:rPr>
            <w:noProof/>
            <w:webHidden/>
          </w:rPr>
          <w:fldChar w:fldCharType="begin"/>
        </w:r>
        <w:r>
          <w:rPr>
            <w:noProof/>
            <w:webHidden/>
          </w:rPr>
          <w:instrText xml:space="preserve"> PAGEREF _Toc241649679 \h </w:instrText>
        </w:r>
        <w:r>
          <w:rPr>
            <w:noProof/>
            <w:webHidden/>
          </w:rPr>
        </w:r>
        <w:r>
          <w:rPr>
            <w:noProof/>
            <w:webHidden/>
          </w:rPr>
          <w:fldChar w:fldCharType="separate"/>
        </w:r>
        <w:r>
          <w:rPr>
            <w:noProof/>
            <w:webHidden/>
          </w:rPr>
          <w:t>14</w:t>
        </w:r>
        <w:r>
          <w:rPr>
            <w:noProof/>
            <w:webHidden/>
          </w:rPr>
          <w:fldChar w:fldCharType="end"/>
        </w:r>
      </w:hyperlink>
    </w:p>
    <w:p w14:paraId="22B01DA7" w14:textId="61A4F067"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80" w:history="1">
        <w:r w:rsidRPr="002839DA">
          <w:rPr>
            <w:rStyle w:val="Hyperlink"/>
            <w:noProof/>
          </w:rPr>
          <w:t>3. Understanding Microsoft Azure and Artificial Intelligence</w:t>
        </w:r>
        <w:r>
          <w:rPr>
            <w:noProof/>
            <w:webHidden/>
          </w:rPr>
          <w:tab/>
        </w:r>
        <w:r>
          <w:rPr>
            <w:noProof/>
            <w:webHidden/>
          </w:rPr>
          <w:fldChar w:fldCharType="begin"/>
        </w:r>
        <w:r>
          <w:rPr>
            <w:noProof/>
            <w:webHidden/>
          </w:rPr>
          <w:instrText xml:space="preserve"> PAGEREF _Toc241649680 \h </w:instrText>
        </w:r>
        <w:r>
          <w:rPr>
            <w:noProof/>
            <w:webHidden/>
          </w:rPr>
        </w:r>
        <w:r>
          <w:rPr>
            <w:noProof/>
            <w:webHidden/>
          </w:rPr>
          <w:fldChar w:fldCharType="separate"/>
        </w:r>
        <w:r>
          <w:rPr>
            <w:noProof/>
            <w:webHidden/>
          </w:rPr>
          <w:t>16</w:t>
        </w:r>
        <w:r>
          <w:rPr>
            <w:noProof/>
            <w:webHidden/>
          </w:rPr>
          <w:fldChar w:fldCharType="end"/>
        </w:r>
      </w:hyperlink>
    </w:p>
    <w:p w14:paraId="596E5679" w14:textId="2A282504"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1" w:history="1">
        <w:r w:rsidRPr="002839DA">
          <w:rPr>
            <w:rStyle w:val="Hyperlink"/>
            <w:noProof/>
          </w:rPr>
          <w:t>3.1 What Microsoft Azure Is</w:t>
        </w:r>
        <w:r>
          <w:rPr>
            <w:noProof/>
            <w:webHidden/>
          </w:rPr>
          <w:tab/>
        </w:r>
        <w:r>
          <w:rPr>
            <w:noProof/>
            <w:webHidden/>
          </w:rPr>
          <w:fldChar w:fldCharType="begin"/>
        </w:r>
        <w:r>
          <w:rPr>
            <w:noProof/>
            <w:webHidden/>
          </w:rPr>
          <w:instrText xml:space="preserve"> PAGEREF _Toc241649681 \h </w:instrText>
        </w:r>
        <w:r>
          <w:rPr>
            <w:noProof/>
            <w:webHidden/>
          </w:rPr>
        </w:r>
        <w:r>
          <w:rPr>
            <w:noProof/>
            <w:webHidden/>
          </w:rPr>
          <w:fldChar w:fldCharType="separate"/>
        </w:r>
        <w:r>
          <w:rPr>
            <w:noProof/>
            <w:webHidden/>
          </w:rPr>
          <w:t>16</w:t>
        </w:r>
        <w:r>
          <w:rPr>
            <w:noProof/>
            <w:webHidden/>
          </w:rPr>
          <w:fldChar w:fldCharType="end"/>
        </w:r>
      </w:hyperlink>
    </w:p>
    <w:p w14:paraId="78F852BE" w14:textId="445354E5"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2" w:history="1">
        <w:r w:rsidRPr="002839DA">
          <w:rPr>
            <w:rStyle w:val="Hyperlink"/>
            <w:noProof/>
          </w:rPr>
          <w:t>3.2 What Artificial Intelligence Is</w:t>
        </w:r>
        <w:r>
          <w:rPr>
            <w:noProof/>
            <w:webHidden/>
          </w:rPr>
          <w:tab/>
        </w:r>
        <w:r>
          <w:rPr>
            <w:noProof/>
            <w:webHidden/>
          </w:rPr>
          <w:fldChar w:fldCharType="begin"/>
        </w:r>
        <w:r>
          <w:rPr>
            <w:noProof/>
            <w:webHidden/>
          </w:rPr>
          <w:instrText xml:space="preserve"> PAGEREF _Toc241649682 \h </w:instrText>
        </w:r>
        <w:r>
          <w:rPr>
            <w:noProof/>
            <w:webHidden/>
          </w:rPr>
        </w:r>
        <w:r>
          <w:rPr>
            <w:noProof/>
            <w:webHidden/>
          </w:rPr>
          <w:fldChar w:fldCharType="separate"/>
        </w:r>
        <w:r>
          <w:rPr>
            <w:noProof/>
            <w:webHidden/>
          </w:rPr>
          <w:t>16</w:t>
        </w:r>
        <w:r>
          <w:rPr>
            <w:noProof/>
            <w:webHidden/>
          </w:rPr>
          <w:fldChar w:fldCharType="end"/>
        </w:r>
      </w:hyperlink>
    </w:p>
    <w:p w14:paraId="698B4DB7" w14:textId="518DBCE1"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3" w:history="1">
        <w:r w:rsidRPr="002839DA">
          <w:rPr>
            <w:rStyle w:val="Hyperlink"/>
            <w:noProof/>
          </w:rPr>
          <w:t>3.3 The Azure AI Portfolio</w:t>
        </w:r>
        <w:r>
          <w:rPr>
            <w:noProof/>
            <w:webHidden/>
          </w:rPr>
          <w:tab/>
        </w:r>
        <w:r>
          <w:rPr>
            <w:noProof/>
            <w:webHidden/>
          </w:rPr>
          <w:fldChar w:fldCharType="begin"/>
        </w:r>
        <w:r>
          <w:rPr>
            <w:noProof/>
            <w:webHidden/>
          </w:rPr>
          <w:instrText xml:space="preserve"> PAGEREF _Toc241649683 \h </w:instrText>
        </w:r>
        <w:r>
          <w:rPr>
            <w:noProof/>
            <w:webHidden/>
          </w:rPr>
        </w:r>
        <w:r>
          <w:rPr>
            <w:noProof/>
            <w:webHidden/>
          </w:rPr>
          <w:fldChar w:fldCharType="separate"/>
        </w:r>
        <w:r>
          <w:rPr>
            <w:noProof/>
            <w:webHidden/>
          </w:rPr>
          <w:t>18</w:t>
        </w:r>
        <w:r>
          <w:rPr>
            <w:noProof/>
            <w:webHidden/>
          </w:rPr>
          <w:fldChar w:fldCharType="end"/>
        </w:r>
      </w:hyperlink>
    </w:p>
    <w:p w14:paraId="203147B7" w14:textId="56EA0E71"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4" w:history="1">
        <w:r w:rsidRPr="002839DA">
          <w:rPr>
            <w:rStyle w:val="Hyperlink"/>
            <w:noProof/>
          </w:rPr>
          <w:t>3.4 What AI Can and Cannot Do</w:t>
        </w:r>
        <w:r>
          <w:rPr>
            <w:noProof/>
            <w:webHidden/>
          </w:rPr>
          <w:tab/>
        </w:r>
        <w:r>
          <w:rPr>
            <w:noProof/>
            <w:webHidden/>
          </w:rPr>
          <w:fldChar w:fldCharType="begin"/>
        </w:r>
        <w:r>
          <w:rPr>
            <w:noProof/>
            <w:webHidden/>
          </w:rPr>
          <w:instrText xml:space="preserve"> PAGEREF _Toc241649684 \h </w:instrText>
        </w:r>
        <w:r>
          <w:rPr>
            <w:noProof/>
            <w:webHidden/>
          </w:rPr>
        </w:r>
        <w:r>
          <w:rPr>
            <w:noProof/>
            <w:webHidden/>
          </w:rPr>
          <w:fldChar w:fldCharType="separate"/>
        </w:r>
        <w:r>
          <w:rPr>
            <w:noProof/>
            <w:webHidden/>
          </w:rPr>
          <w:t>19</w:t>
        </w:r>
        <w:r>
          <w:rPr>
            <w:noProof/>
            <w:webHidden/>
          </w:rPr>
          <w:fldChar w:fldCharType="end"/>
        </w:r>
      </w:hyperlink>
    </w:p>
    <w:p w14:paraId="1D98EFFB" w14:textId="5F13283F"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5" w:history="1">
        <w:r w:rsidRPr="002839DA">
          <w:rPr>
            <w:rStyle w:val="Hyperlink"/>
            <w:noProof/>
          </w:rPr>
          <w:t>3.5 The Technical Vocabulary a CAIO Must Command</w:t>
        </w:r>
        <w:r>
          <w:rPr>
            <w:noProof/>
            <w:webHidden/>
          </w:rPr>
          <w:tab/>
        </w:r>
        <w:r>
          <w:rPr>
            <w:noProof/>
            <w:webHidden/>
          </w:rPr>
          <w:fldChar w:fldCharType="begin"/>
        </w:r>
        <w:r>
          <w:rPr>
            <w:noProof/>
            <w:webHidden/>
          </w:rPr>
          <w:instrText xml:space="preserve"> PAGEREF _Toc241649685 \h </w:instrText>
        </w:r>
        <w:r>
          <w:rPr>
            <w:noProof/>
            <w:webHidden/>
          </w:rPr>
        </w:r>
        <w:r>
          <w:rPr>
            <w:noProof/>
            <w:webHidden/>
          </w:rPr>
          <w:fldChar w:fldCharType="separate"/>
        </w:r>
        <w:r>
          <w:rPr>
            <w:noProof/>
            <w:webHidden/>
          </w:rPr>
          <w:t>21</w:t>
        </w:r>
        <w:r>
          <w:rPr>
            <w:noProof/>
            <w:webHidden/>
          </w:rPr>
          <w:fldChar w:fldCharType="end"/>
        </w:r>
      </w:hyperlink>
    </w:p>
    <w:p w14:paraId="0F3B2204" w14:textId="64DE2F15"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86" w:history="1">
        <w:r w:rsidRPr="002839DA">
          <w:rPr>
            <w:rStyle w:val="Hyperlink"/>
            <w:noProof/>
          </w:rPr>
          <w:t>4. Master Topic List</w:t>
        </w:r>
        <w:r>
          <w:rPr>
            <w:noProof/>
            <w:webHidden/>
          </w:rPr>
          <w:tab/>
        </w:r>
        <w:r>
          <w:rPr>
            <w:noProof/>
            <w:webHidden/>
          </w:rPr>
          <w:fldChar w:fldCharType="begin"/>
        </w:r>
        <w:r>
          <w:rPr>
            <w:noProof/>
            <w:webHidden/>
          </w:rPr>
          <w:instrText xml:space="preserve"> PAGEREF _Toc241649686 \h </w:instrText>
        </w:r>
        <w:r>
          <w:rPr>
            <w:noProof/>
            <w:webHidden/>
          </w:rPr>
        </w:r>
        <w:r>
          <w:rPr>
            <w:noProof/>
            <w:webHidden/>
          </w:rPr>
          <w:fldChar w:fldCharType="separate"/>
        </w:r>
        <w:r>
          <w:rPr>
            <w:noProof/>
            <w:webHidden/>
          </w:rPr>
          <w:t>23</w:t>
        </w:r>
        <w:r>
          <w:rPr>
            <w:noProof/>
            <w:webHidden/>
          </w:rPr>
          <w:fldChar w:fldCharType="end"/>
        </w:r>
      </w:hyperlink>
    </w:p>
    <w:p w14:paraId="6A949EE9" w14:textId="210D1C4C"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7" w:history="1">
        <w:r w:rsidRPr="002839DA">
          <w:rPr>
            <w:rStyle w:val="Hyperlink"/>
            <w:noProof/>
          </w:rPr>
          <w:t>4.1 Strategy and Business</w:t>
        </w:r>
        <w:r>
          <w:rPr>
            <w:noProof/>
            <w:webHidden/>
          </w:rPr>
          <w:tab/>
        </w:r>
        <w:r>
          <w:rPr>
            <w:noProof/>
            <w:webHidden/>
          </w:rPr>
          <w:fldChar w:fldCharType="begin"/>
        </w:r>
        <w:r>
          <w:rPr>
            <w:noProof/>
            <w:webHidden/>
          </w:rPr>
          <w:instrText xml:space="preserve"> PAGEREF _Toc241649687 \h </w:instrText>
        </w:r>
        <w:r>
          <w:rPr>
            <w:noProof/>
            <w:webHidden/>
          </w:rPr>
        </w:r>
        <w:r>
          <w:rPr>
            <w:noProof/>
            <w:webHidden/>
          </w:rPr>
          <w:fldChar w:fldCharType="separate"/>
        </w:r>
        <w:r>
          <w:rPr>
            <w:noProof/>
            <w:webHidden/>
          </w:rPr>
          <w:t>23</w:t>
        </w:r>
        <w:r>
          <w:rPr>
            <w:noProof/>
            <w:webHidden/>
          </w:rPr>
          <w:fldChar w:fldCharType="end"/>
        </w:r>
      </w:hyperlink>
    </w:p>
    <w:p w14:paraId="62A137F8" w14:textId="0B373469"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8" w:history="1">
        <w:r w:rsidRPr="002839DA">
          <w:rPr>
            <w:rStyle w:val="Hyperlink"/>
            <w:noProof/>
          </w:rPr>
          <w:t>4.2 Deployment and Engineering</w:t>
        </w:r>
        <w:r>
          <w:rPr>
            <w:noProof/>
            <w:webHidden/>
          </w:rPr>
          <w:tab/>
        </w:r>
        <w:r>
          <w:rPr>
            <w:noProof/>
            <w:webHidden/>
          </w:rPr>
          <w:fldChar w:fldCharType="begin"/>
        </w:r>
        <w:r>
          <w:rPr>
            <w:noProof/>
            <w:webHidden/>
          </w:rPr>
          <w:instrText xml:space="preserve"> PAGEREF _Toc241649688 \h </w:instrText>
        </w:r>
        <w:r>
          <w:rPr>
            <w:noProof/>
            <w:webHidden/>
          </w:rPr>
        </w:r>
        <w:r>
          <w:rPr>
            <w:noProof/>
            <w:webHidden/>
          </w:rPr>
          <w:fldChar w:fldCharType="separate"/>
        </w:r>
        <w:r>
          <w:rPr>
            <w:noProof/>
            <w:webHidden/>
          </w:rPr>
          <w:t>23</w:t>
        </w:r>
        <w:r>
          <w:rPr>
            <w:noProof/>
            <w:webHidden/>
          </w:rPr>
          <w:fldChar w:fldCharType="end"/>
        </w:r>
      </w:hyperlink>
    </w:p>
    <w:p w14:paraId="5DED1170" w14:textId="07615B70"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9" w:history="1">
        <w:r w:rsidRPr="002839DA">
          <w:rPr>
            <w:rStyle w:val="Hyperlink"/>
            <w:noProof/>
          </w:rPr>
          <w:t>4.3 Risk, Security and Governance</w:t>
        </w:r>
        <w:r>
          <w:rPr>
            <w:noProof/>
            <w:webHidden/>
          </w:rPr>
          <w:tab/>
        </w:r>
        <w:r>
          <w:rPr>
            <w:noProof/>
            <w:webHidden/>
          </w:rPr>
          <w:fldChar w:fldCharType="begin"/>
        </w:r>
        <w:r>
          <w:rPr>
            <w:noProof/>
            <w:webHidden/>
          </w:rPr>
          <w:instrText xml:space="preserve"> PAGEREF _Toc241649689 \h </w:instrText>
        </w:r>
        <w:r>
          <w:rPr>
            <w:noProof/>
            <w:webHidden/>
          </w:rPr>
        </w:r>
        <w:r>
          <w:rPr>
            <w:noProof/>
            <w:webHidden/>
          </w:rPr>
          <w:fldChar w:fldCharType="separate"/>
        </w:r>
        <w:r>
          <w:rPr>
            <w:noProof/>
            <w:webHidden/>
          </w:rPr>
          <w:t>23</w:t>
        </w:r>
        <w:r>
          <w:rPr>
            <w:noProof/>
            <w:webHidden/>
          </w:rPr>
          <w:fldChar w:fldCharType="end"/>
        </w:r>
      </w:hyperlink>
    </w:p>
    <w:p w14:paraId="6AC2E88D" w14:textId="6865BE2F"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0" w:history="1">
        <w:r w:rsidRPr="002839DA">
          <w:rPr>
            <w:rStyle w:val="Hyperlink"/>
            <w:noProof/>
          </w:rPr>
          <w:t>4.4 People and Change</w:t>
        </w:r>
        <w:r>
          <w:rPr>
            <w:noProof/>
            <w:webHidden/>
          </w:rPr>
          <w:tab/>
        </w:r>
        <w:r>
          <w:rPr>
            <w:noProof/>
            <w:webHidden/>
          </w:rPr>
          <w:fldChar w:fldCharType="begin"/>
        </w:r>
        <w:r>
          <w:rPr>
            <w:noProof/>
            <w:webHidden/>
          </w:rPr>
          <w:instrText xml:space="preserve"> PAGEREF _Toc241649690 \h </w:instrText>
        </w:r>
        <w:r>
          <w:rPr>
            <w:noProof/>
            <w:webHidden/>
          </w:rPr>
        </w:r>
        <w:r>
          <w:rPr>
            <w:noProof/>
            <w:webHidden/>
          </w:rPr>
          <w:fldChar w:fldCharType="separate"/>
        </w:r>
        <w:r>
          <w:rPr>
            <w:noProof/>
            <w:webHidden/>
          </w:rPr>
          <w:t>24</w:t>
        </w:r>
        <w:r>
          <w:rPr>
            <w:noProof/>
            <w:webHidden/>
          </w:rPr>
          <w:fldChar w:fldCharType="end"/>
        </w:r>
      </w:hyperlink>
    </w:p>
    <w:p w14:paraId="52605485" w14:textId="3E07D20F"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1" w:history="1">
        <w:r w:rsidRPr="002839DA">
          <w:rPr>
            <w:rStyle w:val="Hyperlink"/>
            <w:noProof/>
          </w:rPr>
          <w:t>4.5 Ongoing Management</w:t>
        </w:r>
        <w:r>
          <w:rPr>
            <w:noProof/>
            <w:webHidden/>
          </w:rPr>
          <w:tab/>
        </w:r>
        <w:r>
          <w:rPr>
            <w:noProof/>
            <w:webHidden/>
          </w:rPr>
          <w:fldChar w:fldCharType="begin"/>
        </w:r>
        <w:r>
          <w:rPr>
            <w:noProof/>
            <w:webHidden/>
          </w:rPr>
          <w:instrText xml:space="preserve"> PAGEREF _Toc241649691 \h </w:instrText>
        </w:r>
        <w:r>
          <w:rPr>
            <w:noProof/>
            <w:webHidden/>
          </w:rPr>
        </w:r>
        <w:r>
          <w:rPr>
            <w:noProof/>
            <w:webHidden/>
          </w:rPr>
          <w:fldChar w:fldCharType="separate"/>
        </w:r>
        <w:r>
          <w:rPr>
            <w:noProof/>
            <w:webHidden/>
          </w:rPr>
          <w:t>24</w:t>
        </w:r>
        <w:r>
          <w:rPr>
            <w:noProof/>
            <w:webHidden/>
          </w:rPr>
          <w:fldChar w:fldCharType="end"/>
        </w:r>
      </w:hyperlink>
    </w:p>
    <w:p w14:paraId="5497505A" w14:textId="52B4BF5E"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92" w:history="1">
        <w:r w:rsidRPr="002839DA">
          <w:rPr>
            <w:rStyle w:val="Hyperlink"/>
            <w:noProof/>
          </w:rPr>
          <w:t>5. The CAIO Priority Mandate Portfolio</w:t>
        </w:r>
        <w:r>
          <w:rPr>
            <w:noProof/>
            <w:webHidden/>
          </w:rPr>
          <w:tab/>
        </w:r>
        <w:r>
          <w:rPr>
            <w:noProof/>
            <w:webHidden/>
          </w:rPr>
          <w:fldChar w:fldCharType="begin"/>
        </w:r>
        <w:r>
          <w:rPr>
            <w:noProof/>
            <w:webHidden/>
          </w:rPr>
          <w:instrText xml:space="preserve"> PAGEREF _Toc241649692 \h </w:instrText>
        </w:r>
        <w:r>
          <w:rPr>
            <w:noProof/>
            <w:webHidden/>
          </w:rPr>
        </w:r>
        <w:r>
          <w:rPr>
            <w:noProof/>
            <w:webHidden/>
          </w:rPr>
          <w:fldChar w:fldCharType="separate"/>
        </w:r>
        <w:r>
          <w:rPr>
            <w:noProof/>
            <w:webHidden/>
          </w:rPr>
          <w:t>25</w:t>
        </w:r>
        <w:r>
          <w:rPr>
            <w:noProof/>
            <w:webHidden/>
          </w:rPr>
          <w:fldChar w:fldCharType="end"/>
        </w:r>
      </w:hyperlink>
    </w:p>
    <w:p w14:paraId="4BF264F6" w14:textId="57C3EA2A"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93" w:history="1">
        <w:r w:rsidRPr="002839DA">
          <w:rPr>
            <w:rStyle w:val="Hyperlink"/>
            <w:noProof/>
          </w:rPr>
          <w:t>6. How the Organization Should Approach AI Deployment</w:t>
        </w:r>
        <w:r>
          <w:rPr>
            <w:noProof/>
            <w:webHidden/>
          </w:rPr>
          <w:tab/>
        </w:r>
        <w:r>
          <w:rPr>
            <w:noProof/>
            <w:webHidden/>
          </w:rPr>
          <w:fldChar w:fldCharType="begin"/>
        </w:r>
        <w:r>
          <w:rPr>
            <w:noProof/>
            <w:webHidden/>
          </w:rPr>
          <w:instrText xml:space="preserve"> PAGEREF _Toc241649693 \h </w:instrText>
        </w:r>
        <w:r>
          <w:rPr>
            <w:noProof/>
            <w:webHidden/>
          </w:rPr>
        </w:r>
        <w:r>
          <w:rPr>
            <w:noProof/>
            <w:webHidden/>
          </w:rPr>
          <w:fldChar w:fldCharType="separate"/>
        </w:r>
        <w:r>
          <w:rPr>
            <w:noProof/>
            <w:webHidden/>
          </w:rPr>
          <w:t>27</w:t>
        </w:r>
        <w:r>
          <w:rPr>
            <w:noProof/>
            <w:webHidden/>
          </w:rPr>
          <w:fldChar w:fldCharType="end"/>
        </w:r>
      </w:hyperlink>
    </w:p>
    <w:p w14:paraId="2D180A29" w14:textId="6C59AD44"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4" w:history="1">
        <w:r w:rsidRPr="002839DA">
          <w:rPr>
            <w:rStyle w:val="Hyperlink"/>
            <w:noProof/>
          </w:rPr>
          <w:t>6.1 Guiding Principles</w:t>
        </w:r>
        <w:r>
          <w:rPr>
            <w:noProof/>
            <w:webHidden/>
          </w:rPr>
          <w:tab/>
        </w:r>
        <w:r>
          <w:rPr>
            <w:noProof/>
            <w:webHidden/>
          </w:rPr>
          <w:fldChar w:fldCharType="begin"/>
        </w:r>
        <w:r>
          <w:rPr>
            <w:noProof/>
            <w:webHidden/>
          </w:rPr>
          <w:instrText xml:space="preserve"> PAGEREF _Toc241649694 \h </w:instrText>
        </w:r>
        <w:r>
          <w:rPr>
            <w:noProof/>
            <w:webHidden/>
          </w:rPr>
        </w:r>
        <w:r>
          <w:rPr>
            <w:noProof/>
            <w:webHidden/>
          </w:rPr>
          <w:fldChar w:fldCharType="separate"/>
        </w:r>
        <w:r>
          <w:rPr>
            <w:noProof/>
            <w:webHidden/>
          </w:rPr>
          <w:t>27</w:t>
        </w:r>
        <w:r>
          <w:rPr>
            <w:noProof/>
            <w:webHidden/>
          </w:rPr>
          <w:fldChar w:fldCharType="end"/>
        </w:r>
      </w:hyperlink>
    </w:p>
    <w:p w14:paraId="0E4A83BD" w14:textId="3D9E9DE0"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5" w:history="1">
        <w:r w:rsidRPr="002839DA">
          <w:rPr>
            <w:rStyle w:val="Hyperlink"/>
            <w:noProof/>
          </w:rPr>
          <w:t>6.2 Reference Architecture on Microsoft Azure</w:t>
        </w:r>
        <w:r>
          <w:rPr>
            <w:noProof/>
            <w:webHidden/>
          </w:rPr>
          <w:tab/>
        </w:r>
        <w:r>
          <w:rPr>
            <w:noProof/>
            <w:webHidden/>
          </w:rPr>
          <w:fldChar w:fldCharType="begin"/>
        </w:r>
        <w:r>
          <w:rPr>
            <w:noProof/>
            <w:webHidden/>
          </w:rPr>
          <w:instrText xml:space="preserve"> PAGEREF _Toc241649695 \h </w:instrText>
        </w:r>
        <w:r>
          <w:rPr>
            <w:noProof/>
            <w:webHidden/>
          </w:rPr>
        </w:r>
        <w:r>
          <w:rPr>
            <w:noProof/>
            <w:webHidden/>
          </w:rPr>
          <w:fldChar w:fldCharType="separate"/>
        </w:r>
        <w:r>
          <w:rPr>
            <w:noProof/>
            <w:webHidden/>
          </w:rPr>
          <w:t>27</w:t>
        </w:r>
        <w:r>
          <w:rPr>
            <w:noProof/>
            <w:webHidden/>
          </w:rPr>
          <w:fldChar w:fldCharType="end"/>
        </w:r>
      </w:hyperlink>
    </w:p>
    <w:p w14:paraId="5BACB004" w14:textId="7A97328F"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6" w:history="1">
        <w:r w:rsidRPr="002839DA">
          <w:rPr>
            <w:rStyle w:val="Hyperlink"/>
            <w:noProof/>
          </w:rPr>
          <w:t>6.3 Phased Roadmap</w:t>
        </w:r>
        <w:r>
          <w:rPr>
            <w:noProof/>
            <w:webHidden/>
          </w:rPr>
          <w:tab/>
        </w:r>
        <w:r>
          <w:rPr>
            <w:noProof/>
            <w:webHidden/>
          </w:rPr>
          <w:fldChar w:fldCharType="begin"/>
        </w:r>
        <w:r>
          <w:rPr>
            <w:noProof/>
            <w:webHidden/>
          </w:rPr>
          <w:instrText xml:space="preserve"> PAGEREF _Toc241649696 \h </w:instrText>
        </w:r>
        <w:r>
          <w:rPr>
            <w:noProof/>
            <w:webHidden/>
          </w:rPr>
        </w:r>
        <w:r>
          <w:rPr>
            <w:noProof/>
            <w:webHidden/>
          </w:rPr>
          <w:fldChar w:fldCharType="separate"/>
        </w:r>
        <w:r>
          <w:rPr>
            <w:noProof/>
            <w:webHidden/>
          </w:rPr>
          <w:t>29</w:t>
        </w:r>
        <w:r>
          <w:rPr>
            <w:noProof/>
            <w:webHidden/>
          </w:rPr>
          <w:fldChar w:fldCharType="end"/>
        </w:r>
      </w:hyperlink>
    </w:p>
    <w:p w14:paraId="0AE978CD" w14:textId="3F97985D"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7" w:history="1">
        <w:r w:rsidRPr="002839DA">
          <w:rPr>
            <w:rStyle w:val="Hyperlink"/>
            <w:noProof/>
          </w:rPr>
          <w:t>6.4 Intake and Approval Workflow</w:t>
        </w:r>
        <w:r>
          <w:rPr>
            <w:noProof/>
            <w:webHidden/>
          </w:rPr>
          <w:tab/>
        </w:r>
        <w:r>
          <w:rPr>
            <w:noProof/>
            <w:webHidden/>
          </w:rPr>
          <w:fldChar w:fldCharType="begin"/>
        </w:r>
        <w:r>
          <w:rPr>
            <w:noProof/>
            <w:webHidden/>
          </w:rPr>
          <w:instrText xml:space="preserve"> PAGEREF _Toc241649697 \h </w:instrText>
        </w:r>
        <w:r>
          <w:rPr>
            <w:noProof/>
            <w:webHidden/>
          </w:rPr>
        </w:r>
        <w:r>
          <w:rPr>
            <w:noProof/>
            <w:webHidden/>
          </w:rPr>
          <w:fldChar w:fldCharType="separate"/>
        </w:r>
        <w:r>
          <w:rPr>
            <w:noProof/>
            <w:webHidden/>
          </w:rPr>
          <w:t>30</w:t>
        </w:r>
        <w:r>
          <w:rPr>
            <w:noProof/>
            <w:webHidden/>
          </w:rPr>
          <w:fldChar w:fldCharType="end"/>
        </w:r>
      </w:hyperlink>
    </w:p>
    <w:p w14:paraId="39CC00CD" w14:textId="2E954D11"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8" w:history="1">
        <w:r w:rsidRPr="002839DA">
          <w:rPr>
            <w:rStyle w:val="Hyperlink"/>
            <w:noProof/>
          </w:rPr>
          <w:t>6.5 Operating Model</w:t>
        </w:r>
        <w:r>
          <w:rPr>
            <w:noProof/>
            <w:webHidden/>
          </w:rPr>
          <w:tab/>
        </w:r>
        <w:r>
          <w:rPr>
            <w:noProof/>
            <w:webHidden/>
          </w:rPr>
          <w:fldChar w:fldCharType="begin"/>
        </w:r>
        <w:r>
          <w:rPr>
            <w:noProof/>
            <w:webHidden/>
          </w:rPr>
          <w:instrText xml:space="preserve"> PAGEREF _Toc241649698 \h </w:instrText>
        </w:r>
        <w:r>
          <w:rPr>
            <w:noProof/>
            <w:webHidden/>
          </w:rPr>
        </w:r>
        <w:r>
          <w:rPr>
            <w:noProof/>
            <w:webHidden/>
          </w:rPr>
          <w:fldChar w:fldCharType="separate"/>
        </w:r>
        <w:r>
          <w:rPr>
            <w:noProof/>
            <w:webHidden/>
          </w:rPr>
          <w:t>30</w:t>
        </w:r>
        <w:r>
          <w:rPr>
            <w:noProof/>
            <w:webHidden/>
          </w:rPr>
          <w:fldChar w:fldCharType="end"/>
        </w:r>
      </w:hyperlink>
    </w:p>
    <w:p w14:paraId="62479861" w14:textId="762CED08"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9" w:history="1">
        <w:r w:rsidRPr="002839DA">
          <w:rPr>
            <w:rStyle w:val="Hyperlink"/>
            <w:noProof/>
          </w:rPr>
          <w:t>6.6 Build vs. Buy vs. Partner</w:t>
        </w:r>
        <w:r>
          <w:rPr>
            <w:noProof/>
            <w:webHidden/>
          </w:rPr>
          <w:tab/>
        </w:r>
        <w:r>
          <w:rPr>
            <w:noProof/>
            <w:webHidden/>
          </w:rPr>
          <w:fldChar w:fldCharType="begin"/>
        </w:r>
        <w:r>
          <w:rPr>
            <w:noProof/>
            <w:webHidden/>
          </w:rPr>
          <w:instrText xml:space="preserve"> PAGEREF _Toc241649699 \h </w:instrText>
        </w:r>
        <w:r>
          <w:rPr>
            <w:noProof/>
            <w:webHidden/>
          </w:rPr>
        </w:r>
        <w:r>
          <w:rPr>
            <w:noProof/>
            <w:webHidden/>
          </w:rPr>
          <w:fldChar w:fldCharType="separate"/>
        </w:r>
        <w:r>
          <w:rPr>
            <w:noProof/>
            <w:webHidden/>
          </w:rPr>
          <w:t>32</w:t>
        </w:r>
        <w:r>
          <w:rPr>
            <w:noProof/>
            <w:webHidden/>
          </w:rPr>
          <w:fldChar w:fldCharType="end"/>
        </w:r>
      </w:hyperlink>
    </w:p>
    <w:p w14:paraId="6FADAE42" w14:textId="5019565E"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0" w:history="1">
        <w:r w:rsidRPr="002839DA">
          <w:rPr>
            <w:rStyle w:val="Hyperlink"/>
            <w:noProof/>
          </w:rPr>
          <w:t>6.7 Funding Model and Capital Allocation</w:t>
        </w:r>
        <w:r>
          <w:rPr>
            <w:noProof/>
            <w:webHidden/>
          </w:rPr>
          <w:tab/>
        </w:r>
        <w:r>
          <w:rPr>
            <w:noProof/>
            <w:webHidden/>
          </w:rPr>
          <w:fldChar w:fldCharType="begin"/>
        </w:r>
        <w:r>
          <w:rPr>
            <w:noProof/>
            <w:webHidden/>
          </w:rPr>
          <w:instrText xml:space="preserve"> PAGEREF _Toc241649700 \h </w:instrText>
        </w:r>
        <w:r>
          <w:rPr>
            <w:noProof/>
            <w:webHidden/>
          </w:rPr>
        </w:r>
        <w:r>
          <w:rPr>
            <w:noProof/>
            <w:webHidden/>
          </w:rPr>
          <w:fldChar w:fldCharType="separate"/>
        </w:r>
        <w:r>
          <w:rPr>
            <w:noProof/>
            <w:webHidden/>
          </w:rPr>
          <w:t>33</w:t>
        </w:r>
        <w:r>
          <w:rPr>
            <w:noProof/>
            <w:webHidden/>
          </w:rPr>
          <w:fldChar w:fldCharType="end"/>
        </w:r>
      </w:hyperlink>
    </w:p>
    <w:p w14:paraId="7502FED4" w14:textId="357938DA"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1" w:history="1">
        <w:r w:rsidRPr="002839DA">
          <w:rPr>
            <w:rStyle w:val="Hyperlink"/>
            <w:noProof/>
          </w:rPr>
          <w:t>7. Security</w:t>
        </w:r>
        <w:r>
          <w:rPr>
            <w:noProof/>
            <w:webHidden/>
          </w:rPr>
          <w:tab/>
        </w:r>
        <w:r>
          <w:rPr>
            <w:noProof/>
            <w:webHidden/>
          </w:rPr>
          <w:fldChar w:fldCharType="begin"/>
        </w:r>
        <w:r>
          <w:rPr>
            <w:noProof/>
            <w:webHidden/>
          </w:rPr>
          <w:instrText xml:space="preserve"> PAGEREF _Toc241649701 \h </w:instrText>
        </w:r>
        <w:r>
          <w:rPr>
            <w:noProof/>
            <w:webHidden/>
          </w:rPr>
        </w:r>
        <w:r>
          <w:rPr>
            <w:noProof/>
            <w:webHidden/>
          </w:rPr>
          <w:fldChar w:fldCharType="separate"/>
        </w:r>
        <w:r>
          <w:rPr>
            <w:noProof/>
            <w:webHidden/>
          </w:rPr>
          <w:t>35</w:t>
        </w:r>
        <w:r>
          <w:rPr>
            <w:noProof/>
            <w:webHidden/>
          </w:rPr>
          <w:fldChar w:fldCharType="end"/>
        </w:r>
      </w:hyperlink>
    </w:p>
    <w:p w14:paraId="0EF6F7BD" w14:textId="7C2E52B8"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2" w:history="1">
        <w:r w:rsidRPr="002839DA">
          <w:rPr>
            <w:rStyle w:val="Hyperlink"/>
            <w:noProof/>
          </w:rPr>
          <w:t>7.1 Security Architecture Principles</w:t>
        </w:r>
        <w:r>
          <w:rPr>
            <w:noProof/>
            <w:webHidden/>
          </w:rPr>
          <w:tab/>
        </w:r>
        <w:r>
          <w:rPr>
            <w:noProof/>
            <w:webHidden/>
          </w:rPr>
          <w:fldChar w:fldCharType="begin"/>
        </w:r>
        <w:r>
          <w:rPr>
            <w:noProof/>
            <w:webHidden/>
          </w:rPr>
          <w:instrText xml:space="preserve"> PAGEREF _Toc241649702 \h </w:instrText>
        </w:r>
        <w:r>
          <w:rPr>
            <w:noProof/>
            <w:webHidden/>
          </w:rPr>
        </w:r>
        <w:r>
          <w:rPr>
            <w:noProof/>
            <w:webHidden/>
          </w:rPr>
          <w:fldChar w:fldCharType="separate"/>
        </w:r>
        <w:r>
          <w:rPr>
            <w:noProof/>
            <w:webHidden/>
          </w:rPr>
          <w:t>35</w:t>
        </w:r>
        <w:r>
          <w:rPr>
            <w:noProof/>
            <w:webHidden/>
          </w:rPr>
          <w:fldChar w:fldCharType="end"/>
        </w:r>
      </w:hyperlink>
    </w:p>
    <w:p w14:paraId="338AD6B7" w14:textId="5CF70497"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3" w:history="1">
        <w:r w:rsidRPr="002839DA">
          <w:rPr>
            <w:rStyle w:val="Hyperlink"/>
            <w:noProof/>
          </w:rPr>
          <w:t>7.2 AI-Specific Threats</w:t>
        </w:r>
        <w:r>
          <w:rPr>
            <w:noProof/>
            <w:webHidden/>
          </w:rPr>
          <w:tab/>
        </w:r>
        <w:r>
          <w:rPr>
            <w:noProof/>
            <w:webHidden/>
          </w:rPr>
          <w:fldChar w:fldCharType="begin"/>
        </w:r>
        <w:r>
          <w:rPr>
            <w:noProof/>
            <w:webHidden/>
          </w:rPr>
          <w:instrText xml:space="preserve"> PAGEREF _Toc241649703 \h </w:instrText>
        </w:r>
        <w:r>
          <w:rPr>
            <w:noProof/>
            <w:webHidden/>
          </w:rPr>
        </w:r>
        <w:r>
          <w:rPr>
            <w:noProof/>
            <w:webHidden/>
          </w:rPr>
          <w:fldChar w:fldCharType="separate"/>
        </w:r>
        <w:r>
          <w:rPr>
            <w:noProof/>
            <w:webHidden/>
          </w:rPr>
          <w:t>35</w:t>
        </w:r>
        <w:r>
          <w:rPr>
            <w:noProof/>
            <w:webHidden/>
          </w:rPr>
          <w:fldChar w:fldCharType="end"/>
        </w:r>
      </w:hyperlink>
    </w:p>
    <w:p w14:paraId="705C0823" w14:textId="16DB687F"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4" w:history="1">
        <w:r w:rsidRPr="002839DA">
          <w:rPr>
            <w:rStyle w:val="Hyperlink"/>
            <w:noProof/>
          </w:rPr>
          <w:t>7.3 Required Controls</w:t>
        </w:r>
        <w:r>
          <w:rPr>
            <w:noProof/>
            <w:webHidden/>
          </w:rPr>
          <w:tab/>
        </w:r>
        <w:r>
          <w:rPr>
            <w:noProof/>
            <w:webHidden/>
          </w:rPr>
          <w:fldChar w:fldCharType="begin"/>
        </w:r>
        <w:r>
          <w:rPr>
            <w:noProof/>
            <w:webHidden/>
          </w:rPr>
          <w:instrText xml:space="preserve"> PAGEREF _Toc241649704 \h </w:instrText>
        </w:r>
        <w:r>
          <w:rPr>
            <w:noProof/>
            <w:webHidden/>
          </w:rPr>
        </w:r>
        <w:r>
          <w:rPr>
            <w:noProof/>
            <w:webHidden/>
          </w:rPr>
          <w:fldChar w:fldCharType="separate"/>
        </w:r>
        <w:r>
          <w:rPr>
            <w:noProof/>
            <w:webHidden/>
          </w:rPr>
          <w:t>37</w:t>
        </w:r>
        <w:r>
          <w:rPr>
            <w:noProof/>
            <w:webHidden/>
          </w:rPr>
          <w:fldChar w:fldCharType="end"/>
        </w:r>
      </w:hyperlink>
    </w:p>
    <w:p w14:paraId="15B128DE" w14:textId="34C429D1"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5" w:history="1">
        <w:r w:rsidRPr="002839DA">
          <w:rPr>
            <w:rStyle w:val="Hyperlink"/>
            <w:noProof/>
          </w:rPr>
          <w:t>7.4 Continuous Security Validation</w:t>
        </w:r>
        <w:r>
          <w:rPr>
            <w:noProof/>
            <w:webHidden/>
          </w:rPr>
          <w:tab/>
        </w:r>
        <w:r>
          <w:rPr>
            <w:noProof/>
            <w:webHidden/>
          </w:rPr>
          <w:fldChar w:fldCharType="begin"/>
        </w:r>
        <w:r>
          <w:rPr>
            <w:noProof/>
            <w:webHidden/>
          </w:rPr>
          <w:instrText xml:space="preserve"> PAGEREF _Toc241649705 \h </w:instrText>
        </w:r>
        <w:r>
          <w:rPr>
            <w:noProof/>
            <w:webHidden/>
          </w:rPr>
        </w:r>
        <w:r>
          <w:rPr>
            <w:noProof/>
            <w:webHidden/>
          </w:rPr>
          <w:fldChar w:fldCharType="separate"/>
        </w:r>
        <w:r>
          <w:rPr>
            <w:noProof/>
            <w:webHidden/>
          </w:rPr>
          <w:t>37</w:t>
        </w:r>
        <w:r>
          <w:rPr>
            <w:noProof/>
            <w:webHidden/>
          </w:rPr>
          <w:fldChar w:fldCharType="end"/>
        </w:r>
      </w:hyperlink>
    </w:p>
    <w:p w14:paraId="487993C1" w14:textId="5D1820F2"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6" w:history="1">
        <w:r w:rsidRPr="002839DA">
          <w:rPr>
            <w:rStyle w:val="Hyperlink"/>
            <w:noProof/>
          </w:rPr>
          <w:t>7.5 The CAIO and CISO Interface</w:t>
        </w:r>
        <w:r>
          <w:rPr>
            <w:noProof/>
            <w:webHidden/>
          </w:rPr>
          <w:tab/>
        </w:r>
        <w:r>
          <w:rPr>
            <w:noProof/>
            <w:webHidden/>
          </w:rPr>
          <w:fldChar w:fldCharType="begin"/>
        </w:r>
        <w:r>
          <w:rPr>
            <w:noProof/>
            <w:webHidden/>
          </w:rPr>
          <w:instrText xml:space="preserve"> PAGEREF _Toc241649706 \h </w:instrText>
        </w:r>
        <w:r>
          <w:rPr>
            <w:noProof/>
            <w:webHidden/>
          </w:rPr>
        </w:r>
        <w:r>
          <w:rPr>
            <w:noProof/>
            <w:webHidden/>
          </w:rPr>
          <w:fldChar w:fldCharType="separate"/>
        </w:r>
        <w:r>
          <w:rPr>
            <w:noProof/>
            <w:webHidden/>
          </w:rPr>
          <w:t>38</w:t>
        </w:r>
        <w:r>
          <w:rPr>
            <w:noProof/>
            <w:webHidden/>
          </w:rPr>
          <w:fldChar w:fldCharType="end"/>
        </w:r>
      </w:hyperlink>
    </w:p>
    <w:p w14:paraId="7B263B69" w14:textId="117DFD25"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7" w:history="1">
        <w:r w:rsidRPr="002839DA">
          <w:rPr>
            <w:rStyle w:val="Hyperlink"/>
            <w:noProof/>
          </w:rPr>
          <w:t>8. Governance</w:t>
        </w:r>
        <w:r>
          <w:rPr>
            <w:noProof/>
            <w:webHidden/>
          </w:rPr>
          <w:tab/>
        </w:r>
        <w:r>
          <w:rPr>
            <w:noProof/>
            <w:webHidden/>
          </w:rPr>
          <w:fldChar w:fldCharType="begin"/>
        </w:r>
        <w:r>
          <w:rPr>
            <w:noProof/>
            <w:webHidden/>
          </w:rPr>
          <w:instrText xml:space="preserve"> PAGEREF _Toc241649707 \h </w:instrText>
        </w:r>
        <w:r>
          <w:rPr>
            <w:noProof/>
            <w:webHidden/>
          </w:rPr>
        </w:r>
        <w:r>
          <w:rPr>
            <w:noProof/>
            <w:webHidden/>
          </w:rPr>
          <w:fldChar w:fldCharType="separate"/>
        </w:r>
        <w:r>
          <w:rPr>
            <w:noProof/>
            <w:webHidden/>
          </w:rPr>
          <w:t>40</w:t>
        </w:r>
        <w:r>
          <w:rPr>
            <w:noProof/>
            <w:webHidden/>
          </w:rPr>
          <w:fldChar w:fldCharType="end"/>
        </w:r>
      </w:hyperlink>
    </w:p>
    <w:p w14:paraId="04C2255B" w14:textId="2B03B0AA"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8" w:history="1">
        <w:r w:rsidRPr="002839DA">
          <w:rPr>
            <w:rStyle w:val="Hyperlink"/>
            <w:noProof/>
          </w:rPr>
          <w:t>8.1 AI Governance Framework</w:t>
        </w:r>
        <w:r>
          <w:rPr>
            <w:noProof/>
            <w:webHidden/>
          </w:rPr>
          <w:tab/>
        </w:r>
        <w:r>
          <w:rPr>
            <w:noProof/>
            <w:webHidden/>
          </w:rPr>
          <w:fldChar w:fldCharType="begin"/>
        </w:r>
        <w:r>
          <w:rPr>
            <w:noProof/>
            <w:webHidden/>
          </w:rPr>
          <w:instrText xml:space="preserve"> PAGEREF _Toc241649708 \h </w:instrText>
        </w:r>
        <w:r>
          <w:rPr>
            <w:noProof/>
            <w:webHidden/>
          </w:rPr>
        </w:r>
        <w:r>
          <w:rPr>
            <w:noProof/>
            <w:webHidden/>
          </w:rPr>
          <w:fldChar w:fldCharType="separate"/>
        </w:r>
        <w:r>
          <w:rPr>
            <w:noProof/>
            <w:webHidden/>
          </w:rPr>
          <w:t>40</w:t>
        </w:r>
        <w:r>
          <w:rPr>
            <w:noProof/>
            <w:webHidden/>
          </w:rPr>
          <w:fldChar w:fldCharType="end"/>
        </w:r>
      </w:hyperlink>
    </w:p>
    <w:p w14:paraId="271FD16D" w14:textId="764880FC"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9" w:history="1">
        <w:r w:rsidRPr="002839DA">
          <w:rPr>
            <w:rStyle w:val="Hyperlink"/>
            <w:noProof/>
          </w:rPr>
          <w:t>8.2 Responsible AI Principles</w:t>
        </w:r>
        <w:r>
          <w:rPr>
            <w:noProof/>
            <w:webHidden/>
          </w:rPr>
          <w:tab/>
        </w:r>
        <w:r>
          <w:rPr>
            <w:noProof/>
            <w:webHidden/>
          </w:rPr>
          <w:fldChar w:fldCharType="begin"/>
        </w:r>
        <w:r>
          <w:rPr>
            <w:noProof/>
            <w:webHidden/>
          </w:rPr>
          <w:instrText xml:space="preserve"> PAGEREF _Toc241649709 \h </w:instrText>
        </w:r>
        <w:r>
          <w:rPr>
            <w:noProof/>
            <w:webHidden/>
          </w:rPr>
        </w:r>
        <w:r>
          <w:rPr>
            <w:noProof/>
            <w:webHidden/>
          </w:rPr>
          <w:fldChar w:fldCharType="separate"/>
        </w:r>
        <w:r>
          <w:rPr>
            <w:noProof/>
            <w:webHidden/>
          </w:rPr>
          <w:t>41</w:t>
        </w:r>
        <w:r>
          <w:rPr>
            <w:noProof/>
            <w:webHidden/>
          </w:rPr>
          <w:fldChar w:fldCharType="end"/>
        </w:r>
      </w:hyperlink>
    </w:p>
    <w:p w14:paraId="0AB21360" w14:textId="6A6C14E8"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0" w:history="1">
        <w:r w:rsidRPr="002839DA">
          <w:rPr>
            <w:rStyle w:val="Hyperlink"/>
            <w:noProof/>
          </w:rPr>
          <w:t>8.3 AI Governance Council Charter</w:t>
        </w:r>
        <w:r>
          <w:rPr>
            <w:noProof/>
            <w:webHidden/>
          </w:rPr>
          <w:tab/>
        </w:r>
        <w:r>
          <w:rPr>
            <w:noProof/>
            <w:webHidden/>
          </w:rPr>
          <w:fldChar w:fldCharType="begin"/>
        </w:r>
        <w:r>
          <w:rPr>
            <w:noProof/>
            <w:webHidden/>
          </w:rPr>
          <w:instrText xml:space="preserve"> PAGEREF _Toc241649710 \h </w:instrText>
        </w:r>
        <w:r>
          <w:rPr>
            <w:noProof/>
            <w:webHidden/>
          </w:rPr>
        </w:r>
        <w:r>
          <w:rPr>
            <w:noProof/>
            <w:webHidden/>
          </w:rPr>
          <w:fldChar w:fldCharType="separate"/>
        </w:r>
        <w:r>
          <w:rPr>
            <w:noProof/>
            <w:webHidden/>
          </w:rPr>
          <w:t>42</w:t>
        </w:r>
        <w:r>
          <w:rPr>
            <w:noProof/>
            <w:webHidden/>
          </w:rPr>
          <w:fldChar w:fldCharType="end"/>
        </w:r>
      </w:hyperlink>
    </w:p>
    <w:p w14:paraId="6C9DF601" w14:textId="55FB0832"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11" w:history="1">
        <w:r w:rsidRPr="002839DA">
          <w:rPr>
            <w:rStyle w:val="Hyperlink"/>
            <w:noProof/>
          </w:rPr>
          <w:t>8.3.1 Mandate</w:t>
        </w:r>
        <w:r>
          <w:rPr>
            <w:noProof/>
            <w:webHidden/>
          </w:rPr>
          <w:tab/>
        </w:r>
        <w:r>
          <w:rPr>
            <w:noProof/>
            <w:webHidden/>
          </w:rPr>
          <w:fldChar w:fldCharType="begin"/>
        </w:r>
        <w:r>
          <w:rPr>
            <w:noProof/>
            <w:webHidden/>
          </w:rPr>
          <w:instrText xml:space="preserve"> PAGEREF _Toc241649711 \h </w:instrText>
        </w:r>
        <w:r>
          <w:rPr>
            <w:noProof/>
            <w:webHidden/>
          </w:rPr>
        </w:r>
        <w:r>
          <w:rPr>
            <w:noProof/>
            <w:webHidden/>
          </w:rPr>
          <w:fldChar w:fldCharType="separate"/>
        </w:r>
        <w:r>
          <w:rPr>
            <w:noProof/>
            <w:webHidden/>
          </w:rPr>
          <w:t>42</w:t>
        </w:r>
        <w:r>
          <w:rPr>
            <w:noProof/>
            <w:webHidden/>
          </w:rPr>
          <w:fldChar w:fldCharType="end"/>
        </w:r>
      </w:hyperlink>
    </w:p>
    <w:p w14:paraId="02F3840C" w14:textId="465F8E14"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12" w:history="1">
        <w:r w:rsidRPr="002839DA">
          <w:rPr>
            <w:rStyle w:val="Hyperlink"/>
            <w:noProof/>
          </w:rPr>
          <w:t>8.3.2 Membership and Voting</w:t>
        </w:r>
        <w:r>
          <w:rPr>
            <w:noProof/>
            <w:webHidden/>
          </w:rPr>
          <w:tab/>
        </w:r>
        <w:r>
          <w:rPr>
            <w:noProof/>
            <w:webHidden/>
          </w:rPr>
          <w:fldChar w:fldCharType="begin"/>
        </w:r>
        <w:r>
          <w:rPr>
            <w:noProof/>
            <w:webHidden/>
          </w:rPr>
          <w:instrText xml:space="preserve"> PAGEREF _Toc241649712 \h </w:instrText>
        </w:r>
        <w:r>
          <w:rPr>
            <w:noProof/>
            <w:webHidden/>
          </w:rPr>
        </w:r>
        <w:r>
          <w:rPr>
            <w:noProof/>
            <w:webHidden/>
          </w:rPr>
          <w:fldChar w:fldCharType="separate"/>
        </w:r>
        <w:r>
          <w:rPr>
            <w:noProof/>
            <w:webHidden/>
          </w:rPr>
          <w:t>42</w:t>
        </w:r>
        <w:r>
          <w:rPr>
            <w:noProof/>
            <w:webHidden/>
          </w:rPr>
          <w:fldChar w:fldCharType="end"/>
        </w:r>
      </w:hyperlink>
    </w:p>
    <w:p w14:paraId="531D6141" w14:textId="0744633D"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13" w:history="1">
        <w:r w:rsidRPr="002839DA">
          <w:rPr>
            <w:rStyle w:val="Hyperlink"/>
            <w:noProof/>
          </w:rPr>
          <w:t>8.3.3 Cadence and Escalation</w:t>
        </w:r>
        <w:r>
          <w:rPr>
            <w:noProof/>
            <w:webHidden/>
          </w:rPr>
          <w:tab/>
        </w:r>
        <w:r>
          <w:rPr>
            <w:noProof/>
            <w:webHidden/>
          </w:rPr>
          <w:fldChar w:fldCharType="begin"/>
        </w:r>
        <w:r>
          <w:rPr>
            <w:noProof/>
            <w:webHidden/>
          </w:rPr>
          <w:instrText xml:space="preserve"> PAGEREF _Toc241649713 \h </w:instrText>
        </w:r>
        <w:r>
          <w:rPr>
            <w:noProof/>
            <w:webHidden/>
          </w:rPr>
        </w:r>
        <w:r>
          <w:rPr>
            <w:noProof/>
            <w:webHidden/>
          </w:rPr>
          <w:fldChar w:fldCharType="separate"/>
        </w:r>
        <w:r>
          <w:rPr>
            <w:noProof/>
            <w:webHidden/>
          </w:rPr>
          <w:t>43</w:t>
        </w:r>
        <w:r>
          <w:rPr>
            <w:noProof/>
            <w:webHidden/>
          </w:rPr>
          <w:fldChar w:fldCharType="end"/>
        </w:r>
      </w:hyperlink>
    </w:p>
    <w:p w14:paraId="2928CA7E" w14:textId="3C4611BA"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4" w:history="1">
        <w:r w:rsidRPr="002839DA">
          <w:rPr>
            <w:rStyle w:val="Hyperlink"/>
            <w:noProof/>
          </w:rPr>
          <w:t>8.4 AI System Inventory Template</w:t>
        </w:r>
        <w:r>
          <w:rPr>
            <w:noProof/>
            <w:webHidden/>
          </w:rPr>
          <w:tab/>
        </w:r>
        <w:r>
          <w:rPr>
            <w:noProof/>
            <w:webHidden/>
          </w:rPr>
          <w:fldChar w:fldCharType="begin"/>
        </w:r>
        <w:r>
          <w:rPr>
            <w:noProof/>
            <w:webHidden/>
          </w:rPr>
          <w:instrText xml:space="preserve"> PAGEREF _Toc241649714 \h </w:instrText>
        </w:r>
        <w:r>
          <w:rPr>
            <w:noProof/>
            <w:webHidden/>
          </w:rPr>
        </w:r>
        <w:r>
          <w:rPr>
            <w:noProof/>
            <w:webHidden/>
          </w:rPr>
          <w:fldChar w:fldCharType="separate"/>
        </w:r>
        <w:r>
          <w:rPr>
            <w:noProof/>
            <w:webHidden/>
          </w:rPr>
          <w:t>44</w:t>
        </w:r>
        <w:r>
          <w:rPr>
            <w:noProof/>
            <w:webHidden/>
          </w:rPr>
          <w:fldChar w:fldCharType="end"/>
        </w:r>
      </w:hyperlink>
    </w:p>
    <w:p w14:paraId="1CED0005" w14:textId="409ABF91"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5" w:history="1">
        <w:r w:rsidRPr="002839DA">
          <w:rPr>
            <w:rStyle w:val="Hyperlink"/>
            <w:noProof/>
          </w:rPr>
          <w:t>8.5 AI Risk-Tiering Rubric</w:t>
        </w:r>
        <w:r>
          <w:rPr>
            <w:noProof/>
            <w:webHidden/>
          </w:rPr>
          <w:tab/>
        </w:r>
        <w:r>
          <w:rPr>
            <w:noProof/>
            <w:webHidden/>
          </w:rPr>
          <w:fldChar w:fldCharType="begin"/>
        </w:r>
        <w:r>
          <w:rPr>
            <w:noProof/>
            <w:webHidden/>
          </w:rPr>
          <w:instrText xml:space="preserve"> PAGEREF _Toc241649715 \h </w:instrText>
        </w:r>
        <w:r>
          <w:rPr>
            <w:noProof/>
            <w:webHidden/>
          </w:rPr>
        </w:r>
        <w:r>
          <w:rPr>
            <w:noProof/>
            <w:webHidden/>
          </w:rPr>
          <w:fldChar w:fldCharType="separate"/>
        </w:r>
        <w:r>
          <w:rPr>
            <w:noProof/>
            <w:webHidden/>
          </w:rPr>
          <w:t>45</w:t>
        </w:r>
        <w:r>
          <w:rPr>
            <w:noProof/>
            <w:webHidden/>
          </w:rPr>
          <w:fldChar w:fldCharType="end"/>
        </w:r>
      </w:hyperlink>
    </w:p>
    <w:p w14:paraId="4B2674CA" w14:textId="12C3ADC6"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6" w:history="1">
        <w:r w:rsidRPr="002839DA">
          <w:rPr>
            <w:rStyle w:val="Hyperlink"/>
            <w:noProof/>
          </w:rPr>
          <w:t>8.6 AI Policy Stack</w:t>
        </w:r>
        <w:r>
          <w:rPr>
            <w:noProof/>
            <w:webHidden/>
          </w:rPr>
          <w:tab/>
        </w:r>
        <w:r>
          <w:rPr>
            <w:noProof/>
            <w:webHidden/>
          </w:rPr>
          <w:fldChar w:fldCharType="begin"/>
        </w:r>
        <w:r>
          <w:rPr>
            <w:noProof/>
            <w:webHidden/>
          </w:rPr>
          <w:instrText xml:space="preserve"> PAGEREF _Toc241649716 \h </w:instrText>
        </w:r>
        <w:r>
          <w:rPr>
            <w:noProof/>
            <w:webHidden/>
          </w:rPr>
        </w:r>
        <w:r>
          <w:rPr>
            <w:noProof/>
            <w:webHidden/>
          </w:rPr>
          <w:fldChar w:fldCharType="separate"/>
        </w:r>
        <w:r>
          <w:rPr>
            <w:noProof/>
            <w:webHidden/>
          </w:rPr>
          <w:t>46</w:t>
        </w:r>
        <w:r>
          <w:rPr>
            <w:noProof/>
            <w:webHidden/>
          </w:rPr>
          <w:fldChar w:fldCharType="end"/>
        </w:r>
      </w:hyperlink>
    </w:p>
    <w:p w14:paraId="1D5B5355" w14:textId="0AA8CBEE"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7" w:history="1">
        <w:r w:rsidRPr="002839DA">
          <w:rPr>
            <w:rStyle w:val="Hyperlink"/>
            <w:noProof/>
          </w:rPr>
          <w:t>9. Users, Authentication and Authorization</w:t>
        </w:r>
        <w:r>
          <w:rPr>
            <w:noProof/>
            <w:webHidden/>
          </w:rPr>
          <w:tab/>
        </w:r>
        <w:r>
          <w:rPr>
            <w:noProof/>
            <w:webHidden/>
          </w:rPr>
          <w:fldChar w:fldCharType="begin"/>
        </w:r>
        <w:r>
          <w:rPr>
            <w:noProof/>
            <w:webHidden/>
          </w:rPr>
          <w:instrText xml:space="preserve"> PAGEREF _Toc241649717 \h </w:instrText>
        </w:r>
        <w:r>
          <w:rPr>
            <w:noProof/>
            <w:webHidden/>
          </w:rPr>
        </w:r>
        <w:r>
          <w:rPr>
            <w:noProof/>
            <w:webHidden/>
          </w:rPr>
          <w:fldChar w:fldCharType="separate"/>
        </w:r>
        <w:r>
          <w:rPr>
            <w:noProof/>
            <w:webHidden/>
          </w:rPr>
          <w:t>48</w:t>
        </w:r>
        <w:r>
          <w:rPr>
            <w:noProof/>
            <w:webHidden/>
          </w:rPr>
          <w:fldChar w:fldCharType="end"/>
        </w:r>
      </w:hyperlink>
    </w:p>
    <w:p w14:paraId="5398B793" w14:textId="19A3C41F"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8" w:history="1">
        <w:r w:rsidRPr="002839DA">
          <w:rPr>
            <w:rStyle w:val="Hyperlink"/>
            <w:noProof/>
          </w:rPr>
          <w:t>9.1 Human Access</w:t>
        </w:r>
        <w:r>
          <w:rPr>
            <w:noProof/>
            <w:webHidden/>
          </w:rPr>
          <w:tab/>
        </w:r>
        <w:r>
          <w:rPr>
            <w:noProof/>
            <w:webHidden/>
          </w:rPr>
          <w:fldChar w:fldCharType="begin"/>
        </w:r>
        <w:r>
          <w:rPr>
            <w:noProof/>
            <w:webHidden/>
          </w:rPr>
          <w:instrText xml:space="preserve"> PAGEREF _Toc241649718 \h </w:instrText>
        </w:r>
        <w:r>
          <w:rPr>
            <w:noProof/>
            <w:webHidden/>
          </w:rPr>
        </w:r>
        <w:r>
          <w:rPr>
            <w:noProof/>
            <w:webHidden/>
          </w:rPr>
          <w:fldChar w:fldCharType="separate"/>
        </w:r>
        <w:r>
          <w:rPr>
            <w:noProof/>
            <w:webHidden/>
          </w:rPr>
          <w:t>48</w:t>
        </w:r>
        <w:r>
          <w:rPr>
            <w:noProof/>
            <w:webHidden/>
          </w:rPr>
          <w:fldChar w:fldCharType="end"/>
        </w:r>
      </w:hyperlink>
    </w:p>
    <w:p w14:paraId="24C7581F" w14:textId="4CA0545C"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9" w:history="1">
        <w:r w:rsidRPr="002839DA">
          <w:rPr>
            <w:rStyle w:val="Hyperlink"/>
            <w:noProof/>
          </w:rPr>
          <w:t>9.2 Machine and Agent Identity</w:t>
        </w:r>
        <w:r>
          <w:rPr>
            <w:noProof/>
            <w:webHidden/>
          </w:rPr>
          <w:tab/>
        </w:r>
        <w:r>
          <w:rPr>
            <w:noProof/>
            <w:webHidden/>
          </w:rPr>
          <w:fldChar w:fldCharType="begin"/>
        </w:r>
        <w:r>
          <w:rPr>
            <w:noProof/>
            <w:webHidden/>
          </w:rPr>
          <w:instrText xml:space="preserve"> PAGEREF _Toc241649719 \h </w:instrText>
        </w:r>
        <w:r>
          <w:rPr>
            <w:noProof/>
            <w:webHidden/>
          </w:rPr>
        </w:r>
        <w:r>
          <w:rPr>
            <w:noProof/>
            <w:webHidden/>
          </w:rPr>
          <w:fldChar w:fldCharType="separate"/>
        </w:r>
        <w:r>
          <w:rPr>
            <w:noProof/>
            <w:webHidden/>
          </w:rPr>
          <w:t>48</w:t>
        </w:r>
        <w:r>
          <w:rPr>
            <w:noProof/>
            <w:webHidden/>
          </w:rPr>
          <w:fldChar w:fldCharType="end"/>
        </w:r>
      </w:hyperlink>
    </w:p>
    <w:p w14:paraId="0E8C6F50" w14:textId="1E88283C"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0" w:history="1">
        <w:r w:rsidRPr="002839DA">
          <w:rPr>
            <w:rStyle w:val="Hyperlink"/>
            <w:noProof/>
          </w:rPr>
          <w:t>9.3 Persona and Entitlement Model</w:t>
        </w:r>
        <w:r>
          <w:rPr>
            <w:noProof/>
            <w:webHidden/>
          </w:rPr>
          <w:tab/>
        </w:r>
        <w:r>
          <w:rPr>
            <w:noProof/>
            <w:webHidden/>
          </w:rPr>
          <w:fldChar w:fldCharType="begin"/>
        </w:r>
        <w:r>
          <w:rPr>
            <w:noProof/>
            <w:webHidden/>
          </w:rPr>
          <w:instrText xml:space="preserve"> PAGEREF _Toc241649720 \h </w:instrText>
        </w:r>
        <w:r>
          <w:rPr>
            <w:noProof/>
            <w:webHidden/>
          </w:rPr>
        </w:r>
        <w:r>
          <w:rPr>
            <w:noProof/>
            <w:webHidden/>
          </w:rPr>
          <w:fldChar w:fldCharType="separate"/>
        </w:r>
        <w:r>
          <w:rPr>
            <w:noProof/>
            <w:webHidden/>
          </w:rPr>
          <w:t>49</w:t>
        </w:r>
        <w:r>
          <w:rPr>
            <w:noProof/>
            <w:webHidden/>
          </w:rPr>
          <w:fldChar w:fldCharType="end"/>
        </w:r>
      </w:hyperlink>
    </w:p>
    <w:p w14:paraId="3C96FF91" w14:textId="031AE82C"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1" w:history="1">
        <w:r w:rsidRPr="002839DA">
          <w:rPr>
            <w:rStyle w:val="Hyperlink"/>
            <w:noProof/>
          </w:rPr>
          <w:t>9.4 Customer or Constituent-Facing Authentication</w:t>
        </w:r>
        <w:r>
          <w:rPr>
            <w:noProof/>
            <w:webHidden/>
          </w:rPr>
          <w:tab/>
        </w:r>
        <w:r>
          <w:rPr>
            <w:noProof/>
            <w:webHidden/>
          </w:rPr>
          <w:fldChar w:fldCharType="begin"/>
        </w:r>
        <w:r>
          <w:rPr>
            <w:noProof/>
            <w:webHidden/>
          </w:rPr>
          <w:instrText xml:space="preserve"> PAGEREF _Toc241649721 \h </w:instrText>
        </w:r>
        <w:r>
          <w:rPr>
            <w:noProof/>
            <w:webHidden/>
          </w:rPr>
        </w:r>
        <w:r>
          <w:rPr>
            <w:noProof/>
            <w:webHidden/>
          </w:rPr>
          <w:fldChar w:fldCharType="separate"/>
        </w:r>
        <w:r>
          <w:rPr>
            <w:noProof/>
            <w:webHidden/>
          </w:rPr>
          <w:t>50</w:t>
        </w:r>
        <w:r>
          <w:rPr>
            <w:noProof/>
            <w:webHidden/>
          </w:rPr>
          <w:fldChar w:fldCharType="end"/>
        </w:r>
      </w:hyperlink>
    </w:p>
    <w:p w14:paraId="07D73DAA" w14:textId="326EB5C5"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22" w:history="1">
        <w:r w:rsidRPr="002839DA">
          <w:rPr>
            <w:rStyle w:val="Hyperlink"/>
            <w:noProof/>
          </w:rPr>
          <w:t>10. Data Privacy and Protection</w:t>
        </w:r>
        <w:r>
          <w:rPr>
            <w:noProof/>
            <w:webHidden/>
          </w:rPr>
          <w:tab/>
        </w:r>
        <w:r>
          <w:rPr>
            <w:noProof/>
            <w:webHidden/>
          </w:rPr>
          <w:fldChar w:fldCharType="begin"/>
        </w:r>
        <w:r>
          <w:rPr>
            <w:noProof/>
            <w:webHidden/>
          </w:rPr>
          <w:instrText xml:space="preserve"> PAGEREF _Toc241649722 \h </w:instrText>
        </w:r>
        <w:r>
          <w:rPr>
            <w:noProof/>
            <w:webHidden/>
          </w:rPr>
        </w:r>
        <w:r>
          <w:rPr>
            <w:noProof/>
            <w:webHidden/>
          </w:rPr>
          <w:fldChar w:fldCharType="separate"/>
        </w:r>
        <w:r>
          <w:rPr>
            <w:noProof/>
            <w:webHidden/>
          </w:rPr>
          <w:t>52</w:t>
        </w:r>
        <w:r>
          <w:rPr>
            <w:noProof/>
            <w:webHidden/>
          </w:rPr>
          <w:fldChar w:fldCharType="end"/>
        </w:r>
      </w:hyperlink>
    </w:p>
    <w:p w14:paraId="67654A05" w14:textId="1FBB4EE6"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3" w:history="1">
        <w:r w:rsidRPr="002839DA">
          <w:rPr>
            <w:rStyle w:val="Hyperlink"/>
            <w:noProof/>
          </w:rPr>
          <w:t>10.1 Privacy-by-Design Requirements</w:t>
        </w:r>
        <w:r>
          <w:rPr>
            <w:noProof/>
            <w:webHidden/>
          </w:rPr>
          <w:tab/>
        </w:r>
        <w:r>
          <w:rPr>
            <w:noProof/>
            <w:webHidden/>
          </w:rPr>
          <w:fldChar w:fldCharType="begin"/>
        </w:r>
        <w:r>
          <w:rPr>
            <w:noProof/>
            <w:webHidden/>
          </w:rPr>
          <w:instrText xml:space="preserve"> PAGEREF _Toc241649723 \h </w:instrText>
        </w:r>
        <w:r>
          <w:rPr>
            <w:noProof/>
            <w:webHidden/>
          </w:rPr>
        </w:r>
        <w:r>
          <w:rPr>
            <w:noProof/>
            <w:webHidden/>
          </w:rPr>
          <w:fldChar w:fldCharType="separate"/>
        </w:r>
        <w:r>
          <w:rPr>
            <w:noProof/>
            <w:webHidden/>
          </w:rPr>
          <w:t>52</w:t>
        </w:r>
        <w:r>
          <w:rPr>
            <w:noProof/>
            <w:webHidden/>
          </w:rPr>
          <w:fldChar w:fldCharType="end"/>
        </w:r>
      </w:hyperlink>
    </w:p>
    <w:p w14:paraId="33D5828D" w14:textId="648B8FC9"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4" w:history="1">
        <w:r w:rsidRPr="002839DA">
          <w:rPr>
            <w:rStyle w:val="Hyperlink"/>
            <w:noProof/>
          </w:rPr>
          <w:t>10.2 Sensitive Data Categories</w:t>
        </w:r>
        <w:r>
          <w:rPr>
            <w:noProof/>
            <w:webHidden/>
          </w:rPr>
          <w:tab/>
        </w:r>
        <w:r>
          <w:rPr>
            <w:noProof/>
            <w:webHidden/>
          </w:rPr>
          <w:fldChar w:fldCharType="begin"/>
        </w:r>
        <w:r>
          <w:rPr>
            <w:noProof/>
            <w:webHidden/>
          </w:rPr>
          <w:instrText xml:space="preserve"> PAGEREF _Toc241649724 \h </w:instrText>
        </w:r>
        <w:r>
          <w:rPr>
            <w:noProof/>
            <w:webHidden/>
          </w:rPr>
        </w:r>
        <w:r>
          <w:rPr>
            <w:noProof/>
            <w:webHidden/>
          </w:rPr>
          <w:fldChar w:fldCharType="separate"/>
        </w:r>
        <w:r>
          <w:rPr>
            <w:noProof/>
            <w:webHidden/>
          </w:rPr>
          <w:t>52</w:t>
        </w:r>
        <w:r>
          <w:rPr>
            <w:noProof/>
            <w:webHidden/>
          </w:rPr>
          <w:fldChar w:fldCharType="end"/>
        </w:r>
      </w:hyperlink>
    </w:p>
    <w:p w14:paraId="20FE21CF" w14:textId="09637EB2"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5" w:history="1">
        <w:r w:rsidRPr="002839DA">
          <w:rPr>
            <w:rStyle w:val="Hyperlink"/>
            <w:noProof/>
          </w:rPr>
          <w:t>10.3 Data Residency, Retention and Deletion</w:t>
        </w:r>
        <w:r>
          <w:rPr>
            <w:noProof/>
            <w:webHidden/>
          </w:rPr>
          <w:tab/>
        </w:r>
        <w:r>
          <w:rPr>
            <w:noProof/>
            <w:webHidden/>
          </w:rPr>
          <w:fldChar w:fldCharType="begin"/>
        </w:r>
        <w:r>
          <w:rPr>
            <w:noProof/>
            <w:webHidden/>
          </w:rPr>
          <w:instrText xml:space="preserve"> PAGEREF _Toc241649725 \h </w:instrText>
        </w:r>
        <w:r>
          <w:rPr>
            <w:noProof/>
            <w:webHidden/>
          </w:rPr>
        </w:r>
        <w:r>
          <w:rPr>
            <w:noProof/>
            <w:webHidden/>
          </w:rPr>
          <w:fldChar w:fldCharType="separate"/>
        </w:r>
        <w:r>
          <w:rPr>
            <w:noProof/>
            <w:webHidden/>
          </w:rPr>
          <w:t>53</w:t>
        </w:r>
        <w:r>
          <w:rPr>
            <w:noProof/>
            <w:webHidden/>
          </w:rPr>
          <w:fldChar w:fldCharType="end"/>
        </w:r>
      </w:hyperlink>
    </w:p>
    <w:p w14:paraId="5063B9B8" w14:textId="26D23898"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26" w:history="1">
        <w:r w:rsidRPr="002839DA">
          <w:rPr>
            <w:rStyle w:val="Hyperlink"/>
            <w:noProof/>
          </w:rPr>
          <w:t>11. Regulatory and Legal Compliance</w:t>
        </w:r>
        <w:r>
          <w:rPr>
            <w:noProof/>
            <w:webHidden/>
          </w:rPr>
          <w:tab/>
        </w:r>
        <w:r>
          <w:rPr>
            <w:noProof/>
            <w:webHidden/>
          </w:rPr>
          <w:fldChar w:fldCharType="begin"/>
        </w:r>
        <w:r>
          <w:rPr>
            <w:noProof/>
            <w:webHidden/>
          </w:rPr>
          <w:instrText xml:space="preserve"> PAGEREF _Toc241649726 \h </w:instrText>
        </w:r>
        <w:r>
          <w:rPr>
            <w:noProof/>
            <w:webHidden/>
          </w:rPr>
        </w:r>
        <w:r>
          <w:rPr>
            <w:noProof/>
            <w:webHidden/>
          </w:rPr>
          <w:fldChar w:fldCharType="separate"/>
        </w:r>
        <w:r>
          <w:rPr>
            <w:noProof/>
            <w:webHidden/>
          </w:rPr>
          <w:t>55</w:t>
        </w:r>
        <w:r>
          <w:rPr>
            <w:noProof/>
            <w:webHidden/>
          </w:rPr>
          <w:fldChar w:fldCharType="end"/>
        </w:r>
      </w:hyperlink>
    </w:p>
    <w:p w14:paraId="1CD8B88A" w14:textId="36AB8D5D"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7" w:history="1">
        <w:r w:rsidRPr="002839DA">
          <w:rPr>
            <w:rStyle w:val="Hyperlink"/>
            <w:noProof/>
          </w:rPr>
          <w:t>11.1 Applicable Regimes</w:t>
        </w:r>
        <w:r>
          <w:rPr>
            <w:noProof/>
            <w:webHidden/>
          </w:rPr>
          <w:tab/>
        </w:r>
        <w:r>
          <w:rPr>
            <w:noProof/>
            <w:webHidden/>
          </w:rPr>
          <w:fldChar w:fldCharType="begin"/>
        </w:r>
        <w:r>
          <w:rPr>
            <w:noProof/>
            <w:webHidden/>
          </w:rPr>
          <w:instrText xml:space="preserve"> PAGEREF _Toc241649727 \h </w:instrText>
        </w:r>
        <w:r>
          <w:rPr>
            <w:noProof/>
            <w:webHidden/>
          </w:rPr>
        </w:r>
        <w:r>
          <w:rPr>
            <w:noProof/>
            <w:webHidden/>
          </w:rPr>
          <w:fldChar w:fldCharType="separate"/>
        </w:r>
        <w:r>
          <w:rPr>
            <w:noProof/>
            <w:webHidden/>
          </w:rPr>
          <w:t>55</w:t>
        </w:r>
        <w:r>
          <w:rPr>
            <w:noProof/>
            <w:webHidden/>
          </w:rPr>
          <w:fldChar w:fldCharType="end"/>
        </w:r>
      </w:hyperlink>
    </w:p>
    <w:p w14:paraId="412C40CD" w14:textId="3486458A"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8" w:history="1">
        <w:r w:rsidRPr="002839DA">
          <w:rPr>
            <w:rStyle w:val="Hyperlink"/>
            <w:noProof/>
          </w:rPr>
          <w:t>11.2 Practical Implications</w:t>
        </w:r>
        <w:r>
          <w:rPr>
            <w:noProof/>
            <w:webHidden/>
          </w:rPr>
          <w:tab/>
        </w:r>
        <w:r>
          <w:rPr>
            <w:noProof/>
            <w:webHidden/>
          </w:rPr>
          <w:fldChar w:fldCharType="begin"/>
        </w:r>
        <w:r>
          <w:rPr>
            <w:noProof/>
            <w:webHidden/>
          </w:rPr>
          <w:instrText xml:space="preserve"> PAGEREF _Toc241649728 \h </w:instrText>
        </w:r>
        <w:r>
          <w:rPr>
            <w:noProof/>
            <w:webHidden/>
          </w:rPr>
        </w:r>
        <w:r>
          <w:rPr>
            <w:noProof/>
            <w:webHidden/>
          </w:rPr>
          <w:fldChar w:fldCharType="separate"/>
        </w:r>
        <w:r>
          <w:rPr>
            <w:noProof/>
            <w:webHidden/>
          </w:rPr>
          <w:t>56</w:t>
        </w:r>
        <w:r>
          <w:rPr>
            <w:noProof/>
            <w:webHidden/>
          </w:rPr>
          <w:fldChar w:fldCharType="end"/>
        </w:r>
      </w:hyperlink>
    </w:p>
    <w:p w14:paraId="59BEDAED" w14:textId="4879E921"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9" w:history="1">
        <w:r w:rsidRPr="002839DA">
          <w:rPr>
            <w:rStyle w:val="Hyperlink"/>
            <w:noProof/>
          </w:rPr>
          <w:t>11.3 Regulatory Applicability Mapping</w:t>
        </w:r>
        <w:r>
          <w:rPr>
            <w:noProof/>
            <w:webHidden/>
          </w:rPr>
          <w:tab/>
        </w:r>
        <w:r>
          <w:rPr>
            <w:noProof/>
            <w:webHidden/>
          </w:rPr>
          <w:fldChar w:fldCharType="begin"/>
        </w:r>
        <w:r>
          <w:rPr>
            <w:noProof/>
            <w:webHidden/>
          </w:rPr>
          <w:instrText xml:space="preserve"> PAGEREF _Toc241649729 \h </w:instrText>
        </w:r>
        <w:r>
          <w:rPr>
            <w:noProof/>
            <w:webHidden/>
          </w:rPr>
        </w:r>
        <w:r>
          <w:rPr>
            <w:noProof/>
            <w:webHidden/>
          </w:rPr>
          <w:fldChar w:fldCharType="separate"/>
        </w:r>
        <w:r>
          <w:rPr>
            <w:noProof/>
            <w:webHidden/>
          </w:rPr>
          <w:t>57</w:t>
        </w:r>
        <w:r>
          <w:rPr>
            <w:noProof/>
            <w:webHidden/>
          </w:rPr>
          <w:fldChar w:fldCharType="end"/>
        </w:r>
      </w:hyperlink>
    </w:p>
    <w:p w14:paraId="09E1A9DE" w14:textId="571768F1"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0" w:history="1">
        <w:r w:rsidRPr="002839DA">
          <w:rPr>
            <w:rStyle w:val="Hyperlink"/>
            <w:noProof/>
          </w:rPr>
          <w:t>11.4 The CAIO's Personal Exposure and Attestation Duties</w:t>
        </w:r>
        <w:r>
          <w:rPr>
            <w:noProof/>
            <w:webHidden/>
          </w:rPr>
          <w:tab/>
        </w:r>
        <w:r>
          <w:rPr>
            <w:noProof/>
            <w:webHidden/>
          </w:rPr>
          <w:fldChar w:fldCharType="begin"/>
        </w:r>
        <w:r>
          <w:rPr>
            <w:noProof/>
            <w:webHidden/>
          </w:rPr>
          <w:instrText xml:space="preserve"> PAGEREF _Toc241649730 \h </w:instrText>
        </w:r>
        <w:r>
          <w:rPr>
            <w:noProof/>
            <w:webHidden/>
          </w:rPr>
        </w:r>
        <w:r>
          <w:rPr>
            <w:noProof/>
            <w:webHidden/>
          </w:rPr>
          <w:fldChar w:fldCharType="separate"/>
        </w:r>
        <w:r>
          <w:rPr>
            <w:noProof/>
            <w:webHidden/>
          </w:rPr>
          <w:t>58</w:t>
        </w:r>
        <w:r>
          <w:rPr>
            <w:noProof/>
            <w:webHidden/>
          </w:rPr>
          <w:fldChar w:fldCharType="end"/>
        </w:r>
      </w:hyperlink>
    </w:p>
    <w:p w14:paraId="313E4F1D" w14:textId="03561E62"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1" w:history="1">
        <w:r w:rsidRPr="002839DA">
          <w:rPr>
            <w:rStyle w:val="Hyperlink"/>
            <w:noProof/>
          </w:rPr>
          <w:t>11.5 Legal Disclaimer</w:t>
        </w:r>
        <w:r>
          <w:rPr>
            <w:noProof/>
            <w:webHidden/>
          </w:rPr>
          <w:tab/>
        </w:r>
        <w:r>
          <w:rPr>
            <w:noProof/>
            <w:webHidden/>
          </w:rPr>
          <w:fldChar w:fldCharType="begin"/>
        </w:r>
        <w:r>
          <w:rPr>
            <w:noProof/>
            <w:webHidden/>
          </w:rPr>
          <w:instrText xml:space="preserve"> PAGEREF _Toc241649731 \h </w:instrText>
        </w:r>
        <w:r>
          <w:rPr>
            <w:noProof/>
            <w:webHidden/>
          </w:rPr>
        </w:r>
        <w:r>
          <w:rPr>
            <w:noProof/>
            <w:webHidden/>
          </w:rPr>
          <w:fldChar w:fldCharType="separate"/>
        </w:r>
        <w:r>
          <w:rPr>
            <w:noProof/>
            <w:webHidden/>
          </w:rPr>
          <w:t>59</w:t>
        </w:r>
        <w:r>
          <w:rPr>
            <w:noProof/>
            <w:webHidden/>
          </w:rPr>
          <w:fldChar w:fldCharType="end"/>
        </w:r>
      </w:hyperlink>
    </w:p>
    <w:p w14:paraId="3E6DDE7B" w14:textId="16B535C1"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32" w:history="1">
        <w:r w:rsidRPr="002839DA">
          <w:rPr>
            <w:rStyle w:val="Hyperlink"/>
            <w:noProof/>
          </w:rPr>
          <w:t>12. Human Oversight and Escalation</w:t>
        </w:r>
        <w:r>
          <w:rPr>
            <w:noProof/>
            <w:webHidden/>
          </w:rPr>
          <w:tab/>
        </w:r>
        <w:r>
          <w:rPr>
            <w:noProof/>
            <w:webHidden/>
          </w:rPr>
          <w:fldChar w:fldCharType="begin"/>
        </w:r>
        <w:r>
          <w:rPr>
            <w:noProof/>
            <w:webHidden/>
          </w:rPr>
          <w:instrText xml:space="preserve"> PAGEREF _Toc241649732 \h </w:instrText>
        </w:r>
        <w:r>
          <w:rPr>
            <w:noProof/>
            <w:webHidden/>
          </w:rPr>
        </w:r>
        <w:r>
          <w:rPr>
            <w:noProof/>
            <w:webHidden/>
          </w:rPr>
          <w:fldChar w:fldCharType="separate"/>
        </w:r>
        <w:r>
          <w:rPr>
            <w:noProof/>
            <w:webHidden/>
          </w:rPr>
          <w:t>60</w:t>
        </w:r>
        <w:r>
          <w:rPr>
            <w:noProof/>
            <w:webHidden/>
          </w:rPr>
          <w:fldChar w:fldCharType="end"/>
        </w:r>
      </w:hyperlink>
    </w:p>
    <w:p w14:paraId="17FCF173" w14:textId="50A5371C"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3" w:history="1">
        <w:r w:rsidRPr="002839DA">
          <w:rPr>
            <w:rStyle w:val="Hyperlink"/>
            <w:noProof/>
          </w:rPr>
          <w:t>12.1 Human-in-the-Loop Framework by Risk Tier</w:t>
        </w:r>
        <w:r>
          <w:rPr>
            <w:noProof/>
            <w:webHidden/>
          </w:rPr>
          <w:tab/>
        </w:r>
        <w:r>
          <w:rPr>
            <w:noProof/>
            <w:webHidden/>
          </w:rPr>
          <w:fldChar w:fldCharType="begin"/>
        </w:r>
        <w:r>
          <w:rPr>
            <w:noProof/>
            <w:webHidden/>
          </w:rPr>
          <w:instrText xml:space="preserve"> PAGEREF _Toc241649733 \h </w:instrText>
        </w:r>
        <w:r>
          <w:rPr>
            <w:noProof/>
            <w:webHidden/>
          </w:rPr>
        </w:r>
        <w:r>
          <w:rPr>
            <w:noProof/>
            <w:webHidden/>
          </w:rPr>
          <w:fldChar w:fldCharType="separate"/>
        </w:r>
        <w:r>
          <w:rPr>
            <w:noProof/>
            <w:webHidden/>
          </w:rPr>
          <w:t>60</w:t>
        </w:r>
        <w:r>
          <w:rPr>
            <w:noProof/>
            <w:webHidden/>
          </w:rPr>
          <w:fldChar w:fldCharType="end"/>
        </w:r>
      </w:hyperlink>
    </w:p>
    <w:p w14:paraId="5DC7774E" w14:textId="4D960189"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4" w:history="1">
        <w:r w:rsidRPr="002839DA">
          <w:rPr>
            <w:rStyle w:val="Hyperlink"/>
            <w:noProof/>
          </w:rPr>
          <w:t>12.2 Escalation Paths</w:t>
        </w:r>
        <w:r>
          <w:rPr>
            <w:noProof/>
            <w:webHidden/>
          </w:rPr>
          <w:tab/>
        </w:r>
        <w:r>
          <w:rPr>
            <w:noProof/>
            <w:webHidden/>
          </w:rPr>
          <w:fldChar w:fldCharType="begin"/>
        </w:r>
        <w:r>
          <w:rPr>
            <w:noProof/>
            <w:webHidden/>
          </w:rPr>
          <w:instrText xml:space="preserve"> PAGEREF _Toc241649734 \h </w:instrText>
        </w:r>
        <w:r>
          <w:rPr>
            <w:noProof/>
            <w:webHidden/>
          </w:rPr>
        </w:r>
        <w:r>
          <w:rPr>
            <w:noProof/>
            <w:webHidden/>
          </w:rPr>
          <w:fldChar w:fldCharType="separate"/>
        </w:r>
        <w:r>
          <w:rPr>
            <w:noProof/>
            <w:webHidden/>
          </w:rPr>
          <w:t>61</w:t>
        </w:r>
        <w:r>
          <w:rPr>
            <w:noProof/>
            <w:webHidden/>
          </w:rPr>
          <w:fldChar w:fldCharType="end"/>
        </w:r>
      </w:hyperlink>
    </w:p>
    <w:p w14:paraId="4838E3D2" w14:textId="542B2CF6"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5" w:history="1">
        <w:r w:rsidRPr="002839DA">
          <w:rPr>
            <w:rStyle w:val="Hyperlink"/>
            <w:noProof/>
          </w:rPr>
          <w:t>12.3 Reviewer of Record and Override Authority</w:t>
        </w:r>
        <w:r>
          <w:rPr>
            <w:noProof/>
            <w:webHidden/>
          </w:rPr>
          <w:tab/>
        </w:r>
        <w:r>
          <w:rPr>
            <w:noProof/>
            <w:webHidden/>
          </w:rPr>
          <w:fldChar w:fldCharType="begin"/>
        </w:r>
        <w:r>
          <w:rPr>
            <w:noProof/>
            <w:webHidden/>
          </w:rPr>
          <w:instrText xml:space="preserve"> PAGEREF _Toc241649735 \h </w:instrText>
        </w:r>
        <w:r>
          <w:rPr>
            <w:noProof/>
            <w:webHidden/>
          </w:rPr>
        </w:r>
        <w:r>
          <w:rPr>
            <w:noProof/>
            <w:webHidden/>
          </w:rPr>
          <w:fldChar w:fldCharType="separate"/>
        </w:r>
        <w:r>
          <w:rPr>
            <w:noProof/>
            <w:webHidden/>
          </w:rPr>
          <w:t>61</w:t>
        </w:r>
        <w:r>
          <w:rPr>
            <w:noProof/>
            <w:webHidden/>
          </w:rPr>
          <w:fldChar w:fldCharType="end"/>
        </w:r>
      </w:hyperlink>
    </w:p>
    <w:p w14:paraId="4988CC20" w14:textId="29C3667E"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36" w:history="1">
        <w:r w:rsidRPr="002839DA">
          <w:rPr>
            <w:rStyle w:val="Hyperlink"/>
            <w:noProof/>
          </w:rPr>
          <w:t>13. Incident Response and Business Continuity</w:t>
        </w:r>
        <w:r>
          <w:rPr>
            <w:noProof/>
            <w:webHidden/>
          </w:rPr>
          <w:tab/>
        </w:r>
        <w:r>
          <w:rPr>
            <w:noProof/>
            <w:webHidden/>
          </w:rPr>
          <w:fldChar w:fldCharType="begin"/>
        </w:r>
        <w:r>
          <w:rPr>
            <w:noProof/>
            <w:webHidden/>
          </w:rPr>
          <w:instrText xml:space="preserve"> PAGEREF _Toc241649736 \h </w:instrText>
        </w:r>
        <w:r>
          <w:rPr>
            <w:noProof/>
            <w:webHidden/>
          </w:rPr>
        </w:r>
        <w:r>
          <w:rPr>
            <w:noProof/>
            <w:webHidden/>
          </w:rPr>
          <w:fldChar w:fldCharType="separate"/>
        </w:r>
        <w:r>
          <w:rPr>
            <w:noProof/>
            <w:webHidden/>
          </w:rPr>
          <w:t>63</w:t>
        </w:r>
        <w:r>
          <w:rPr>
            <w:noProof/>
            <w:webHidden/>
          </w:rPr>
          <w:fldChar w:fldCharType="end"/>
        </w:r>
      </w:hyperlink>
    </w:p>
    <w:p w14:paraId="200BC37D" w14:textId="4F96FB31"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7" w:history="1">
        <w:r w:rsidRPr="002839DA">
          <w:rPr>
            <w:rStyle w:val="Hyperlink"/>
            <w:noProof/>
          </w:rPr>
          <w:t>13.1 AI Incident Classification</w:t>
        </w:r>
        <w:r>
          <w:rPr>
            <w:noProof/>
            <w:webHidden/>
          </w:rPr>
          <w:tab/>
        </w:r>
        <w:r>
          <w:rPr>
            <w:noProof/>
            <w:webHidden/>
          </w:rPr>
          <w:fldChar w:fldCharType="begin"/>
        </w:r>
        <w:r>
          <w:rPr>
            <w:noProof/>
            <w:webHidden/>
          </w:rPr>
          <w:instrText xml:space="preserve"> PAGEREF _Toc241649737 \h </w:instrText>
        </w:r>
        <w:r>
          <w:rPr>
            <w:noProof/>
            <w:webHidden/>
          </w:rPr>
        </w:r>
        <w:r>
          <w:rPr>
            <w:noProof/>
            <w:webHidden/>
          </w:rPr>
          <w:fldChar w:fldCharType="separate"/>
        </w:r>
        <w:r>
          <w:rPr>
            <w:noProof/>
            <w:webHidden/>
          </w:rPr>
          <w:t>63</w:t>
        </w:r>
        <w:r>
          <w:rPr>
            <w:noProof/>
            <w:webHidden/>
          </w:rPr>
          <w:fldChar w:fldCharType="end"/>
        </w:r>
      </w:hyperlink>
    </w:p>
    <w:p w14:paraId="7E576068" w14:textId="2D5E6570"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8" w:history="1">
        <w:r w:rsidRPr="002839DA">
          <w:rPr>
            <w:rStyle w:val="Hyperlink"/>
            <w:noProof/>
          </w:rPr>
          <w:t>13.2 Response Procedure</w:t>
        </w:r>
        <w:r>
          <w:rPr>
            <w:noProof/>
            <w:webHidden/>
          </w:rPr>
          <w:tab/>
        </w:r>
        <w:r>
          <w:rPr>
            <w:noProof/>
            <w:webHidden/>
          </w:rPr>
          <w:fldChar w:fldCharType="begin"/>
        </w:r>
        <w:r>
          <w:rPr>
            <w:noProof/>
            <w:webHidden/>
          </w:rPr>
          <w:instrText xml:space="preserve"> PAGEREF _Toc241649738 \h </w:instrText>
        </w:r>
        <w:r>
          <w:rPr>
            <w:noProof/>
            <w:webHidden/>
          </w:rPr>
        </w:r>
        <w:r>
          <w:rPr>
            <w:noProof/>
            <w:webHidden/>
          </w:rPr>
          <w:fldChar w:fldCharType="separate"/>
        </w:r>
        <w:r>
          <w:rPr>
            <w:noProof/>
            <w:webHidden/>
          </w:rPr>
          <w:t>64</w:t>
        </w:r>
        <w:r>
          <w:rPr>
            <w:noProof/>
            <w:webHidden/>
          </w:rPr>
          <w:fldChar w:fldCharType="end"/>
        </w:r>
      </w:hyperlink>
    </w:p>
    <w:p w14:paraId="791A795A" w14:textId="031B50B0"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9" w:history="1">
        <w:r w:rsidRPr="002839DA">
          <w:rPr>
            <w:rStyle w:val="Hyperlink"/>
            <w:noProof/>
          </w:rPr>
          <w:t>13.3 Continuity, Fallback and Kill Switch</w:t>
        </w:r>
        <w:r>
          <w:rPr>
            <w:noProof/>
            <w:webHidden/>
          </w:rPr>
          <w:tab/>
        </w:r>
        <w:r>
          <w:rPr>
            <w:noProof/>
            <w:webHidden/>
          </w:rPr>
          <w:fldChar w:fldCharType="begin"/>
        </w:r>
        <w:r>
          <w:rPr>
            <w:noProof/>
            <w:webHidden/>
          </w:rPr>
          <w:instrText xml:space="preserve"> PAGEREF _Toc241649739 \h </w:instrText>
        </w:r>
        <w:r>
          <w:rPr>
            <w:noProof/>
            <w:webHidden/>
          </w:rPr>
        </w:r>
        <w:r>
          <w:rPr>
            <w:noProof/>
            <w:webHidden/>
          </w:rPr>
          <w:fldChar w:fldCharType="separate"/>
        </w:r>
        <w:r>
          <w:rPr>
            <w:noProof/>
            <w:webHidden/>
          </w:rPr>
          <w:t>65</w:t>
        </w:r>
        <w:r>
          <w:rPr>
            <w:noProof/>
            <w:webHidden/>
          </w:rPr>
          <w:fldChar w:fldCharType="end"/>
        </w:r>
      </w:hyperlink>
    </w:p>
    <w:p w14:paraId="07AE7067" w14:textId="0FED27D3"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0" w:history="1">
        <w:r w:rsidRPr="002839DA">
          <w:rPr>
            <w:rStyle w:val="Hyperlink"/>
            <w:noProof/>
          </w:rPr>
          <w:t>13.4 External Communication and Disclosure</w:t>
        </w:r>
        <w:r>
          <w:rPr>
            <w:noProof/>
            <w:webHidden/>
          </w:rPr>
          <w:tab/>
        </w:r>
        <w:r>
          <w:rPr>
            <w:noProof/>
            <w:webHidden/>
          </w:rPr>
          <w:fldChar w:fldCharType="begin"/>
        </w:r>
        <w:r>
          <w:rPr>
            <w:noProof/>
            <w:webHidden/>
          </w:rPr>
          <w:instrText xml:space="preserve"> PAGEREF _Toc241649740 \h </w:instrText>
        </w:r>
        <w:r>
          <w:rPr>
            <w:noProof/>
            <w:webHidden/>
          </w:rPr>
        </w:r>
        <w:r>
          <w:rPr>
            <w:noProof/>
            <w:webHidden/>
          </w:rPr>
          <w:fldChar w:fldCharType="separate"/>
        </w:r>
        <w:r>
          <w:rPr>
            <w:noProof/>
            <w:webHidden/>
          </w:rPr>
          <w:t>65</w:t>
        </w:r>
        <w:r>
          <w:rPr>
            <w:noProof/>
            <w:webHidden/>
          </w:rPr>
          <w:fldChar w:fldCharType="end"/>
        </w:r>
      </w:hyperlink>
    </w:p>
    <w:p w14:paraId="4A1AD8E3" w14:textId="3D285A3D"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41" w:history="1">
        <w:r w:rsidRPr="002839DA">
          <w:rPr>
            <w:rStyle w:val="Hyperlink"/>
            <w:noProof/>
          </w:rPr>
          <w:t>14. Vendor and Third-Party AI Risk Management</w:t>
        </w:r>
        <w:r>
          <w:rPr>
            <w:noProof/>
            <w:webHidden/>
          </w:rPr>
          <w:tab/>
        </w:r>
        <w:r>
          <w:rPr>
            <w:noProof/>
            <w:webHidden/>
          </w:rPr>
          <w:fldChar w:fldCharType="begin"/>
        </w:r>
        <w:r>
          <w:rPr>
            <w:noProof/>
            <w:webHidden/>
          </w:rPr>
          <w:instrText xml:space="preserve"> PAGEREF _Toc241649741 \h </w:instrText>
        </w:r>
        <w:r>
          <w:rPr>
            <w:noProof/>
            <w:webHidden/>
          </w:rPr>
        </w:r>
        <w:r>
          <w:rPr>
            <w:noProof/>
            <w:webHidden/>
          </w:rPr>
          <w:fldChar w:fldCharType="separate"/>
        </w:r>
        <w:r>
          <w:rPr>
            <w:noProof/>
            <w:webHidden/>
          </w:rPr>
          <w:t>67</w:t>
        </w:r>
        <w:r>
          <w:rPr>
            <w:noProof/>
            <w:webHidden/>
          </w:rPr>
          <w:fldChar w:fldCharType="end"/>
        </w:r>
      </w:hyperlink>
    </w:p>
    <w:p w14:paraId="02FF6285" w14:textId="2C688FF5"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2" w:history="1">
        <w:r w:rsidRPr="002839DA">
          <w:rPr>
            <w:rStyle w:val="Hyperlink"/>
            <w:noProof/>
          </w:rPr>
          <w:t>14.1 Vendor Due-Diligence Checklist</w:t>
        </w:r>
        <w:r>
          <w:rPr>
            <w:noProof/>
            <w:webHidden/>
          </w:rPr>
          <w:tab/>
        </w:r>
        <w:r>
          <w:rPr>
            <w:noProof/>
            <w:webHidden/>
          </w:rPr>
          <w:fldChar w:fldCharType="begin"/>
        </w:r>
        <w:r>
          <w:rPr>
            <w:noProof/>
            <w:webHidden/>
          </w:rPr>
          <w:instrText xml:space="preserve"> PAGEREF _Toc241649742 \h </w:instrText>
        </w:r>
        <w:r>
          <w:rPr>
            <w:noProof/>
            <w:webHidden/>
          </w:rPr>
        </w:r>
        <w:r>
          <w:rPr>
            <w:noProof/>
            <w:webHidden/>
          </w:rPr>
          <w:fldChar w:fldCharType="separate"/>
        </w:r>
        <w:r>
          <w:rPr>
            <w:noProof/>
            <w:webHidden/>
          </w:rPr>
          <w:t>67</w:t>
        </w:r>
        <w:r>
          <w:rPr>
            <w:noProof/>
            <w:webHidden/>
          </w:rPr>
          <w:fldChar w:fldCharType="end"/>
        </w:r>
      </w:hyperlink>
    </w:p>
    <w:p w14:paraId="1A734AEE" w14:textId="14099762"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3" w:history="1">
        <w:r w:rsidRPr="002839DA">
          <w:rPr>
            <w:rStyle w:val="Hyperlink"/>
            <w:noProof/>
          </w:rPr>
          <w:t>14.2 Contract Clause Library</w:t>
        </w:r>
        <w:r>
          <w:rPr>
            <w:noProof/>
            <w:webHidden/>
          </w:rPr>
          <w:tab/>
        </w:r>
        <w:r>
          <w:rPr>
            <w:noProof/>
            <w:webHidden/>
          </w:rPr>
          <w:fldChar w:fldCharType="begin"/>
        </w:r>
        <w:r>
          <w:rPr>
            <w:noProof/>
            <w:webHidden/>
          </w:rPr>
          <w:instrText xml:space="preserve"> PAGEREF _Toc241649743 \h </w:instrText>
        </w:r>
        <w:r>
          <w:rPr>
            <w:noProof/>
            <w:webHidden/>
          </w:rPr>
        </w:r>
        <w:r>
          <w:rPr>
            <w:noProof/>
            <w:webHidden/>
          </w:rPr>
          <w:fldChar w:fldCharType="separate"/>
        </w:r>
        <w:r>
          <w:rPr>
            <w:noProof/>
            <w:webHidden/>
          </w:rPr>
          <w:t>67</w:t>
        </w:r>
        <w:r>
          <w:rPr>
            <w:noProof/>
            <w:webHidden/>
          </w:rPr>
          <w:fldChar w:fldCharType="end"/>
        </w:r>
      </w:hyperlink>
    </w:p>
    <w:p w14:paraId="540E524C" w14:textId="7E0AB32F"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4" w:history="1">
        <w:r w:rsidRPr="002839DA">
          <w:rPr>
            <w:rStyle w:val="Hyperlink"/>
            <w:noProof/>
          </w:rPr>
          <w:t>14.3 Ongoing Vendor Monitoring</w:t>
        </w:r>
        <w:r>
          <w:rPr>
            <w:noProof/>
            <w:webHidden/>
          </w:rPr>
          <w:tab/>
        </w:r>
        <w:r>
          <w:rPr>
            <w:noProof/>
            <w:webHidden/>
          </w:rPr>
          <w:fldChar w:fldCharType="begin"/>
        </w:r>
        <w:r>
          <w:rPr>
            <w:noProof/>
            <w:webHidden/>
          </w:rPr>
          <w:instrText xml:space="preserve"> PAGEREF _Toc241649744 \h </w:instrText>
        </w:r>
        <w:r>
          <w:rPr>
            <w:noProof/>
            <w:webHidden/>
          </w:rPr>
        </w:r>
        <w:r>
          <w:rPr>
            <w:noProof/>
            <w:webHidden/>
          </w:rPr>
          <w:fldChar w:fldCharType="separate"/>
        </w:r>
        <w:r>
          <w:rPr>
            <w:noProof/>
            <w:webHidden/>
          </w:rPr>
          <w:t>68</w:t>
        </w:r>
        <w:r>
          <w:rPr>
            <w:noProof/>
            <w:webHidden/>
          </w:rPr>
          <w:fldChar w:fldCharType="end"/>
        </w:r>
      </w:hyperlink>
    </w:p>
    <w:p w14:paraId="4478032D" w14:textId="53D42805"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5" w:history="1">
        <w:r w:rsidRPr="002839DA">
          <w:rPr>
            <w:rStyle w:val="Hyperlink"/>
            <w:noProof/>
          </w:rPr>
          <w:t>14.4 Concentration and Exit Risk</w:t>
        </w:r>
        <w:r>
          <w:rPr>
            <w:noProof/>
            <w:webHidden/>
          </w:rPr>
          <w:tab/>
        </w:r>
        <w:r>
          <w:rPr>
            <w:noProof/>
            <w:webHidden/>
          </w:rPr>
          <w:fldChar w:fldCharType="begin"/>
        </w:r>
        <w:r>
          <w:rPr>
            <w:noProof/>
            <w:webHidden/>
          </w:rPr>
          <w:instrText xml:space="preserve"> PAGEREF _Toc241649745 \h </w:instrText>
        </w:r>
        <w:r>
          <w:rPr>
            <w:noProof/>
            <w:webHidden/>
          </w:rPr>
        </w:r>
        <w:r>
          <w:rPr>
            <w:noProof/>
            <w:webHidden/>
          </w:rPr>
          <w:fldChar w:fldCharType="separate"/>
        </w:r>
        <w:r>
          <w:rPr>
            <w:noProof/>
            <w:webHidden/>
          </w:rPr>
          <w:t>69</w:t>
        </w:r>
        <w:r>
          <w:rPr>
            <w:noProof/>
            <w:webHidden/>
          </w:rPr>
          <w:fldChar w:fldCharType="end"/>
        </w:r>
      </w:hyperlink>
    </w:p>
    <w:p w14:paraId="4B1EBFD2" w14:textId="40D66576"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46" w:history="1">
        <w:r w:rsidRPr="002839DA">
          <w:rPr>
            <w:rStyle w:val="Hyperlink"/>
            <w:noProof/>
          </w:rPr>
          <w:t>15. Data Strategy and Data Governance</w:t>
        </w:r>
        <w:r>
          <w:rPr>
            <w:noProof/>
            <w:webHidden/>
          </w:rPr>
          <w:tab/>
        </w:r>
        <w:r>
          <w:rPr>
            <w:noProof/>
            <w:webHidden/>
          </w:rPr>
          <w:fldChar w:fldCharType="begin"/>
        </w:r>
        <w:r>
          <w:rPr>
            <w:noProof/>
            <w:webHidden/>
          </w:rPr>
          <w:instrText xml:space="preserve"> PAGEREF _Toc241649746 \h </w:instrText>
        </w:r>
        <w:r>
          <w:rPr>
            <w:noProof/>
            <w:webHidden/>
          </w:rPr>
        </w:r>
        <w:r>
          <w:rPr>
            <w:noProof/>
            <w:webHidden/>
          </w:rPr>
          <w:fldChar w:fldCharType="separate"/>
        </w:r>
        <w:r>
          <w:rPr>
            <w:noProof/>
            <w:webHidden/>
          </w:rPr>
          <w:t>70</w:t>
        </w:r>
        <w:r>
          <w:rPr>
            <w:noProof/>
            <w:webHidden/>
          </w:rPr>
          <w:fldChar w:fldCharType="end"/>
        </w:r>
      </w:hyperlink>
    </w:p>
    <w:p w14:paraId="75B1B965" w14:textId="068706C3"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7" w:history="1">
        <w:r w:rsidRPr="002839DA">
          <w:rPr>
            <w:rStyle w:val="Hyperlink"/>
            <w:noProof/>
          </w:rPr>
          <w:t>15.1 Enterprise Data Strategy</w:t>
        </w:r>
        <w:r>
          <w:rPr>
            <w:noProof/>
            <w:webHidden/>
          </w:rPr>
          <w:tab/>
        </w:r>
        <w:r>
          <w:rPr>
            <w:noProof/>
            <w:webHidden/>
          </w:rPr>
          <w:fldChar w:fldCharType="begin"/>
        </w:r>
        <w:r>
          <w:rPr>
            <w:noProof/>
            <w:webHidden/>
          </w:rPr>
          <w:instrText xml:space="preserve"> PAGEREF _Toc241649747 \h </w:instrText>
        </w:r>
        <w:r>
          <w:rPr>
            <w:noProof/>
            <w:webHidden/>
          </w:rPr>
        </w:r>
        <w:r>
          <w:rPr>
            <w:noProof/>
            <w:webHidden/>
          </w:rPr>
          <w:fldChar w:fldCharType="separate"/>
        </w:r>
        <w:r>
          <w:rPr>
            <w:noProof/>
            <w:webHidden/>
          </w:rPr>
          <w:t>70</w:t>
        </w:r>
        <w:r>
          <w:rPr>
            <w:noProof/>
            <w:webHidden/>
          </w:rPr>
          <w:fldChar w:fldCharType="end"/>
        </w:r>
      </w:hyperlink>
    </w:p>
    <w:p w14:paraId="3E225D4A" w14:textId="7AE77171"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8" w:history="1">
        <w:r w:rsidRPr="002839DA">
          <w:rPr>
            <w:rStyle w:val="Hyperlink"/>
            <w:noProof/>
          </w:rPr>
          <w:t>15.2 Data Quality, Lineage and Cataloging</w:t>
        </w:r>
        <w:r>
          <w:rPr>
            <w:noProof/>
            <w:webHidden/>
          </w:rPr>
          <w:tab/>
        </w:r>
        <w:r>
          <w:rPr>
            <w:noProof/>
            <w:webHidden/>
          </w:rPr>
          <w:fldChar w:fldCharType="begin"/>
        </w:r>
        <w:r>
          <w:rPr>
            <w:noProof/>
            <w:webHidden/>
          </w:rPr>
          <w:instrText xml:space="preserve"> PAGEREF _Toc241649748 \h </w:instrText>
        </w:r>
        <w:r>
          <w:rPr>
            <w:noProof/>
            <w:webHidden/>
          </w:rPr>
        </w:r>
        <w:r>
          <w:rPr>
            <w:noProof/>
            <w:webHidden/>
          </w:rPr>
          <w:fldChar w:fldCharType="separate"/>
        </w:r>
        <w:r>
          <w:rPr>
            <w:noProof/>
            <w:webHidden/>
          </w:rPr>
          <w:t>70</w:t>
        </w:r>
        <w:r>
          <w:rPr>
            <w:noProof/>
            <w:webHidden/>
          </w:rPr>
          <w:fldChar w:fldCharType="end"/>
        </w:r>
      </w:hyperlink>
    </w:p>
    <w:p w14:paraId="4761B4A0" w14:textId="112DF70A"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9" w:history="1">
        <w:r w:rsidRPr="002839DA">
          <w:rPr>
            <w:rStyle w:val="Hyperlink"/>
            <w:noProof/>
          </w:rPr>
          <w:t>15.3 Data Sharing and Integration</w:t>
        </w:r>
        <w:r>
          <w:rPr>
            <w:noProof/>
            <w:webHidden/>
          </w:rPr>
          <w:tab/>
        </w:r>
        <w:r>
          <w:rPr>
            <w:noProof/>
            <w:webHidden/>
          </w:rPr>
          <w:fldChar w:fldCharType="begin"/>
        </w:r>
        <w:r>
          <w:rPr>
            <w:noProof/>
            <w:webHidden/>
          </w:rPr>
          <w:instrText xml:space="preserve"> PAGEREF _Toc241649749 \h </w:instrText>
        </w:r>
        <w:r>
          <w:rPr>
            <w:noProof/>
            <w:webHidden/>
          </w:rPr>
        </w:r>
        <w:r>
          <w:rPr>
            <w:noProof/>
            <w:webHidden/>
          </w:rPr>
          <w:fldChar w:fldCharType="separate"/>
        </w:r>
        <w:r>
          <w:rPr>
            <w:noProof/>
            <w:webHidden/>
          </w:rPr>
          <w:t>71</w:t>
        </w:r>
        <w:r>
          <w:rPr>
            <w:noProof/>
            <w:webHidden/>
          </w:rPr>
          <w:fldChar w:fldCharType="end"/>
        </w:r>
      </w:hyperlink>
    </w:p>
    <w:p w14:paraId="0A5B48AD" w14:textId="41264F5E"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0" w:history="1">
        <w:r w:rsidRPr="002839DA">
          <w:rPr>
            <w:rStyle w:val="Hyperlink"/>
            <w:noProof/>
          </w:rPr>
          <w:t>15.4 The CAIO and CDO Interface</w:t>
        </w:r>
        <w:r>
          <w:rPr>
            <w:noProof/>
            <w:webHidden/>
          </w:rPr>
          <w:tab/>
        </w:r>
        <w:r>
          <w:rPr>
            <w:noProof/>
            <w:webHidden/>
          </w:rPr>
          <w:fldChar w:fldCharType="begin"/>
        </w:r>
        <w:r>
          <w:rPr>
            <w:noProof/>
            <w:webHidden/>
          </w:rPr>
          <w:instrText xml:space="preserve"> PAGEREF _Toc241649750 \h </w:instrText>
        </w:r>
        <w:r>
          <w:rPr>
            <w:noProof/>
            <w:webHidden/>
          </w:rPr>
        </w:r>
        <w:r>
          <w:rPr>
            <w:noProof/>
            <w:webHidden/>
          </w:rPr>
          <w:fldChar w:fldCharType="separate"/>
        </w:r>
        <w:r>
          <w:rPr>
            <w:noProof/>
            <w:webHidden/>
          </w:rPr>
          <w:t>72</w:t>
        </w:r>
        <w:r>
          <w:rPr>
            <w:noProof/>
            <w:webHidden/>
          </w:rPr>
          <w:fldChar w:fldCharType="end"/>
        </w:r>
      </w:hyperlink>
    </w:p>
    <w:p w14:paraId="6AFFD38F" w14:textId="55832292"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51" w:history="1">
        <w:r w:rsidRPr="002839DA">
          <w:rPr>
            <w:rStyle w:val="Hyperlink"/>
            <w:noProof/>
          </w:rPr>
          <w:t>16. Talent, Culture and Change Management</w:t>
        </w:r>
        <w:r>
          <w:rPr>
            <w:noProof/>
            <w:webHidden/>
          </w:rPr>
          <w:tab/>
        </w:r>
        <w:r>
          <w:rPr>
            <w:noProof/>
            <w:webHidden/>
          </w:rPr>
          <w:fldChar w:fldCharType="begin"/>
        </w:r>
        <w:r>
          <w:rPr>
            <w:noProof/>
            <w:webHidden/>
          </w:rPr>
          <w:instrText xml:space="preserve"> PAGEREF _Toc241649751 \h </w:instrText>
        </w:r>
        <w:r>
          <w:rPr>
            <w:noProof/>
            <w:webHidden/>
          </w:rPr>
        </w:r>
        <w:r>
          <w:rPr>
            <w:noProof/>
            <w:webHidden/>
          </w:rPr>
          <w:fldChar w:fldCharType="separate"/>
        </w:r>
        <w:r>
          <w:rPr>
            <w:noProof/>
            <w:webHidden/>
          </w:rPr>
          <w:t>73</w:t>
        </w:r>
        <w:r>
          <w:rPr>
            <w:noProof/>
            <w:webHidden/>
          </w:rPr>
          <w:fldChar w:fldCharType="end"/>
        </w:r>
      </w:hyperlink>
    </w:p>
    <w:p w14:paraId="7364166C" w14:textId="719D0037"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2" w:history="1">
        <w:r w:rsidRPr="002839DA">
          <w:rPr>
            <w:rStyle w:val="Hyperlink"/>
            <w:noProof/>
          </w:rPr>
          <w:t>16.1 The CAIO's Own Organization</w:t>
        </w:r>
        <w:r>
          <w:rPr>
            <w:noProof/>
            <w:webHidden/>
          </w:rPr>
          <w:tab/>
        </w:r>
        <w:r>
          <w:rPr>
            <w:noProof/>
            <w:webHidden/>
          </w:rPr>
          <w:fldChar w:fldCharType="begin"/>
        </w:r>
        <w:r>
          <w:rPr>
            <w:noProof/>
            <w:webHidden/>
          </w:rPr>
          <w:instrText xml:space="preserve"> PAGEREF _Toc241649752 \h </w:instrText>
        </w:r>
        <w:r>
          <w:rPr>
            <w:noProof/>
            <w:webHidden/>
          </w:rPr>
        </w:r>
        <w:r>
          <w:rPr>
            <w:noProof/>
            <w:webHidden/>
          </w:rPr>
          <w:fldChar w:fldCharType="separate"/>
        </w:r>
        <w:r>
          <w:rPr>
            <w:noProof/>
            <w:webHidden/>
          </w:rPr>
          <w:t>73</w:t>
        </w:r>
        <w:r>
          <w:rPr>
            <w:noProof/>
            <w:webHidden/>
          </w:rPr>
          <w:fldChar w:fldCharType="end"/>
        </w:r>
      </w:hyperlink>
    </w:p>
    <w:p w14:paraId="61BD28A4" w14:textId="367260C1"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3" w:history="1">
        <w:r w:rsidRPr="002839DA">
          <w:rPr>
            <w:rStyle w:val="Hyperlink"/>
            <w:noProof/>
          </w:rPr>
          <w:t>16.2 AI Literacy and Role-Based Training</w:t>
        </w:r>
        <w:r>
          <w:rPr>
            <w:noProof/>
            <w:webHidden/>
          </w:rPr>
          <w:tab/>
        </w:r>
        <w:r>
          <w:rPr>
            <w:noProof/>
            <w:webHidden/>
          </w:rPr>
          <w:fldChar w:fldCharType="begin"/>
        </w:r>
        <w:r>
          <w:rPr>
            <w:noProof/>
            <w:webHidden/>
          </w:rPr>
          <w:instrText xml:space="preserve"> PAGEREF _Toc241649753 \h </w:instrText>
        </w:r>
        <w:r>
          <w:rPr>
            <w:noProof/>
            <w:webHidden/>
          </w:rPr>
        </w:r>
        <w:r>
          <w:rPr>
            <w:noProof/>
            <w:webHidden/>
          </w:rPr>
          <w:fldChar w:fldCharType="separate"/>
        </w:r>
        <w:r>
          <w:rPr>
            <w:noProof/>
            <w:webHidden/>
          </w:rPr>
          <w:t>74</w:t>
        </w:r>
        <w:r>
          <w:rPr>
            <w:noProof/>
            <w:webHidden/>
          </w:rPr>
          <w:fldChar w:fldCharType="end"/>
        </w:r>
      </w:hyperlink>
    </w:p>
    <w:p w14:paraId="30CCFBB6" w14:textId="7A2197A6"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4" w:history="1">
        <w:r w:rsidRPr="002839DA">
          <w:rPr>
            <w:rStyle w:val="Hyperlink"/>
            <w:noProof/>
          </w:rPr>
          <w:t>16.3 Workforce Impact and Reskilling</w:t>
        </w:r>
        <w:r>
          <w:rPr>
            <w:noProof/>
            <w:webHidden/>
          </w:rPr>
          <w:tab/>
        </w:r>
        <w:r>
          <w:rPr>
            <w:noProof/>
            <w:webHidden/>
          </w:rPr>
          <w:fldChar w:fldCharType="begin"/>
        </w:r>
        <w:r>
          <w:rPr>
            <w:noProof/>
            <w:webHidden/>
          </w:rPr>
          <w:instrText xml:space="preserve"> PAGEREF _Toc241649754 \h </w:instrText>
        </w:r>
        <w:r>
          <w:rPr>
            <w:noProof/>
            <w:webHidden/>
          </w:rPr>
        </w:r>
        <w:r>
          <w:rPr>
            <w:noProof/>
            <w:webHidden/>
          </w:rPr>
          <w:fldChar w:fldCharType="separate"/>
        </w:r>
        <w:r>
          <w:rPr>
            <w:noProof/>
            <w:webHidden/>
          </w:rPr>
          <w:t>75</w:t>
        </w:r>
        <w:r>
          <w:rPr>
            <w:noProof/>
            <w:webHidden/>
          </w:rPr>
          <w:fldChar w:fldCharType="end"/>
        </w:r>
      </w:hyperlink>
    </w:p>
    <w:p w14:paraId="42E150AE" w14:textId="71FD1063"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5" w:history="1">
        <w:r w:rsidRPr="002839DA">
          <w:rPr>
            <w:rStyle w:val="Hyperlink"/>
            <w:noProof/>
          </w:rPr>
          <w:t>16.4 Communications and Adoption</w:t>
        </w:r>
        <w:r>
          <w:rPr>
            <w:noProof/>
            <w:webHidden/>
          </w:rPr>
          <w:tab/>
        </w:r>
        <w:r>
          <w:rPr>
            <w:noProof/>
            <w:webHidden/>
          </w:rPr>
          <w:fldChar w:fldCharType="begin"/>
        </w:r>
        <w:r>
          <w:rPr>
            <w:noProof/>
            <w:webHidden/>
          </w:rPr>
          <w:instrText xml:space="preserve"> PAGEREF _Toc241649755 \h </w:instrText>
        </w:r>
        <w:r>
          <w:rPr>
            <w:noProof/>
            <w:webHidden/>
          </w:rPr>
        </w:r>
        <w:r>
          <w:rPr>
            <w:noProof/>
            <w:webHidden/>
          </w:rPr>
          <w:fldChar w:fldCharType="separate"/>
        </w:r>
        <w:r>
          <w:rPr>
            <w:noProof/>
            <w:webHidden/>
          </w:rPr>
          <w:t>76</w:t>
        </w:r>
        <w:r>
          <w:rPr>
            <w:noProof/>
            <w:webHidden/>
          </w:rPr>
          <w:fldChar w:fldCharType="end"/>
        </w:r>
      </w:hyperlink>
    </w:p>
    <w:p w14:paraId="58E0FBB3" w14:textId="572E3721"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56" w:history="1">
        <w:r w:rsidRPr="002839DA">
          <w:rPr>
            <w:rStyle w:val="Hyperlink"/>
            <w:noProof/>
          </w:rPr>
          <w:t>17. Monitoring, Metrics and Reporting to the Board</w:t>
        </w:r>
        <w:r>
          <w:rPr>
            <w:noProof/>
            <w:webHidden/>
          </w:rPr>
          <w:tab/>
        </w:r>
        <w:r>
          <w:rPr>
            <w:noProof/>
            <w:webHidden/>
          </w:rPr>
          <w:fldChar w:fldCharType="begin"/>
        </w:r>
        <w:r>
          <w:rPr>
            <w:noProof/>
            <w:webHidden/>
          </w:rPr>
          <w:instrText xml:space="preserve"> PAGEREF _Toc241649756 \h </w:instrText>
        </w:r>
        <w:r>
          <w:rPr>
            <w:noProof/>
            <w:webHidden/>
          </w:rPr>
        </w:r>
        <w:r>
          <w:rPr>
            <w:noProof/>
            <w:webHidden/>
          </w:rPr>
          <w:fldChar w:fldCharType="separate"/>
        </w:r>
        <w:r>
          <w:rPr>
            <w:noProof/>
            <w:webHidden/>
          </w:rPr>
          <w:t>77</w:t>
        </w:r>
        <w:r>
          <w:rPr>
            <w:noProof/>
            <w:webHidden/>
          </w:rPr>
          <w:fldChar w:fldCharType="end"/>
        </w:r>
      </w:hyperlink>
    </w:p>
    <w:p w14:paraId="4A24EFB9" w14:textId="32C00120"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7" w:history="1">
        <w:r w:rsidRPr="002839DA">
          <w:rPr>
            <w:rStyle w:val="Hyperlink"/>
            <w:noProof/>
          </w:rPr>
          <w:t>17.1 Monitoring Dimensions</w:t>
        </w:r>
        <w:r>
          <w:rPr>
            <w:noProof/>
            <w:webHidden/>
          </w:rPr>
          <w:tab/>
        </w:r>
        <w:r>
          <w:rPr>
            <w:noProof/>
            <w:webHidden/>
          </w:rPr>
          <w:fldChar w:fldCharType="begin"/>
        </w:r>
        <w:r>
          <w:rPr>
            <w:noProof/>
            <w:webHidden/>
          </w:rPr>
          <w:instrText xml:space="preserve"> PAGEREF _Toc241649757 \h </w:instrText>
        </w:r>
        <w:r>
          <w:rPr>
            <w:noProof/>
            <w:webHidden/>
          </w:rPr>
        </w:r>
        <w:r>
          <w:rPr>
            <w:noProof/>
            <w:webHidden/>
          </w:rPr>
          <w:fldChar w:fldCharType="separate"/>
        </w:r>
        <w:r>
          <w:rPr>
            <w:noProof/>
            <w:webHidden/>
          </w:rPr>
          <w:t>77</w:t>
        </w:r>
        <w:r>
          <w:rPr>
            <w:noProof/>
            <w:webHidden/>
          </w:rPr>
          <w:fldChar w:fldCharType="end"/>
        </w:r>
      </w:hyperlink>
    </w:p>
    <w:p w14:paraId="060D630E" w14:textId="6455E580"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8" w:history="1">
        <w:r w:rsidRPr="002839DA">
          <w:rPr>
            <w:rStyle w:val="Hyperlink"/>
            <w:noProof/>
          </w:rPr>
          <w:t>17.2 Program KPI Framework</w:t>
        </w:r>
        <w:r>
          <w:rPr>
            <w:noProof/>
            <w:webHidden/>
          </w:rPr>
          <w:tab/>
        </w:r>
        <w:r>
          <w:rPr>
            <w:noProof/>
            <w:webHidden/>
          </w:rPr>
          <w:fldChar w:fldCharType="begin"/>
        </w:r>
        <w:r>
          <w:rPr>
            <w:noProof/>
            <w:webHidden/>
          </w:rPr>
          <w:instrText xml:space="preserve"> PAGEREF _Toc241649758 \h </w:instrText>
        </w:r>
        <w:r>
          <w:rPr>
            <w:noProof/>
            <w:webHidden/>
          </w:rPr>
        </w:r>
        <w:r>
          <w:rPr>
            <w:noProof/>
            <w:webHidden/>
          </w:rPr>
          <w:fldChar w:fldCharType="separate"/>
        </w:r>
        <w:r>
          <w:rPr>
            <w:noProof/>
            <w:webHidden/>
          </w:rPr>
          <w:t>78</w:t>
        </w:r>
        <w:r>
          <w:rPr>
            <w:noProof/>
            <w:webHidden/>
          </w:rPr>
          <w:fldChar w:fldCharType="end"/>
        </w:r>
      </w:hyperlink>
    </w:p>
    <w:p w14:paraId="4A9DB134" w14:textId="45AA968B"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9" w:history="1">
        <w:r w:rsidRPr="002839DA">
          <w:rPr>
            <w:rStyle w:val="Hyperlink"/>
            <w:noProof/>
          </w:rPr>
          <w:t>17.3 The CAIO Board Reporting Pack</w:t>
        </w:r>
        <w:r>
          <w:rPr>
            <w:noProof/>
            <w:webHidden/>
          </w:rPr>
          <w:tab/>
        </w:r>
        <w:r>
          <w:rPr>
            <w:noProof/>
            <w:webHidden/>
          </w:rPr>
          <w:fldChar w:fldCharType="begin"/>
        </w:r>
        <w:r>
          <w:rPr>
            <w:noProof/>
            <w:webHidden/>
          </w:rPr>
          <w:instrText xml:space="preserve"> PAGEREF _Toc241649759 \h </w:instrText>
        </w:r>
        <w:r>
          <w:rPr>
            <w:noProof/>
            <w:webHidden/>
          </w:rPr>
        </w:r>
        <w:r>
          <w:rPr>
            <w:noProof/>
            <w:webHidden/>
          </w:rPr>
          <w:fldChar w:fldCharType="separate"/>
        </w:r>
        <w:r>
          <w:rPr>
            <w:noProof/>
            <w:webHidden/>
          </w:rPr>
          <w:t>79</w:t>
        </w:r>
        <w:r>
          <w:rPr>
            <w:noProof/>
            <w:webHidden/>
          </w:rPr>
          <w:fldChar w:fldCharType="end"/>
        </w:r>
      </w:hyperlink>
    </w:p>
    <w:p w14:paraId="1EA3FCAC" w14:textId="019BAAA7"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0" w:history="1">
        <w:r w:rsidRPr="002839DA">
          <w:rPr>
            <w:rStyle w:val="Hyperlink"/>
            <w:noProof/>
          </w:rPr>
          <w:t>17.4 Continuous Improvement Cadence</w:t>
        </w:r>
        <w:r>
          <w:rPr>
            <w:noProof/>
            <w:webHidden/>
          </w:rPr>
          <w:tab/>
        </w:r>
        <w:r>
          <w:rPr>
            <w:noProof/>
            <w:webHidden/>
          </w:rPr>
          <w:fldChar w:fldCharType="begin"/>
        </w:r>
        <w:r>
          <w:rPr>
            <w:noProof/>
            <w:webHidden/>
          </w:rPr>
          <w:instrText xml:space="preserve"> PAGEREF _Toc241649760 \h </w:instrText>
        </w:r>
        <w:r>
          <w:rPr>
            <w:noProof/>
            <w:webHidden/>
          </w:rPr>
        </w:r>
        <w:r>
          <w:rPr>
            <w:noProof/>
            <w:webHidden/>
          </w:rPr>
          <w:fldChar w:fldCharType="separate"/>
        </w:r>
        <w:r>
          <w:rPr>
            <w:noProof/>
            <w:webHidden/>
          </w:rPr>
          <w:t>80</w:t>
        </w:r>
        <w:r>
          <w:rPr>
            <w:noProof/>
            <w:webHidden/>
          </w:rPr>
          <w:fldChar w:fldCharType="end"/>
        </w:r>
      </w:hyperlink>
    </w:p>
    <w:p w14:paraId="142111BA" w14:textId="1936F0EF"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1" w:history="1">
        <w:r w:rsidRPr="002839DA">
          <w:rPr>
            <w:rStyle w:val="Hyperlink"/>
            <w:noProof/>
          </w:rPr>
          <w:t>17.5 Knowing When to Stop</w:t>
        </w:r>
        <w:r>
          <w:rPr>
            <w:noProof/>
            <w:webHidden/>
          </w:rPr>
          <w:tab/>
        </w:r>
        <w:r>
          <w:rPr>
            <w:noProof/>
            <w:webHidden/>
          </w:rPr>
          <w:fldChar w:fldCharType="begin"/>
        </w:r>
        <w:r>
          <w:rPr>
            <w:noProof/>
            <w:webHidden/>
          </w:rPr>
          <w:instrText xml:space="preserve"> PAGEREF _Toc241649761 \h </w:instrText>
        </w:r>
        <w:r>
          <w:rPr>
            <w:noProof/>
            <w:webHidden/>
          </w:rPr>
        </w:r>
        <w:r>
          <w:rPr>
            <w:noProof/>
            <w:webHidden/>
          </w:rPr>
          <w:fldChar w:fldCharType="separate"/>
        </w:r>
        <w:r>
          <w:rPr>
            <w:noProof/>
            <w:webHidden/>
          </w:rPr>
          <w:t>81</w:t>
        </w:r>
        <w:r>
          <w:rPr>
            <w:noProof/>
            <w:webHidden/>
          </w:rPr>
          <w:fldChar w:fldCharType="end"/>
        </w:r>
      </w:hyperlink>
    </w:p>
    <w:p w14:paraId="53B1CBBC" w14:textId="1BC7F275"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62" w:history="1">
        <w:r w:rsidRPr="002839DA">
          <w:rPr>
            <w:rStyle w:val="Hyperlink"/>
            <w:noProof/>
          </w:rPr>
          <w:t>18. Mandate Deep Dives</w:t>
        </w:r>
        <w:r>
          <w:rPr>
            <w:noProof/>
            <w:webHidden/>
          </w:rPr>
          <w:tab/>
        </w:r>
        <w:r>
          <w:rPr>
            <w:noProof/>
            <w:webHidden/>
          </w:rPr>
          <w:fldChar w:fldCharType="begin"/>
        </w:r>
        <w:r>
          <w:rPr>
            <w:noProof/>
            <w:webHidden/>
          </w:rPr>
          <w:instrText xml:space="preserve"> PAGEREF _Toc241649762 \h </w:instrText>
        </w:r>
        <w:r>
          <w:rPr>
            <w:noProof/>
            <w:webHidden/>
          </w:rPr>
        </w:r>
        <w:r>
          <w:rPr>
            <w:noProof/>
            <w:webHidden/>
          </w:rPr>
          <w:fldChar w:fldCharType="separate"/>
        </w:r>
        <w:r>
          <w:rPr>
            <w:noProof/>
            <w:webHidden/>
          </w:rPr>
          <w:t>83</w:t>
        </w:r>
        <w:r>
          <w:rPr>
            <w:noProof/>
            <w:webHidden/>
          </w:rPr>
          <w:fldChar w:fldCharType="end"/>
        </w:r>
      </w:hyperlink>
    </w:p>
    <w:p w14:paraId="66E1C9DB" w14:textId="6DC4DDC9"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3" w:history="1">
        <w:r w:rsidRPr="002839DA">
          <w:rPr>
            <w:rStyle w:val="Hyperlink"/>
            <w:noProof/>
          </w:rPr>
          <w:t>18.1 Deep Dive: Enterprise AI Operating Model and Portfolio Governance</w:t>
        </w:r>
        <w:r>
          <w:rPr>
            <w:noProof/>
            <w:webHidden/>
          </w:rPr>
          <w:tab/>
        </w:r>
        <w:r>
          <w:rPr>
            <w:noProof/>
            <w:webHidden/>
          </w:rPr>
          <w:fldChar w:fldCharType="begin"/>
        </w:r>
        <w:r>
          <w:rPr>
            <w:noProof/>
            <w:webHidden/>
          </w:rPr>
          <w:instrText xml:space="preserve"> PAGEREF _Toc241649763 \h </w:instrText>
        </w:r>
        <w:r>
          <w:rPr>
            <w:noProof/>
            <w:webHidden/>
          </w:rPr>
        </w:r>
        <w:r>
          <w:rPr>
            <w:noProof/>
            <w:webHidden/>
          </w:rPr>
          <w:fldChar w:fldCharType="separate"/>
        </w:r>
        <w:r>
          <w:rPr>
            <w:noProof/>
            <w:webHidden/>
          </w:rPr>
          <w:t>83</w:t>
        </w:r>
        <w:r>
          <w:rPr>
            <w:noProof/>
            <w:webHidden/>
          </w:rPr>
          <w:fldChar w:fldCharType="end"/>
        </w:r>
      </w:hyperlink>
    </w:p>
    <w:p w14:paraId="7F09B93C" w14:textId="45E114D2"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4" w:history="1">
        <w:r w:rsidRPr="002839DA">
          <w:rPr>
            <w:rStyle w:val="Hyperlink"/>
            <w:noProof/>
          </w:rPr>
          <w:t>18.1.1 The Mandate and the Problem It Solves</w:t>
        </w:r>
        <w:r>
          <w:rPr>
            <w:noProof/>
            <w:webHidden/>
          </w:rPr>
          <w:tab/>
        </w:r>
        <w:r>
          <w:rPr>
            <w:noProof/>
            <w:webHidden/>
          </w:rPr>
          <w:fldChar w:fldCharType="begin"/>
        </w:r>
        <w:r>
          <w:rPr>
            <w:noProof/>
            <w:webHidden/>
          </w:rPr>
          <w:instrText xml:space="preserve"> PAGEREF _Toc241649764 \h </w:instrText>
        </w:r>
        <w:r>
          <w:rPr>
            <w:noProof/>
            <w:webHidden/>
          </w:rPr>
        </w:r>
        <w:r>
          <w:rPr>
            <w:noProof/>
            <w:webHidden/>
          </w:rPr>
          <w:fldChar w:fldCharType="separate"/>
        </w:r>
        <w:r>
          <w:rPr>
            <w:noProof/>
            <w:webHidden/>
          </w:rPr>
          <w:t>83</w:t>
        </w:r>
        <w:r>
          <w:rPr>
            <w:noProof/>
            <w:webHidden/>
          </w:rPr>
          <w:fldChar w:fldCharType="end"/>
        </w:r>
      </w:hyperlink>
    </w:p>
    <w:p w14:paraId="33143B78" w14:textId="05D10AC6"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5" w:history="1">
        <w:r w:rsidRPr="002839DA">
          <w:rPr>
            <w:rStyle w:val="Hyperlink"/>
            <w:noProof/>
          </w:rPr>
          <w:t>18.1.2 The Target Operating State</w:t>
        </w:r>
        <w:r>
          <w:rPr>
            <w:noProof/>
            <w:webHidden/>
          </w:rPr>
          <w:tab/>
        </w:r>
        <w:r>
          <w:rPr>
            <w:noProof/>
            <w:webHidden/>
          </w:rPr>
          <w:fldChar w:fldCharType="begin"/>
        </w:r>
        <w:r>
          <w:rPr>
            <w:noProof/>
            <w:webHidden/>
          </w:rPr>
          <w:instrText xml:space="preserve"> PAGEREF _Toc241649765 \h </w:instrText>
        </w:r>
        <w:r>
          <w:rPr>
            <w:noProof/>
            <w:webHidden/>
          </w:rPr>
        </w:r>
        <w:r>
          <w:rPr>
            <w:noProof/>
            <w:webHidden/>
          </w:rPr>
          <w:fldChar w:fldCharType="separate"/>
        </w:r>
        <w:r>
          <w:rPr>
            <w:noProof/>
            <w:webHidden/>
          </w:rPr>
          <w:t>84</w:t>
        </w:r>
        <w:r>
          <w:rPr>
            <w:noProof/>
            <w:webHidden/>
          </w:rPr>
          <w:fldChar w:fldCharType="end"/>
        </w:r>
      </w:hyperlink>
    </w:p>
    <w:p w14:paraId="2A3A2A0F" w14:textId="1EF86623"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6" w:history="1">
        <w:r w:rsidRPr="002839DA">
          <w:rPr>
            <w:rStyle w:val="Hyperlink"/>
            <w:noProof/>
          </w:rPr>
          <w:t>18.1.3 Azure Products Required</w:t>
        </w:r>
        <w:r>
          <w:rPr>
            <w:noProof/>
            <w:webHidden/>
          </w:rPr>
          <w:tab/>
        </w:r>
        <w:r>
          <w:rPr>
            <w:noProof/>
            <w:webHidden/>
          </w:rPr>
          <w:fldChar w:fldCharType="begin"/>
        </w:r>
        <w:r>
          <w:rPr>
            <w:noProof/>
            <w:webHidden/>
          </w:rPr>
          <w:instrText xml:space="preserve"> PAGEREF _Toc241649766 \h </w:instrText>
        </w:r>
        <w:r>
          <w:rPr>
            <w:noProof/>
            <w:webHidden/>
          </w:rPr>
        </w:r>
        <w:r>
          <w:rPr>
            <w:noProof/>
            <w:webHidden/>
          </w:rPr>
          <w:fldChar w:fldCharType="separate"/>
        </w:r>
        <w:r>
          <w:rPr>
            <w:noProof/>
            <w:webHidden/>
          </w:rPr>
          <w:t>85</w:t>
        </w:r>
        <w:r>
          <w:rPr>
            <w:noProof/>
            <w:webHidden/>
          </w:rPr>
          <w:fldChar w:fldCharType="end"/>
        </w:r>
      </w:hyperlink>
    </w:p>
    <w:p w14:paraId="146C5586" w14:textId="6B116FFE"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7" w:history="1">
        <w:r w:rsidRPr="002839DA">
          <w:rPr>
            <w:rStyle w:val="Hyperlink"/>
            <w:noProof/>
          </w:rPr>
          <w:t>18.1.4 Architecture, Mechanisms and How Each Component Is Deployed</w:t>
        </w:r>
        <w:r>
          <w:rPr>
            <w:noProof/>
            <w:webHidden/>
          </w:rPr>
          <w:tab/>
        </w:r>
        <w:r>
          <w:rPr>
            <w:noProof/>
            <w:webHidden/>
          </w:rPr>
          <w:fldChar w:fldCharType="begin"/>
        </w:r>
        <w:r>
          <w:rPr>
            <w:noProof/>
            <w:webHidden/>
          </w:rPr>
          <w:instrText xml:space="preserve"> PAGEREF _Toc241649767 \h </w:instrText>
        </w:r>
        <w:r>
          <w:rPr>
            <w:noProof/>
            <w:webHidden/>
          </w:rPr>
        </w:r>
        <w:r>
          <w:rPr>
            <w:noProof/>
            <w:webHidden/>
          </w:rPr>
          <w:fldChar w:fldCharType="separate"/>
        </w:r>
        <w:r>
          <w:rPr>
            <w:noProof/>
            <w:webHidden/>
          </w:rPr>
          <w:t>86</w:t>
        </w:r>
        <w:r>
          <w:rPr>
            <w:noProof/>
            <w:webHidden/>
          </w:rPr>
          <w:fldChar w:fldCharType="end"/>
        </w:r>
      </w:hyperlink>
    </w:p>
    <w:p w14:paraId="1B19A184" w14:textId="50AF3CA7"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8" w:history="1">
        <w:r w:rsidRPr="002839DA">
          <w:rPr>
            <w:rStyle w:val="Hyperlink"/>
            <w:noProof/>
          </w:rPr>
          <w:t>18.1.5 Step-by-Step Execution Instructions</w:t>
        </w:r>
        <w:r>
          <w:rPr>
            <w:noProof/>
            <w:webHidden/>
          </w:rPr>
          <w:tab/>
        </w:r>
        <w:r>
          <w:rPr>
            <w:noProof/>
            <w:webHidden/>
          </w:rPr>
          <w:fldChar w:fldCharType="begin"/>
        </w:r>
        <w:r>
          <w:rPr>
            <w:noProof/>
            <w:webHidden/>
          </w:rPr>
          <w:instrText xml:space="preserve"> PAGEREF _Toc241649768 \h </w:instrText>
        </w:r>
        <w:r>
          <w:rPr>
            <w:noProof/>
            <w:webHidden/>
          </w:rPr>
        </w:r>
        <w:r>
          <w:rPr>
            <w:noProof/>
            <w:webHidden/>
          </w:rPr>
          <w:fldChar w:fldCharType="separate"/>
        </w:r>
        <w:r>
          <w:rPr>
            <w:noProof/>
            <w:webHidden/>
          </w:rPr>
          <w:t>89</w:t>
        </w:r>
        <w:r>
          <w:rPr>
            <w:noProof/>
            <w:webHidden/>
          </w:rPr>
          <w:fldChar w:fldCharType="end"/>
        </w:r>
      </w:hyperlink>
    </w:p>
    <w:p w14:paraId="41560265" w14:textId="13836EB9"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69" w:history="1">
        <w:r w:rsidRPr="002839DA">
          <w:rPr>
            <w:rStyle w:val="Hyperlink"/>
            <w:noProof/>
          </w:rPr>
          <w:t>18.1.6 Benefits of This Mandate</w:t>
        </w:r>
        <w:r>
          <w:rPr>
            <w:noProof/>
            <w:webHidden/>
          </w:rPr>
          <w:tab/>
        </w:r>
        <w:r>
          <w:rPr>
            <w:noProof/>
            <w:webHidden/>
          </w:rPr>
          <w:fldChar w:fldCharType="begin"/>
        </w:r>
        <w:r>
          <w:rPr>
            <w:noProof/>
            <w:webHidden/>
          </w:rPr>
          <w:instrText xml:space="preserve"> PAGEREF _Toc241649769 \h </w:instrText>
        </w:r>
        <w:r>
          <w:rPr>
            <w:noProof/>
            <w:webHidden/>
          </w:rPr>
        </w:r>
        <w:r>
          <w:rPr>
            <w:noProof/>
            <w:webHidden/>
          </w:rPr>
          <w:fldChar w:fldCharType="separate"/>
        </w:r>
        <w:r>
          <w:rPr>
            <w:noProof/>
            <w:webHidden/>
          </w:rPr>
          <w:t>92</w:t>
        </w:r>
        <w:r>
          <w:rPr>
            <w:noProof/>
            <w:webHidden/>
          </w:rPr>
          <w:fldChar w:fldCharType="end"/>
        </w:r>
      </w:hyperlink>
    </w:p>
    <w:p w14:paraId="1BA6B46F" w14:textId="6442F0E2"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0" w:history="1">
        <w:r w:rsidRPr="002839DA">
          <w:rPr>
            <w:rStyle w:val="Hyperlink"/>
            <w:noProof/>
          </w:rPr>
          <w:t>18.1.7 Data, Systems and Integration Requirements</w:t>
        </w:r>
        <w:r>
          <w:rPr>
            <w:noProof/>
            <w:webHidden/>
          </w:rPr>
          <w:tab/>
        </w:r>
        <w:r>
          <w:rPr>
            <w:noProof/>
            <w:webHidden/>
          </w:rPr>
          <w:fldChar w:fldCharType="begin"/>
        </w:r>
        <w:r>
          <w:rPr>
            <w:noProof/>
            <w:webHidden/>
          </w:rPr>
          <w:instrText xml:space="preserve"> PAGEREF _Toc241649770 \h </w:instrText>
        </w:r>
        <w:r>
          <w:rPr>
            <w:noProof/>
            <w:webHidden/>
          </w:rPr>
        </w:r>
        <w:r>
          <w:rPr>
            <w:noProof/>
            <w:webHidden/>
          </w:rPr>
          <w:fldChar w:fldCharType="separate"/>
        </w:r>
        <w:r>
          <w:rPr>
            <w:noProof/>
            <w:webHidden/>
          </w:rPr>
          <w:t>93</w:t>
        </w:r>
        <w:r>
          <w:rPr>
            <w:noProof/>
            <w:webHidden/>
          </w:rPr>
          <w:fldChar w:fldCharType="end"/>
        </w:r>
      </w:hyperlink>
    </w:p>
    <w:p w14:paraId="6564D4B2" w14:textId="21D7AEC5"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1" w:history="1">
        <w:r w:rsidRPr="002839DA">
          <w:rPr>
            <w:rStyle w:val="Hyperlink"/>
            <w:noProof/>
          </w:rPr>
          <w:t>18.1.8 Success Metrics (KPIs)</w:t>
        </w:r>
        <w:r>
          <w:rPr>
            <w:noProof/>
            <w:webHidden/>
          </w:rPr>
          <w:tab/>
        </w:r>
        <w:r>
          <w:rPr>
            <w:noProof/>
            <w:webHidden/>
          </w:rPr>
          <w:fldChar w:fldCharType="begin"/>
        </w:r>
        <w:r>
          <w:rPr>
            <w:noProof/>
            <w:webHidden/>
          </w:rPr>
          <w:instrText xml:space="preserve"> PAGEREF _Toc241649771 \h </w:instrText>
        </w:r>
        <w:r>
          <w:rPr>
            <w:noProof/>
            <w:webHidden/>
          </w:rPr>
        </w:r>
        <w:r>
          <w:rPr>
            <w:noProof/>
            <w:webHidden/>
          </w:rPr>
          <w:fldChar w:fldCharType="separate"/>
        </w:r>
        <w:r>
          <w:rPr>
            <w:noProof/>
            <w:webHidden/>
          </w:rPr>
          <w:t>94</w:t>
        </w:r>
        <w:r>
          <w:rPr>
            <w:noProof/>
            <w:webHidden/>
          </w:rPr>
          <w:fldChar w:fldCharType="end"/>
        </w:r>
      </w:hyperlink>
    </w:p>
    <w:p w14:paraId="6840B0B7" w14:textId="62D30F2D"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2" w:history="1">
        <w:r w:rsidRPr="002839DA">
          <w:rPr>
            <w:rStyle w:val="Hyperlink"/>
            <w:noProof/>
          </w:rPr>
          <w:t>18.1.9 Risk, Governance and Human Oversight</w:t>
        </w:r>
        <w:r>
          <w:rPr>
            <w:noProof/>
            <w:webHidden/>
          </w:rPr>
          <w:tab/>
        </w:r>
        <w:r>
          <w:rPr>
            <w:noProof/>
            <w:webHidden/>
          </w:rPr>
          <w:fldChar w:fldCharType="begin"/>
        </w:r>
        <w:r>
          <w:rPr>
            <w:noProof/>
            <w:webHidden/>
          </w:rPr>
          <w:instrText xml:space="preserve"> PAGEREF _Toc241649772 \h </w:instrText>
        </w:r>
        <w:r>
          <w:rPr>
            <w:noProof/>
            <w:webHidden/>
          </w:rPr>
        </w:r>
        <w:r>
          <w:rPr>
            <w:noProof/>
            <w:webHidden/>
          </w:rPr>
          <w:fldChar w:fldCharType="separate"/>
        </w:r>
        <w:r>
          <w:rPr>
            <w:noProof/>
            <w:webHidden/>
          </w:rPr>
          <w:t>94</w:t>
        </w:r>
        <w:r>
          <w:rPr>
            <w:noProof/>
            <w:webHidden/>
          </w:rPr>
          <w:fldChar w:fldCharType="end"/>
        </w:r>
      </w:hyperlink>
    </w:p>
    <w:p w14:paraId="14C84695" w14:textId="77D91C16"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3" w:history="1">
        <w:r w:rsidRPr="002839DA">
          <w:rPr>
            <w:rStyle w:val="Hyperlink"/>
            <w:noProof/>
          </w:rPr>
          <w:t>18.1.10 Business Case Outline</w:t>
        </w:r>
        <w:r>
          <w:rPr>
            <w:noProof/>
            <w:webHidden/>
          </w:rPr>
          <w:tab/>
        </w:r>
        <w:r>
          <w:rPr>
            <w:noProof/>
            <w:webHidden/>
          </w:rPr>
          <w:fldChar w:fldCharType="begin"/>
        </w:r>
        <w:r>
          <w:rPr>
            <w:noProof/>
            <w:webHidden/>
          </w:rPr>
          <w:instrText xml:space="preserve"> PAGEREF _Toc241649773 \h </w:instrText>
        </w:r>
        <w:r>
          <w:rPr>
            <w:noProof/>
            <w:webHidden/>
          </w:rPr>
        </w:r>
        <w:r>
          <w:rPr>
            <w:noProof/>
            <w:webHidden/>
          </w:rPr>
          <w:fldChar w:fldCharType="separate"/>
        </w:r>
        <w:r>
          <w:rPr>
            <w:noProof/>
            <w:webHidden/>
          </w:rPr>
          <w:t>95</w:t>
        </w:r>
        <w:r>
          <w:rPr>
            <w:noProof/>
            <w:webHidden/>
          </w:rPr>
          <w:fldChar w:fldCharType="end"/>
        </w:r>
      </w:hyperlink>
    </w:p>
    <w:p w14:paraId="62487D65" w14:textId="1F010F3A"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4" w:history="1">
        <w:r w:rsidRPr="002839DA">
          <w:rPr>
            <w:rStyle w:val="Hyperlink"/>
            <w:noProof/>
          </w:rPr>
          <w:t>18.2 Deep Dive: AI Risk, Assurance and Regulatory Readiness</w:t>
        </w:r>
        <w:r>
          <w:rPr>
            <w:noProof/>
            <w:webHidden/>
          </w:rPr>
          <w:tab/>
        </w:r>
        <w:r>
          <w:rPr>
            <w:noProof/>
            <w:webHidden/>
          </w:rPr>
          <w:fldChar w:fldCharType="begin"/>
        </w:r>
        <w:r>
          <w:rPr>
            <w:noProof/>
            <w:webHidden/>
          </w:rPr>
          <w:instrText xml:space="preserve"> PAGEREF _Toc241649774 \h </w:instrText>
        </w:r>
        <w:r>
          <w:rPr>
            <w:noProof/>
            <w:webHidden/>
          </w:rPr>
        </w:r>
        <w:r>
          <w:rPr>
            <w:noProof/>
            <w:webHidden/>
          </w:rPr>
          <w:fldChar w:fldCharType="separate"/>
        </w:r>
        <w:r>
          <w:rPr>
            <w:noProof/>
            <w:webHidden/>
          </w:rPr>
          <w:t>97</w:t>
        </w:r>
        <w:r>
          <w:rPr>
            <w:noProof/>
            <w:webHidden/>
          </w:rPr>
          <w:fldChar w:fldCharType="end"/>
        </w:r>
      </w:hyperlink>
    </w:p>
    <w:p w14:paraId="11FF7F89" w14:textId="7466D0D3"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5" w:history="1">
        <w:r w:rsidRPr="002839DA">
          <w:rPr>
            <w:rStyle w:val="Hyperlink"/>
            <w:noProof/>
          </w:rPr>
          <w:t>18.2.1 The Mandate and the Problem It Solves</w:t>
        </w:r>
        <w:r>
          <w:rPr>
            <w:noProof/>
            <w:webHidden/>
          </w:rPr>
          <w:tab/>
        </w:r>
        <w:r>
          <w:rPr>
            <w:noProof/>
            <w:webHidden/>
          </w:rPr>
          <w:fldChar w:fldCharType="begin"/>
        </w:r>
        <w:r>
          <w:rPr>
            <w:noProof/>
            <w:webHidden/>
          </w:rPr>
          <w:instrText xml:space="preserve"> PAGEREF _Toc241649775 \h </w:instrText>
        </w:r>
        <w:r>
          <w:rPr>
            <w:noProof/>
            <w:webHidden/>
          </w:rPr>
        </w:r>
        <w:r>
          <w:rPr>
            <w:noProof/>
            <w:webHidden/>
          </w:rPr>
          <w:fldChar w:fldCharType="separate"/>
        </w:r>
        <w:r>
          <w:rPr>
            <w:noProof/>
            <w:webHidden/>
          </w:rPr>
          <w:t>97</w:t>
        </w:r>
        <w:r>
          <w:rPr>
            <w:noProof/>
            <w:webHidden/>
          </w:rPr>
          <w:fldChar w:fldCharType="end"/>
        </w:r>
      </w:hyperlink>
    </w:p>
    <w:p w14:paraId="11CC5735" w14:textId="1388571C"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6" w:history="1">
        <w:r w:rsidRPr="002839DA">
          <w:rPr>
            <w:rStyle w:val="Hyperlink"/>
            <w:noProof/>
          </w:rPr>
          <w:t>18.2.2 The Target Operating State</w:t>
        </w:r>
        <w:r>
          <w:rPr>
            <w:noProof/>
            <w:webHidden/>
          </w:rPr>
          <w:tab/>
        </w:r>
        <w:r>
          <w:rPr>
            <w:noProof/>
            <w:webHidden/>
          </w:rPr>
          <w:fldChar w:fldCharType="begin"/>
        </w:r>
        <w:r>
          <w:rPr>
            <w:noProof/>
            <w:webHidden/>
          </w:rPr>
          <w:instrText xml:space="preserve"> PAGEREF _Toc241649776 \h </w:instrText>
        </w:r>
        <w:r>
          <w:rPr>
            <w:noProof/>
            <w:webHidden/>
          </w:rPr>
        </w:r>
        <w:r>
          <w:rPr>
            <w:noProof/>
            <w:webHidden/>
          </w:rPr>
          <w:fldChar w:fldCharType="separate"/>
        </w:r>
        <w:r>
          <w:rPr>
            <w:noProof/>
            <w:webHidden/>
          </w:rPr>
          <w:t>98</w:t>
        </w:r>
        <w:r>
          <w:rPr>
            <w:noProof/>
            <w:webHidden/>
          </w:rPr>
          <w:fldChar w:fldCharType="end"/>
        </w:r>
      </w:hyperlink>
    </w:p>
    <w:p w14:paraId="673A34B7" w14:textId="586BDF0A"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7" w:history="1">
        <w:r w:rsidRPr="002839DA">
          <w:rPr>
            <w:rStyle w:val="Hyperlink"/>
            <w:noProof/>
          </w:rPr>
          <w:t>18.2.3 Azure Products Required</w:t>
        </w:r>
        <w:r>
          <w:rPr>
            <w:noProof/>
            <w:webHidden/>
          </w:rPr>
          <w:tab/>
        </w:r>
        <w:r>
          <w:rPr>
            <w:noProof/>
            <w:webHidden/>
          </w:rPr>
          <w:fldChar w:fldCharType="begin"/>
        </w:r>
        <w:r>
          <w:rPr>
            <w:noProof/>
            <w:webHidden/>
          </w:rPr>
          <w:instrText xml:space="preserve"> PAGEREF _Toc241649777 \h </w:instrText>
        </w:r>
        <w:r>
          <w:rPr>
            <w:noProof/>
            <w:webHidden/>
          </w:rPr>
        </w:r>
        <w:r>
          <w:rPr>
            <w:noProof/>
            <w:webHidden/>
          </w:rPr>
          <w:fldChar w:fldCharType="separate"/>
        </w:r>
        <w:r>
          <w:rPr>
            <w:noProof/>
            <w:webHidden/>
          </w:rPr>
          <w:t>98</w:t>
        </w:r>
        <w:r>
          <w:rPr>
            <w:noProof/>
            <w:webHidden/>
          </w:rPr>
          <w:fldChar w:fldCharType="end"/>
        </w:r>
      </w:hyperlink>
    </w:p>
    <w:p w14:paraId="3F052D9E" w14:textId="00F4AA3D"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8" w:history="1">
        <w:r w:rsidRPr="002839DA">
          <w:rPr>
            <w:rStyle w:val="Hyperlink"/>
            <w:noProof/>
          </w:rPr>
          <w:t>18.2.4 Architecture, Mechanisms and How Each Component Is Deployed</w:t>
        </w:r>
        <w:r>
          <w:rPr>
            <w:noProof/>
            <w:webHidden/>
          </w:rPr>
          <w:tab/>
        </w:r>
        <w:r>
          <w:rPr>
            <w:noProof/>
            <w:webHidden/>
          </w:rPr>
          <w:fldChar w:fldCharType="begin"/>
        </w:r>
        <w:r>
          <w:rPr>
            <w:noProof/>
            <w:webHidden/>
          </w:rPr>
          <w:instrText xml:space="preserve"> PAGEREF _Toc241649778 \h </w:instrText>
        </w:r>
        <w:r>
          <w:rPr>
            <w:noProof/>
            <w:webHidden/>
          </w:rPr>
        </w:r>
        <w:r>
          <w:rPr>
            <w:noProof/>
            <w:webHidden/>
          </w:rPr>
          <w:fldChar w:fldCharType="separate"/>
        </w:r>
        <w:r>
          <w:rPr>
            <w:noProof/>
            <w:webHidden/>
          </w:rPr>
          <w:t>100</w:t>
        </w:r>
        <w:r>
          <w:rPr>
            <w:noProof/>
            <w:webHidden/>
          </w:rPr>
          <w:fldChar w:fldCharType="end"/>
        </w:r>
      </w:hyperlink>
    </w:p>
    <w:p w14:paraId="44B3D7C5" w14:textId="666EE156"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9" w:history="1">
        <w:r w:rsidRPr="002839DA">
          <w:rPr>
            <w:rStyle w:val="Hyperlink"/>
            <w:noProof/>
          </w:rPr>
          <w:t>18.2.5 Step-by-Step Execution Instructions</w:t>
        </w:r>
        <w:r>
          <w:rPr>
            <w:noProof/>
            <w:webHidden/>
          </w:rPr>
          <w:tab/>
        </w:r>
        <w:r>
          <w:rPr>
            <w:noProof/>
            <w:webHidden/>
          </w:rPr>
          <w:fldChar w:fldCharType="begin"/>
        </w:r>
        <w:r>
          <w:rPr>
            <w:noProof/>
            <w:webHidden/>
          </w:rPr>
          <w:instrText xml:space="preserve"> PAGEREF _Toc241649779 \h </w:instrText>
        </w:r>
        <w:r>
          <w:rPr>
            <w:noProof/>
            <w:webHidden/>
          </w:rPr>
        </w:r>
        <w:r>
          <w:rPr>
            <w:noProof/>
            <w:webHidden/>
          </w:rPr>
          <w:fldChar w:fldCharType="separate"/>
        </w:r>
        <w:r>
          <w:rPr>
            <w:noProof/>
            <w:webHidden/>
          </w:rPr>
          <w:t>103</w:t>
        </w:r>
        <w:r>
          <w:rPr>
            <w:noProof/>
            <w:webHidden/>
          </w:rPr>
          <w:fldChar w:fldCharType="end"/>
        </w:r>
      </w:hyperlink>
    </w:p>
    <w:p w14:paraId="42698472" w14:textId="7046CAE8"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0" w:history="1">
        <w:r w:rsidRPr="002839DA">
          <w:rPr>
            <w:rStyle w:val="Hyperlink"/>
            <w:noProof/>
          </w:rPr>
          <w:t>18.2.6 Benefits of This Mandate</w:t>
        </w:r>
        <w:r>
          <w:rPr>
            <w:noProof/>
            <w:webHidden/>
          </w:rPr>
          <w:tab/>
        </w:r>
        <w:r>
          <w:rPr>
            <w:noProof/>
            <w:webHidden/>
          </w:rPr>
          <w:fldChar w:fldCharType="begin"/>
        </w:r>
        <w:r>
          <w:rPr>
            <w:noProof/>
            <w:webHidden/>
          </w:rPr>
          <w:instrText xml:space="preserve"> PAGEREF _Toc241649780 \h </w:instrText>
        </w:r>
        <w:r>
          <w:rPr>
            <w:noProof/>
            <w:webHidden/>
          </w:rPr>
        </w:r>
        <w:r>
          <w:rPr>
            <w:noProof/>
            <w:webHidden/>
          </w:rPr>
          <w:fldChar w:fldCharType="separate"/>
        </w:r>
        <w:r>
          <w:rPr>
            <w:noProof/>
            <w:webHidden/>
          </w:rPr>
          <w:t>105</w:t>
        </w:r>
        <w:r>
          <w:rPr>
            <w:noProof/>
            <w:webHidden/>
          </w:rPr>
          <w:fldChar w:fldCharType="end"/>
        </w:r>
      </w:hyperlink>
    </w:p>
    <w:p w14:paraId="650AE81F" w14:textId="31CFA5A9"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1" w:history="1">
        <w:r w:rsidRPr="002839DA">
          <w:rPr>
            <w:rStyle w:val="Hyperlink"/>
            <w:noProof/>
          </w:rPr>
          <w:t>18.2.7 Data, Systems and Integration Requirements</w:t>
        </w:r>
        <w:r>
          <w:rPr>
            <w:noProof/>
            <w:webHidden/>
          </w:rPr>
          <w:tab/>
        </w:r>
        <w:r>
          <w:rPr>
            <w:noProof/>
            <w:webHidden/>
          </w:rPr>
          <w:fldChar w:fldCharType="begin"/>
        </w:r>
        <w:r>
          <w:rPr>
            <w:noProof/>
            <w:webHidden/>
          </w:rPr>
          <w:instrText xml:space="preserve"> PAGEREF _Toc241649781 \h </w:instrText>
        </w:r>
        <w:r>
          <w:rPr>
            <w:noProof/>
            <w:webHidden/>
          </w:rPr>
        </w:r>
        <w:r>
          <w:rPr>
            <w:noProof/>
            <w:webHidden/>
          </w:rPr>
          <w:fldChar w:fldCharType="separate"/>
        </w:r>
        <w:r>
          <w:rPr>
            <w:noProof/>
            <w:webHidden/>
          </w:rPr>
          <w:t>107</w:t>
        </w:r>
        <w:r>
          <w:rPr>
            <w:noProof/>
            <w:webHidden/>
          </w:rPr>
          <w:fldChar w:fldCharType="end"/>
        </w:r>
      </w:hyperlink>
    </w:p>
    <w:p w14:paraId="6E77DDE0" w14:textId="26D4D176"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2" w:history="1">
        <w:r w:rsidRPr="002839DA">
          <w:rPr>
            <w:rStyle w:val="Hyperlink"/>
            <w:noProof/>
          </w:rPr>
          <w:t>18.2.8 Success Metrics (KPIs)</w:t>
        </w:r>
        <w:r>
          <w:rPr>
            <w:noProof/>
            <w:webHidden/>
          </w:rPr>
          <w:tab/>
        </w:r>
        <w:r>
          <w:rPr>
            <w:noProof/>
            <w:webHidden/>
          </w:rPr>
          <w:fldChar w:fldCharType="begin"/>
        </w:r>
        <w:r>
          <w:rPr>
            <w:noProof/>
            <w:webHidden/>
          </w:rPr>
          <w:instrText xml:space="preserve"> PAGEREF _Toc241649782 \h </w:instrText>
        </w:r>
        <w:r>
          <w:rPr>
            <w:noProof/>
            <w:webHidden/>
          </w:rPr>
        </w:r>
        <w:r>
          <w:rPr>
            <w:noProof/>
            <w:webHidden/>
          </w:rPr>
          <w:fldChar w:fldCharType="separate"/>
        </w:r>
        <w:r>
          <w:rPr>
            <w:noProof/>
            <w:webHidden/>
          </w:rPr>
          <w:t>107</w:t>
        </w:r>
        <w:r>
          <w:rPr>
            <w:noProof/>
            <w:webHidden/>
          </w:rPr>
          <w:fldChar w:fldCharType="end"/>
        </w:r>
      </w:hyperlink>
    </w:p>
    <w:p w14:paraId="0787DACE" w14:textId="05DD6910"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3" w:history="1">
        <w:r w:rsidRPr="002839DA">
          <w:rPr>
            <w:rStyle w:val="Hyperlink"/>
            <w:noProof/>
          </w:rPr>
          <w:t>18.2.9 Risk, Governance and Human Oversight</w:t>
        </w:r>
        <w:r>
          <w:rPr>
            <w:noProof/>
            <w:webHidden/>
          </w:rPr>
          <w:tab/>
        </w:r>
        <w:r>
          <w:rPr>
            <w:noProof/>
            <w:webHidden/>
          </w:rPr>
          <w:fldChar w:fldCharType="begin"/>
        </w:r>
        <w:r>
          <w:rPr>
            <w:noProof/>
            <w:webHidden/>
          </w:rPr>
          <w:instrText xml:space="preserve"> PAGEREF _Toc241649783 \h </w:instrText>
        </w:r>
        <w:r>
          <w:rPr>
            <w:noProof/>
            <w:webHidden/>
          </w:rPr>
        </w:r>
        <w:r>
          <w:rPr>
            <w:noProof/>
            <w:webHidden/>
          </w:rPr>
          <w:fldChar w:fldCharType="separate"/>
        </w:r>
        <w:r>
          <w:rPr>
            <w:noProof/>
            <w:webHidden/>
          </w:rPr>
          <w:t>108</w:t>
        </w:r>
        <w:r>
          <w:rPr>
            <w:noProof/>
            <w:webHidden/>
          </w:rPr>
          <w:fldChar w:fldCharType="end"/>
        </w:r>
      </w:hyperlink>
    </w:p>
    <w:p w14:paraId="01E1D134" w14:textId="146D1CA7"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4" w:history="1">
        <w:r w:rsidRPr="002839DA">
          <w:rPr>
            <w:rStyle w:val="Hyperlink"/>
            <w:noProof/>
          </w:rPr>
          <w:t>18.2.10 Business Case Outline</w:t>
        </w:r>
        <w:r>
          <w:rPr>
            <w:noProof/>
            <w:webHidden/>
          </w:rPr>
          <w:tab/>
        </w:r>
        <w:r>
          <w:rPr>
            <w:noProof/>
            <w:webHidden/>
          </w:rPr>
          <w:fldChar w:fldCharType="begin"/>
        </w:r>
        <w:r>
          <w:rPr>
            <w:noProof/>
            <w:webHidden/>
          </w:rPr>
          <w:instrText xml:space="preserve"> PAGEREF _Toc241649784 \h </w:instrText>
        </w:r>
        <w:r>
          <w:rPr>
            <w:noProof/>
            <w:webHidden/>
          </w:rPr>
        </w:r>
        <w:r>
          <w:rPr>
            <w:noProof/>
            <w:webHidden/>
          </w:rPr>
          <w:fldChar w:fldCharType="separate"/>
        </w:r>
        <w:r>
          <w:rPr>
            <w:noProof/>
            <w:webHidden/>
          </w:rPr>
          <w:t>109</w:t>
        </w:r>
        <w:r>
          <w:rPr>
            <w:noProof/>
            <w:webHidden/>
          </w:rPr>
          <w:fldChar w:fldCharType="end"/>
        </w:r>
      </w:hyperlink>
    </w:p>
    <w:p w14:paraId="4F236C7D" w14:textId="10BC1CF2"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85" w:history="1">
        <w:r w:rsidRPr="002839DA">
          <w:rPr>
            <w:rStyle w:val="Hyperlink"/>
            <w:noProof/>
          </w:rPr>
          <w:t>18.3 Deep Dive: AI Platform and Data Foundation on Azure</w:t>
        </w:r>
        <w:r>
          <w:rPr>
            <w:noProof/>
            <w:webHidden/>
          </w:rPr>
          <w:tab/>
        </w:r>
        <w:r>
          <w:rPr>
            <w:noProof/>
            <w:webHidden/>
          </w:rPr>
          <w:fldChar w:fldCharType="begin"/>
        </w:r>
        <w:r>
          <w:rPr>
            <w:noProof/>
            <w:webHidden/>
          </w:rPr>
          <w:instrText xml:space="preserve"> PAGEREF _Toc241649785 \h </w:instrText>
        </w:r>
        <w:r>
          <w:rPr>
            <w:noProof/>
            <w:webHidden/>
          </w:rPr>
        </w:r>
        <w:r>
          <w:rPr>
            <w:noProof/>
            <w:webHidden/>
          </w:rPr>
          <w:fldChar w:fldCharType="separate"/>
        </w:r>
        <w:r>
          <w:rPr>
            <w:noProof/>
            <w:webHidden/>
          </w:rPr>
          <w:t>110</w:t>
        </w:r>
        <w:r>
          <w:rPr>
            <w:noProof/>
            <w:webHidden/>
          </w:rPr>
          <w:fldChar w:fldCharType="end"/>
        </w:r>
      </w:hyperlink>
    </w:p>
    <w:p w14:paraId="1D05E4E3" w14:textId="2C997AB6"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6" w:history="1">
        <w:r w:rsidRPr="002839DA">
          <w:rPr>
            <w:rStyle w:val="Hyperlink"/>
            <w:noProof/>
          </w:rPr>
          <w:t>18.3.1 The Mandate and the Problem It Solves</w:t>
        </w:r>
        <w:r>
          <w:rPr>
            <w:noProof/>
            <w:webHidden/>
          </w:rPr>
          <w:tab/>
        </w:r>
        <w:r>
          <w:rPr>
            <w:noProof/>
            <w:webHidden/>
          </w:rPr>
          <w:fldChar w:fldCharType="begin"/>
        </w:r>
        <w:r>
          <w:rPr>
            <w:noProof/>
            <w:webHidden/>
          </w:rPr>
          <w:instrText xml:space="preserve"> PAGEREF _Toc241649786 \h </w:instrText>
        </w:r>
        <w:r>
          <w:rPr>
            <w:noProof/>
            <w:webHidden/>
          </w:rPr>
        </w:r>
        <w:r>
          <w:rPr>
            <w:noProof/>
            <w:webHidden/>
          </w:rPr>
          <w:fldChar w:fldCharType="separate"/>
        </w:r>
        <w:r>
          <w:rPr>
            <w:noProof/>
            <w:webHidden/>
          </w:rPr>
          <w:t>110</w:t>
        </w:r>
        <w:r>
          <w:rPr>
            <w:noProof/>
            <w:webHidden/>
          </w:rPr>
          <w:fldChar w:fldCharType="end"/>
        </w:r>
      </w:hyperlink>
    </w:p>
    <w:p w14:paraId="062A8B0C" w14:textId="46257EDC"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7" w:history="1">
        <w:r w:rsidRPr="002839DA">
          <w:rPr>
            <w:rStyle w:val="Hyperlink"/>
            <w:noProof/>
          </w:rPr>
          <w:t>18.3.2 The Target Operating State</w:t>
        </w:r>
        <w:r>
          <w:rPr>
            <w:noProof/>
            <w:webHidden/>
          </w:rPr>
          <w:tab/>
        </w:r>
        <w:r>
          <w:rPr>
            <w:noProof/>
            <w:webHidden/>
          </w:rPr>
          <w:fldChar w:fldCharType="begin"/>
        </w:r>
        <w:r>
          <w:rPr>
            <w:noProof/>
            <w:webHidden/>
          </w:rPr>
          <w:instrText xml:space="preserve"> PAGEREF _Toc241649787 \h </w:instrText>
        </w:r>
        <w:r>
          <w:rPr>
            <w:noProof/>
            <w:webHidden/>
          </w:rPr>
        </w:r>
        <w:r>
          <w:rPr>
            <w:noProof/>
            <w:webHidden/>
          </w:rPr>
          <w:fldChar w:fldCharType="separate"/>
        </w:r>
        <w:r>
          <w:rPr>
            <w:noProof/>
            <w:webHidden/>
          </w:rPr>
          <w:t>111</w:t>
        </w:r>
        <w:r>
          <w:rPr>
            <w:noProof/>
            <w:webHidden/>
          </w:rPr>
          <w:fldChar w:fldCharType="end"/>
        </w:r>
      </w:hyperlink>
    </w:p>
    <w:p w14:paraId="2924EFC7" w14:textId="09149EFE"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8" w:history="1">
        <w:r w:rsidRPr="002839DA">
          <w:rPr>
            <w:rStyle w:val="Hyperlink"/>
            <w:noProof/>
          </w:rPr>
          <w:t>18.3.3 Azure Products Required</w:t>
        </w:r>
        <w:r>
          <w:rPr>
            <w:noProof/>
            <w:webHidden/>
          </w:rPr>
          <w:tab/>
        </w:r>
        <w:r>
          <w:rPr>
            <w:noProof/>
            <w:webHidden/>
          </w:rPr>
          <w:fldChar w:fldCharType="begin"/>
        </w:r>
        <w:r>
          <w:rPr>
            <w:noProof/>
            <w:webHidden/>
          </w:rPr>
          <w:instrText xml:space="preserve"> PAGEREF _Toc241649788 \h </w:instrText>
        </w:r>
        <w:r>
          <w:rPr>
            <w:noProof/>
            <w:webHidden/>
          </w:rPr>
        </w:r>
        <w:r>
          <w:rPr>
            <w:noProof/>
            <w:webHidden/>
          </w:rPr>
          <w:fldChar w:fldCharType="separate"/>
        </w:r>
        <w:r>
          <w:rPr>
            <w:noProof/>
            <w:webHidden/>
          </w:rPr>
          <w:t>112</w:t>
        </w:r>
        <w:r>
          <w:rPr>
            <w:noProof/>
            <w:webHidden/>
          </w:rPr>
          <w:fldChar w:fldCharType="end"/>
        </w:r>
      </w:hyperlink>
    </w:p>
    <w:p w14:paraId="090F636A" w14:textId="423FD277"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9" w:history="1">
        <w:r w:rsidRPr="002839DA">
          <w:rPr>
            <w:rStyle w:val="Hyperlink"/>
            <w:noProof/>
          </w:rPr>
          <w:t>18.3.4 Architecture, Mechanisms and How Each Component Is Deployed</w:t>
        </w:r>
        <w:r>
          <w:rPr>
            <w:noProof/>
            <w:webHidden/>
          </w:rPr>
          <w:tab/>
        </w:r>
        <w:r>
          <w:rPr>
            <w:noProof/>
            <w:webHidden/>
          </w:rPr>
          <w:fldChar w:fldCharType="begin"/>
        </w:r>
        <w:r>
          <w:rPr>
            <w:noProof/>
            <w:webHidden/>
          </w:rPr>
          <w:instrText xml:space="preserve"> PAGEREF _Toc241649789 \h </w:instrText>
        </w:r>
        <w:r>
          <w:rPr>
            <w:noProof/>
            <w:webHidden/>
          </w:rPr>
        </w:r>
        <w:r>
          <w:rPr>
            <w:noProof/>
            <w:webHidden/>
          </w:rPr>
          <w:fldChar w:fldCharType="separate"/>
        </w:r>
        <w:r>
          <w:rPr>
            <w:noProof/>
            <w:webHidden/>
          </w:rPr>
          <w:t>114</w:t>
        </w:r>
        <w:r>
          <w:rPr>
            <w:noProof/>
            <w:webHidden/>
          </w:rPr>
          <w:fldChar w:fldCharType="end"/>
        </w:r>
      </w:hyperlink>
    </w:p>
    <w:p w14:paraId="2E657CE0" w14:textId="51B70BD5"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0" w:history="1">
        <w:r w:rsidRPr="002839DA">
          <w:rPr>
            <w:rStyle w:val="Hyperlink"/>
            <w:noProof/>
          </w:rPr>
          <w:t>18.3.5 Step-by-Step Execution Instructions</w:t>
        </w:r>
        <w:r>
          <w:rPr>
            <w:noProof/>
            <w:webHidden/>
          </w:rPr>
          <w:tab/>
        </w:r>
        <w:r>
          <w:rPr>
            <w:noProof/>
            <w:webHidden/>
          </w:rPr>
          <w:fldChar w:fldCharType="begin"/>
        </w:r>
        <w:r>
          <w:rPr>
            <w:noProof/>
            <w:webHidden/>
          </w:rPr>
          <w:instrText xml:space="preserve"> PAGEREF _Toc241649790 \h </w:instrText>
        </w:r>
        <w:r>
          <w:rPr>
            <w:noProof/>
            <w:webHidden/>
          </w:rPr>
        </w:r>
        <w:r>
          <w:rPr>
            <w:noProof/>
            <w:webHidden/>
          </w:rPr>
          <w:fldChar w:fldCharType="separate"/>
        </w:r>
        <w:r>
          <w:rPr>
            <w:noProof/>
            <w:webHidden/>
          </w:rPr>
          <w:t>117</w:t>
        </w:r>
        <w:r>
          <w:rPr>
            <w:noProof/>
            <w:webHidden/>
          </w:rPr>
          <w:fldChar w:fldCharType="end"/>
        </w:r>
      </w:hyperlink>
    </w:p>
    <w:p w14:paraId="06746D07" w14:textId="230E0BC1"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1" w:history="1">
        <w:r w:rsidRPr="002839DA">
          <w:rPr>
            <w:rStyle w:val="Hyperlink"/>
            <w:noProof/>
          </w:rPr>
          <w:t>18.3.6 Benefits of This Mandate</w:t>
        </w:r>
        <w:r>
          <w:rPr>
            <w:noProof/>
            <w:webHidden/>
          </w:rPr>
          <w:tab/>
        </w:r>
        <w:r>
          <w:rPr>
            <w:noProof/>
            <w:webHidden/>
          </w:rPr>
          <w:fldChar w:fldCharType="begin"/>
        </w:r>
        <w:r>
          <w:rPr>
            <w:noProof/>
            <w:webHidden/>
          </w:rPr>
          <w:instrText xml:space="preserve"> PAGEREF _Toc241649791 \h </w:instrText>
        </w:r>
        <w:r>
          <w:rPr>
            <w:noProof/>
            <w:webHidden/>
          </w:rPr>
        </w:r>
        <w:r>
          <w:rPr>
            <w:noProof/>
            <w:webHidden/>
          </w:rPr>
          <w:fldChar w:fldCharType="separate"/>
        </w:r>
        <w:r>
          <w:rPr>
            <w:noProof/>
            <w:webHidden/>
          </w:rPr>
          <w:t>120</w:t>
        </w:r>
        <w:r>
          <w:rPr>
            <w:noProof/>
            <w:webHidden/>
          </w:rPr>
          <w:fldChar w:fldCharType="end"/>
        </w:r>
      </w:hyperlink>
    </w:p>
    <w:p w14:paraId="3B875C3E" w14:textId="44E72024"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2" w:history="1">
        <w:r w:rsidRPr="002839DA">
          <w:rPr>
            <w:rStyle w:val="Hyperlink"/>
            <w:noProof/>
          </w:rPr>
          <w:t>18.3.7 Data, Systems and Integration Requirements</w:t>
        </w:r>
        <w:r>
          <w:rPr>
            <w:noProof/>
            <w:webHidden/>
          </w:rPr>
          <w:tab/>
        </w:r>
        <w:r>
          <w:rPr>
            <w:noProof/>
            <w:webHidden/>
          </w:rPr>
          <w:fldChar w:fldCharType="begin"/>
        </w:r>
        <w:r>
          <w:rPr>
            <w:noProof/>
            <w:webHidden/>
          </w:rPr>
          <w:instrText xml:space="preserve"> PAGEREF _Toc241649792 \h </w:instrText>
        </w:r>
        <w:r>
          <w:rPr>
            <w:noProof/>
            <w:webHidden/>
          </w:rPr>
        </w:r>
        <w:r>
          <w:rPr>
            <w:noProof/>
            <w:webHidden/>
          </w:rPr>
          <w:fldChar w:fldCharType="separate"/>
        </w:r>
        <w:r>
          <w:rPr>
            <w:noProof/>
            <w:webHidden/>
          </w:rPr>
          <w:t>121</w:t>
        </w:r>
        <w:r>
          <w:rPr>
            <w:noProof/>
            <w:webHidden/>
          </w:rPr>
          <w:fldChar w:fldCharType="end"/>
        </w:r>
      </w:hyperlink>
    </w:p>
    <w:p w14:paraId="52EA80ED" w14:textId="4302A4B2"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3" w:history="1">
        <w:r w:rsidRPr="002839DA">
          <w:rPr>
            <w:rStyle w:val="Hyperlink"/>
            <w:noProof/>
          </w:rPr>
          <w:t>18.3.8 Success Metrics (KPIs)</w:t>
        </w:r>
        <w:r>
          <w:rPr>
            <w:noProof/>
            <w:webHidden/>
          </w:rPr>
          <w:tab/>
        </w:r>
        <w:r>
          <w:rPr>
            <w:noProof/>
            <w:webHidden/>
          </w:rPr>
          <w:fldChar w:fldCharType="begin"/>
        </w:r>
        <w:r>
          <w:rPr>
            <w:noProof/>
            <w:webHidden/>
          </w:rPr>
          <w:instrText xml:space="preserve"> PAGEREF _Toc241649793 \h </w:instrText>
        </w:r>
        <w:r>
          <w:rPr>
            <w:noProof/>
            <w:webHidden/>
          </w:rPr>
        </w:r>
        <w:r>
          <w:rPr>
            <w:noProof/>
            <w:webHidden/>
          </w:rPr>
          <w:fldChar w:fldCharType="separate"/>
        </w:r>
        <w:r>
          <w:rPr>
            <w:noProof/>
            <w:webHidden/>
          </w:rPr>
          <w:t>122</w:t>
        </w:r>
        <w:r>
          <w:rPr>
            <w:noProof/>
            <w:webHidden/>
          </w:rPr>
          <w:fldChar w:fldCharType="end"/>
        </w:r>
      </w:hyperlink>
    </w:p>
    <w:p w14:paraId="0960EC1A" w14:textId="44D0FE27"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4" w:history="1">
        <w:r w:rsidRPr="002839DA">
          <w:rPr>
            <w:rStyle w:val="Hyperlink"/>
            <w:noProof/>
          </w:rPr>
          <w:t>18.3.9 Risk, Governance and Human Oversight</w:t>
        </w:r>
        <w:r>
          <w:rPr>
            <w:noProof/>
            <w:webHidden/>
          </w:rPr>
          <w:tab/>
        </w:r>
        <w:r>
          <w:rPr>
            <w:noProof/>
            <w:webHidden/>
          </w:rPr>
          <w:fldChar w:fldCharType="begin"/>
        </w:r>
        <w:r>
          <w:rPr>
            <w:noProof/>
            <w:webHidden/>
          </w:rPr>
          <w:instrText xml:space="preserve"> PAGEREF _Toc241649794 \h </w:instrText>
        </w:r>
        <w:r>
          <w:rPr>
            <w:noProof/>
            <w:webHidden/>
          </w:rPr>
        </w:r>
        <w:r>
          <w:rPr>
            <w:noProof/>
            <w:webHidden/>
          </w:rPr>
          <w:fldChar w:fldCharType="separate"/>
        </w:r>
        <w:r>
          <w:rPr>
            <w:noProof/>
            <w:webHidden/>
          </w:rPr>
          <w:t>122</w:t>
        </w:r>
        <w:r>
          <w:rPr>
            <w:noProof/>
            <w:webHidden/>
          </w:rPr>
          <w:fldChar w:fldCharType="end"/>
        </w:r>
      </w:hyperlink>
    </w:p>
    <w:p w14:paraId="664E596A" w14:textId="0D4E717D" w:rsidR="00347EA5" w:rsidRDefault="00347EA5">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5" w:history="1">
        <w:r w:rsidRPr="002839DA">
          <w:rPr>
            <w:rStyle w:val="Hyperlink"/>
            <w:noProof/>
          </w:rPr>
          <w:t>18.3.10 Business Case Outline</w:t>
        </w:r>
        <w:r>
          <w:rPr>
            <w:noProof/>
            <w:webHidden/>
          </w:rPr>
          <w:tab/>
        </w:r>
        <w:r>
          <w:rPr>
            <w:noProof/>
            <w:webHidden/>
          </w:rPr>
          <w:fldChar w:fldCharType="begin"/>
        </w:r>
        <w:r>
          <w:rPr>
            <w:noProof/>
            <w:webHidden/>
          </w:rPr>
          <w:instrText xml:space="preserve"> PAGEREF _Toc241649795 \h </w:instrText>
        </w:r>
        <w:r>
          <w:rPr>
            <w:noProof/>
            <w:webHidden/>
          </w:rPr>
        </w:r>
        <w:r>
          <w:rPr>
            <w:noProof/>
            <w:webHidden/>
          </w:rPr>
          <w:fldChar w:fldCharType="separate"/>
        </w:r>
        <w:r>
          <w:rPr>
            <w:noProof/>
            <w:webHidden/>
          </w:rPr>
          <w:t>123</w:t>
        </w:r>
        <w:r>
          <w:rPr>
            <w:noProof/>
            <w:webHidden/>
          </w:rPr>
          <w:fldChar w:fldCharType="end"/>
        </w:r>
      </w:hyperlink>
    </w:p>
    <w:p w14:paraId="66C92BA5" w14:textId="4A678B58"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96" w:history="1">
        <w:r w:rsidRPr="002839DA">
          <w:rPr>
            <w:rStyle w:val="Hyperlink"/>
            <w:noProof/>
          </w:rPr>
          <w:t>19. The Chief AI Officer's First 90 Days</w:t>
        </w:r>
        <w:r>
          <w:rPr>
            <w:noProof/>
            <w:webHidden/>
          </w:rPr>
          <w:tab/>
        </w:r>
        <w:r>
          <w:rPr>
            <w:noProof/>
            <w:webHidden/>
          </w:rPr>
          <w:fldChar w:fldCharType="begin"/>
        </w:r>
        <w:r>
          <w:rPr>
            <w:noProof/>
            <w:webHidden/>
          </w:rPr>
          <w:instrText xml:space="preserve"> PAGEREF _Toc241649796 \h </w:instrText>
        </w:r>
        <w:r>
          <w:rPr>
            <w:noProof/>
            <w:webHidden/>
          </w:rPr>
        </w:r>
        <w:r>
          <w:rPr>
            <w:noProof/>
            <w:webHidden/>
          </w:rPr>
          <w:fldChar w:fldCharType="separate"/>
        </w:r>
        <w:r>
          <w:rPr>
            <w:noProof/>
            <w:webHidden/>
          </w:rPr>
          <w:t>125</w:t>
        </w:r>
        <w:r>
          <w:rPr>
            <w:noProof/>
            <w:webHidden/>
          </w:rPr>
          <w:fldChar w:fldCharType="end"/>
        </w:r>
      </w:hyperlink>
    </w:p>
    <w:p w14:paraId="4E9C479C" w14:textId="63B6F54D"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97" w:history="1">
        <w:r w:rsidRPr="002839DA">
          <w:rPr>
            <w:rStyle w:val="Hyperlink"/>
            <w:noProof/>
          </w:rPr>
          <w:t>19.1 Exit Criteria for Day 90</w:t>
        </w:r>
        <w:r>
          <w:rPr>
            <w:noProof/>
            <w:webHidden/>
          </w:rPr>
          <w:tab/>
        </w:r>
        <w:r>
          <w:rPr>
            <w:noProof/>
            <w:webHidden/>
          </w:rPr>
          <w:fldChar w:fldCharType="begin"/>
        </w:r>
        <w:r>
          <w:rPr>
            <w:noProof/>
            <w:webHidden/>
          </w:rPr>
          <w:instrText xml:space="preserve"> PAGEREF _Toc241649797 \h </w:instrText>
        </w:r>
        <w:r>
          <w:rPr>
            <w:noProof/>
            <w:webHidden/>
          </w:rPr>
        </w:r>
        <w:r>
          <w:rPr>
            <w:noProof/>
            <w:webHidden/>
          </w:rPr>
          <w:fldChar w:fldCharType="separate"/>
        </w:r>
        <w:r>
          <w:rPr>
            <w:noProof/>
            <w:webHidden/>
          </w:rPr>
          <w:t>125</w:t>
        </w:r>
        <w:r>
          <w:rPr>
            <w:noProof/>
            <w:webHidden/>
          </w:rPr>
          <w:fldChar w:fldCharType="end"/>
        </w:r>
      </w:hyperlink>
    </w:p>
    <w:p w14:paraId="5C741060" w14:textId="3A7ADA1D"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98" w:history="1">
        <w:r w:rsidRPr="002839DA">
          <w:rPr>
            <w:rStyle w:val="Hyperlink"/>
            <w:noProof/>
          </w:rPr>
          <w:t>19.2 Days 1 to 30: Charter, Listening Tour and Current-State Assessment</w:t>
        </w:r>
        <w:r>
          <w:rPr>
            <w:noProof/>
            <w:webHidden/>
          </w:rPr>
          <w:tab/>
        </w:r>
        <w:r>
          <w:rPr>
            <w:noProof/>
            <w:webHidden/>
          </w:rPr>
          <w:fldChar w:fldCharType="begin"/>
        </w:r>
        <w:r>
          <w:rPr>
            <w:noProof/>
            <w:webHidden/>
          </w:rPr>
          <w:instrText xml:space="preserve"> PAGEREF _Toc241649798 \h </w:instrText>
        </w:r>
        <w:r>
          <w:rPr>
            <w:noProof/>
            <w:webHidden/>
          </w:rPr>
        </w:r>
        <w:r>
          <w:rPr>
            <w:noProof/>
            <w:webHidden/>
          </w:rPr>
          <w:fldChar w:fldCharType="separate"/>
        </w:r>
        <w:r>
          <w:rPr>
            <w:noProof/>
            <w:webHidden/>
          </w:rPr>
          <w:t>125</w:t>
        </w:r>
        <w:r>
          <w:rPr>
            <w:noProof/>
            <w:webHidden/>
          </w:rPr>
          <w:fldChar w:fldCharType="end"/>
        </w:r>
      </w:hyperlink>
    </w:p>
    <w:p w14:paraId="6BA51182" w14:textId="3F1120DC"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99" w:history="1">
        <w:r w:rsidRPr="002839DA">
          <w:rPr>
            <w:rStyle w:val="Hyperlink"/>
            <w:noProof/>
          </w:rPr>
          <w:t>19.3 Days 31 to 60: Governance, Platform Foundation and Pilot Readiness</w:t>
        </w:r>
        <w:r>
          <w:rPr>
            <w:noProof/>
            <w:webHidden/>
          </w:rPr>
          <w:tab/>
        </w:r>
        <w:r>
          <w:rPr>
            <w:noProof/>
            <w:webHidden/>
          </w:rPr>
          <w:fldChar w:fldCharType="begin"/>
        </w:r>
        <w:r>
          <w:rPr>
            <w:noProof/>
            <w:webHidden/>
          </w:rPr>
          <w:instrText xml:space="preserve"> PAGEREF _Toc241649799 \h </w:instrText>
        </w:r>
        <w:r>
          <w:rPr>
            <w:noProof/>
            <w:webHidden/>
          </w:rPr>
        </w:r>
        <w:r>
          <w:rPr>
            <w:noProof/>
            <w:webHidden/>
          </w:rPr>
          <w:fldChar w:fldCharType="separate"/>
        </w:r>
        <w:r>
          <w:rPr>
            <w:noProof/>
            <w:webHidden/>
          </w:rPr>
          <w:t>127</w:t>
        </w:r>
        <w:r>
          <w:rPr>
            <w:noProof/>
            <w:webHidden/>
          </w:rPr>
          <w:fldChar w:fldCharType="end"/>
        </w:r>
      </w:hyperlink>
    </w:p>
    <w:p w14:paraId="369D91E0" w14:textId="51F54B5B"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00" w:history="1">
        <w:r w:rsidRPr="002839DA">
          <w:rPr>
            <w:rStyle w:val="Hyperlink"/>
            <w:noProof/>
          </w:rPr>
          <w:t>19.4 Days 61 to 90: Controlled Pilot Launch and Standing Cadence</w:t>
        </w:r>
        <w:r>
          <w:rPr>
            <w:noProof/>
            <w:webHidden/>
          </w:rPr>
          <w:tab/>
        </w:r>
        <w:r>
          <w:rPr>
            <w:noProof/>
            <w:webHidden/>
          </w:rPr>
          <w:fldChar w:fldCharType="begin"/>
        </w:r>
        <w:r>
          <w:rPr>
            <w:noProof/>
            <w:webHidden/>
          </w:rPr>
          <w:instrText xml:space="preserve"> PAGEREF _Toc241649800 \h </w:instrText>
        </w:r>
        <w:r>
          <w:rPr>
            <w:noProof/>
            <w:webHidden/>
          </w:rPr>
        </w:r>
        <w:r>
          <w:rPr>
            <w:noProof/>
            <w:webHidden/>
          </w:rPr>
          <w:fldChar w:fldCharType="separate"/>
        </w:r>
        <w:r>
          <w:rPr>
            <w:noProof/>
            <w:webHidden/>
          </w:rPr>
          <w:t>128</w:t>
        </w:r>
        <w:r>
          <w:rPr>
            <w:noProof/>
            <w:webHidden/>
          </w:rPr>
          <w:fldChar w:fldCharType="end"/>
        </w:r>
      </w:hyperlink>
    </w:p>
    <w:p w14:paraId="55F21CB5" w14:textId="488C3F78"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01" w:history="1">
        <w:r w:rsidRPr="002839DA">
          <w:rPr>
            <w:rStyle w:val="Hyperlink"/>
            <w:noProof/>
          </w:rPr>
          <w:t>19.5 Ownership Summary</w:t>
        </w:r>
        <w:r>
          <w:rPr>
            <w:noProof/>
            <w:webHidden/>
          </w:rPr>
          <w:tab/>
        </w:r>
        <w:r>
          <w:rPr>
            <w:noProof/>
            <w:webHidden/>
          </w:rPr>
          <w:fldChar w:fldCharType="begin"/>
        </w:r>
        <w:r>
          <w:rPr>
            <w:noProof/>
            <w:webHidden/>
          </w:rPr>
          <w:instrText xml:space="preserve"> PAGEREF _Toc241649801 \h </w:instrText>
        </w:r>
        <w:r>
          <w:rPr>
            <w:noProof/>
            <w:webHidden/>
          </w:rPr>
        </w:r>
        <w:r>
          <w:rPr>
            <w:noProof/>
            <w:webHidden/>
          </w:rPr>
          <w:fldChar w:fldCharType="separate"/>
        </w:r>
        <w:r>
          <w:rPr>
            <w:noProof/>
            <w:webHidden/>
          </w:rPr>
          <w:t>129</w:t>
        </w:r>
        <w:r>
          <w:rPr>
            <w:noProof/>
            <w:webHidden/>
          </w:rPr>
          <w:fldChar w:fldCharType="end"/>
        </w:r>
      </w:hyperlink>
    </w:p>
    <w:p w14:paraId="44443FE5" w14:textId="0A950BBE"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02" w:history="1">
        <w:r w:rsidRPr="002839DA">
          <w:rPr>
            <w:rStyle w:val="Hyperlink"/>
            <w:noProof/>
          </w:rPr>
          <w:t>19.6 Risks to the Plan and Mitigations</w:t>
        </w:r>
        <w:r>
          <w:rPr>
            <w:noProof/>
            <w:webHidden/>
          </w:rPr>
          <w:tab/>
        </w:r>
        <w:r>
          <w:rPr>
            <w:noProof/>
            <w:webHidden/>
          </w:rPr>
          <w:fldChar w:fldCharType="begin"/>
        </w:r>
        <w:r>
          <w:rPr>
            <w:noProof/>
            <w:webHidden/>
          </w:rPr>
          <w:instrText xml:space="preserve"> PAGEREF _Toc241649802 \h </w:instrText>
        </w:r>
        <w:r>
          <w:rPr>
            <w:noProof/>
            <w:webHidden/>
          </w:rPr>
        </w:r>
        <w:r>
          <w:rPr>
            <w:noProof/>
            <w:webHidden/>
          </w:rPr>
          <w:fldChar w:fldCharType="separate"/>
        </w:r>
        <w:r>
          <w:rPr>
            <w:noProof/>
            <w:webHidden/>
          </w:rPr>
          <w:t>130</w:t>
        </w:r>
        <w:r>
          <w:rPr>
            <w:noProof/>
            <w:webHidden/>
          </w:rPr>
          <w:fldChar w:fldCharType="end"/>
        </w:r>
      </w:hyperlink>
    </w:p>
    <w:p w14:paraId="0953FC80" w14:textId="21742E2D"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803" w:history="1">
        <w:r w:rsidRPr="002839DA">
          <w:rPr>
            <w:rStyle w:val="Hyperlink"/>
            <w:noProof/>
          </w:rPr>
          <w:t>20. Solution Summary and Organizational Benefit</w:t>
        </w:r>
        <w:r>
          <w:rPr>
            <w:noProof/>
            <w:webHidden/>
          </w:rPr>
          <w:tab/>
        </w:r>
        <w:r>
          <w:rPr>
            <w:noProof/>
            <w:webHidden/>
          </w:rPr>
          <w:fldChar w:fldCharType="begin"/>
        </w:r>
        <w:r>
          <w:rPr>
            <w:noProof/>
            <w:webHidden/>
          </w:rPr>
          <w:instrText xml:space="preserve"> PAGEREF _Toc241649803 \h </w:instrText>
        </w:r>
        <w:r>
          <w:rPr>
            <w:noProof/>
            <w:webHidden/>
          </w:rPr>
        </w:r>
        <w:r>
          <w:rPr>
            <w:noProof/>
            <w:webHidden/>
          </w:rPr>
          <w:fldChar w:fldCharType="separate"/>
        </w:r>
        <w:r>
          <w:rPr>
            <w:noProof/>
            <w:webHidden/>
          </w:rPr>
          <w:t>132</w:t>
        </w:r>
        <w:r>
          <w:rPr>
            <w:noProof/>
            <w:webHidden/>
          </w:rPr>
          <w:fldChar w:fldCharType="end"/>
        </w:r>
      </w:hyperlink>
    </w:p>
    <w:p w14:paraId="760A78D6" w14:textId="32C5BD95"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04" w:history="1">
        <w:r w:rsidRPr="002839DA">
          <w:rPr>
            <w:rStyle w:val="Hyperlink"/>
            <w:noProof/>
          </w:rPr>
          <w:t>20.1 The Integrated Mandate</w:t>
        </w:r>
        <w:r>
          <w:rPr>
            <w:noProof/>
            <w:webHidden/>
          </w:rPr>
          <w:tab/>
        </w:r>
        <w:r>
          <w:rPr>
            <w:noProof/>
            <w:webHidden/>
          </w:rPr>
          <w:fldChar w:fldCharType="begin"/>
        </w:r>
        <w:r>
          <w:rPr>
            <w:noProof/>
            <w:webHidden/>
          </w:rPr>
          <w:instrText xml:space="preserve"> PAGEREF _Toc241649804 \h </w:instrText>
        </w:r>
        <w:r>
          <w:rPr>
            <w:noProof/>
            <w:webHidden/>
          </w:rPr>
        </w:r>
        <w:r>
          <w:rPr>
            <w:noProof/>
            <w:webHidden/>
          </w:rPr>
          <w:fldChar w:fldCharType="separate"/>
        </w:r>
        <w:r>
          <w:rPr>
            <w:noProof/>
            <w:webHidden/>
          </w:rPr>
          <w:t>132</w:t>
        </w:r>
        <w:r>
          <w:rPr>
            <w:noProof/>
            <w:webHidden/>
          </w:rPr>
          <w:fldChar w:fldCharType="end"/>
        </w:r>
      </w:hyperlink>
    </w:p>
    <w:p w14:paraId="0ACAAEBE" w14:textId="084FF4DD"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05" w:history="1">
        <w:r w:rsidRPr="002839DA">
          <w:rPr>
            <w:rStyle w:val="Hyperlink"/>
            <w:noProof/>
          </w:rPr>
          <w:t>20.2 Value to the Organization</w:t>
        </w:r>
        <w:r>
          <w:rPr>
            <w:noProof/>
            <w:webHidden/>
          </w:rPr>
          <w:tab/>
        </w:r>
        <w:r>
          <w:rPr>
            <w:noProof/>
            <w:webHidden/>
          </w:rPr>
          <w:fldChar w:fldCharType="begin"/>
        </w:r>
        <w:r>
          <w:rPr>
            <w:noProof/>
            <w:webHidden/>
          </w:rPr>
          <w:instrText xml:space="preserve"> PAGEREF _Toc241649805 \h </w:instrText>
        </w:r>
        <w:r>
          <w:rPr>
            <w:noProof/>
            <w:webHidden/>
          </w:rPr>
        </w:r>
        <w:r>
          <w:rPr>
            <w:noProof/>
            <w:webHidden/>
          </w:rPr>
          <w:fldChar w:fldCharType="separate"/>
        </w:r>
        <w:r>
          <w:rPr>
            <w:noProof/>
            <w:webHidden/>
          </w:rPr>
          <w:t>132</w:t>
        </w:r>
        <w:r>
          <w:rPr>
            <w:noProof/>
            <w:webHidden/>
          </w:rPr>
          <w:fldChar w:fldCharType="end"/>
        </w:r>
      </w:hyperlink>
    </w:p>
    <w:p w14:paraId="1C9E7263" w14:textId="612CF21B"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06" w:history="1">
        <w:r w:rsidRPr="002839DA">
          <w:rPr>
            <w:rStyle w:val="Hyperlink"/>
            <w:noProof/>
          </w:rPr>
          <w:t>20.3 Why Azure Is the Right Platform for This</w:t>
        </w:r>
        <w:r>
          <w:rPr>
            <w:noProof/>
            <w:webHidden/>
          </w:rPr>
          <w:tab/>
        </w:r>
        <w:r>
          <w:rPr>
            <w:noProof/>
            <w:webHidden/>
          </w:rPr>
          <w:fldChar w:fldCharType="begin"/>
        </w:r>
        <w:r>
          <w:rPr>
            <w:noProof/>
            <w:webHidden/>
          </w:rPr>
          <w:instrText xml:space="preserve"> PAGEREF _Toc241649806 \h </w:instrText>
        </w:r>
        <w:r>
          <w:rPr>
            <w:noProof/>
            <w:webHidden/>
          </w:rPr>
        </w:r>
        <w:r>
          <w:rPr>
            <w:noProof/>
            <w:webHidden/>
          </w:rPr>
          <w:fldChar w:fldCharType="separate"/>
        </w:r>
        <w:r>
          <w:rPr>
            <w:noProof/>
            <w:webHidden/>
          </w:rPr>
          <w:t>133</w:t>
        </w:r>
        <w:r>
          <w:rPr>
            <w:noProof/>
            <w:webHidden/>
          </w:rPr>
          <w:fldChar w:fldCharType="end"/>
        </w:r>
      </w:hyperlink>
    </w:p>
    <w:p w14:paraId="0596FEC2" w14:textId="7DECC5EF"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07" w:history="1">
        <w:r w:rsidRPr="002839DA">
          <w:rPr>
            <w:rStyle w:val="Hyperlink"/>
            <w:noProof/>
          </w:rPr>
          <w:t>20.4 What Happens Next</w:t>
        </w:r>
        <w:r>
          <w:rPr>
            <w:noProof/>
            <w:webHidden/>
          </w:rPr>
          <w:tab/>
        </w:r>
        <w:r>
          <w:rPr>
            <w:noProof/>
            <w:webHidden/>
          </w:rPr>
          <w:fldChar w:fldCharType="begin"/>
        </w:r>
        <w:r>
          <w:rPr>
            <w:noProof/>
            <w:webHidden/>
          </w:rPr>
          <w:instrText xml:space="preserve"> PAGEREF _Toc241649807 \h </w:instrText>
        </w:r>
        <w:r>
          <w:rPr>
            <w:noProof/>
            <w:webHidden/>
          </w:rPr>
        </w:r>
        <w:r>
          <w:rPr>
            <w:noProof/>
            <w:webHidden/>
          </w:rPr>
          <w:fldChar w:fldCharType="separate"/>
        </w:r>
        <w:r>
          <w:rPr>
            <w:noProof/>
            <w:webHidden/>
          </w:rPr>
          <w:t>134</w:t>
        </w:r>
        <w:r>
          <w:rPr>
            <w:noProof/>
            <w:webHidden/>
          </w:rPr>
          <w:fldChar w:fldCharType="end"/>
        </w:r>
      </w:hyperlink>
    </w:p>
    <w:p w14:paraId="0CB81433" w14:textId="63582A94"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08" w:history="1">
        <w:r w:rsidRPr="002839DA">
          <w:rPr>
            <w:rStyle w:val="Hyperlink"/>
            <w:noProof/>
          </w:rPr>
          <w:t>20.5 Closing Statement</w:t>
        </w:r>
        <w:r>
          <w:rPr>
            <w:noProof/>
            <w:webHidden/>
          </w:rPr>
          <w:tab/>
        </w:r>
        <w:r>
          <w:rPr>
            <w:noProof/>
            <w:webHidden/>
          </w:rPr>
          <w:fldChar w:fldCharType="begin"/>
        </w:r>
        <w:r>
          <w:rPr>
            <w:noProof/>
            <w:webHidden/>
          </w:rPr>
          <w:instrText xml:space="preserve"> PAGEREF _Toc241649808 \h </w:instrText>
        </w:r>
        <w:r>
          <w:rPr>
            <w:noProof/>
            <w:webHidden/>
          </w:rPr>
        </w:r>
        <w:r>
          <w:rPr>
            <w:noProof/>
            <w:webHidden/>
          </w:rPr>
          <w:fldChar w:fldCharType="separate"/>
        </w:r>
        <w:r>
          <w:rPr>
            <w:noProof/>
            <w:webHidden/>
          </w:rPr>
          <w:t>135</w:t>
        </w:r>
        <w:r>
          <w:rPr>
            <w:noProof/>
            <w:webHidden/>
          </w:rPr>
          <w:fldChar w:fldCharType="end"/>
        </w:r>
      </w:hyperlink>
    </w:p>
    <w:p w14:paraId="0CEB9317" w14:textId="1BA61CFE" w:rsidR="00347EA5" w:rsidRDefault="00347EA5">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809" w:history="1">
        <w:r w:rsidRPr="002839DA">
          <w:rPr>
            <w:rStyle w:val="Hyperlink"/>
            <w:noProof/>
          </w:rPr>
          <w:t>21. Appendices</w:t>
        </w:r>
        <w:r>
          <w:rPr>
            <w:noProof/>
            <w:webHidden/>
          </w:rPr>
          <w:tab/>
        </w:r>
        <w:r>
          <w:rPr>
            <w:noProof/>
            <w:webHidden/>
          </w:rPr>
          <w:fldChar w:fldCharType="begin"/>
        </w:r>
        <w:r>
          <w:rPr>
            <w:noProof/>
            <w:webHidden/>
          </w:rPr>
          <w:instrText xml:space="preserve"> PAGEREF _Toc241649809 \h </w:instrText>
        </w:r>
        <w:r>
          <w:rPr>
            <w:noProof/>
            <w:webHidden/>
          </w:rPr>
        </w:r>
        <w:r>
          <w:rPr>
            <w:noProof/>
            <w:webHidden/>
          </w:rPr>
          <w:fldChar w:fldCharType="separate"/>
        </w:r>
        <w:r>
          <w:rPr>
            <w:noProof/>
            <w:webHidden/>
          </w:rPr>
          <w:t>136</w:t>
        </w:r>
        <w:r>
          <w:rPr>
            <w:noProof/>
            <w:webHidden/>
          </w:rPr>
          <w:fldChar w:fldCharType="end"/>
        </w:r>
      </w:hyperlink>
    </w:p>
    <w:p w14:paraId="4476936D" w14:textId="4644B524"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0" w:history="1">
        <w:r w:rsidRPr="002839DA">
          <w:rPr>
            <w:rStyle w:val="Hyperlink"/>
            <w:noProof/>
          </w:rPr>
          <w:t>21.1 Appendix A: Glossary</w:t>
        </w:r>
        <w:r>
          <w:rPr>
            <w:noProof/>
            <w:webHidden/>
          </w:rPr>
          <w:tab/>
        </w:r>
        <w:r>
          <w:rPr>
            <w:noProof/>
            <w:webHidden/>
          </w:rPr>
          <w:fldChar w:fldCharType="begin"/>
        </w:r>
        <w:r>
          <w:rPr>
            <w:noProof/>
            <w:webHidden/>
          </w:rPr>
          <w:instrText xml:space="preserve"> PAGEREF _Toc241649810 \h </w:instrText>
        </w:r>
        <w:r>
          <w:rPr>
            <w:noProof/>
            <w:webHidden/>
          </w:rPr>
        </w:r>
        <w:r>
          <w:rPr>
            <w:noProof/>
            <w:webHidden/>
          </w:rPr>
          <w:fldChar w:fldCharType="separate"/>
        </w:r>
        <w:r>
          <w:rPr>
            <w:noProof/>
            <w:webHidden/>
          </w:rPr>
          <w:t>136</w:t>
        </w:r>
        <w:r>
          <w:rPr>
            <w:noProof/>
            <w:webHidden/>
          </w:rPr>
          <w:fldChar w:fldCharType="end"/>
        </w:r>
      </w:hyperlink>
    </w:p>
    <w:p w14:paraId="14028DAC" w14:textId="150AFDE5"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1" w:history="1">
        <w:r w:rsidRPr="002839DA">
          <w:rPr>
            <w:rStyle w:val="Hyperlink"/>
            <w:noProof/>
          </w:rPr>
          <w:t>21.2 Appendix B: Reference Checklists</w:t>
        </w:r>
        <w:r>
          <w:rPr>
            <w:noProof/>
            <w:webHidden/>
          </w:rPr>
          <w:tab/>
        </w:r>
        <w:r>
          <w:rPr>
            <w:noProof/>
            <w:webHidden/>
          </w:rPr>
          <w:fldChar w:fldCharType="begin"/>
        </w:r>
        <w:r>
          <w:rPr>
            <w:noProof/>
            <w:webHidden/>
          </w:rPr>
          <w:instrText xml:space="preserve"> PAGEREF _Toc241649811 \h </w:instrText>
        </w:r>
        <w:r>
          <w:rPr>
            <w:noProof/>
            <w:webHidden/>
          </w:rPr>
        </w:r>
        <w:r>
          <w:rPr>
            <w:noProof/>
            <w:webHidden/>
          </w:rPr>
          <w:fldChar w:fldCharType="separate"/>
        </w:r>
        <w:r>
          <w:rPr>
            <w:noProof/>
            <w:webHidden/>
          </w:rPr>
          <w:t>138</w:t>
        </w:r>
        <w:r>
          <w:rPr>
            <w:noProof/>
            <w:webHidden/>
          </w:rPr>
          <w:fldChar w:fldCharType="end"/>
        </w:r>
      </w:hyperlink>
    </w:p>
    <w:p w14:paraId="4101C77E" w14:textId="5A289735"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2" w:history="1">
        <w:r w:rsidRPr="002839DA">
          <w:rPr>
            <w:rStyle w:val="Hyperlink"/>
            <w:noProof/>
          </w:rPr>
          <w:t>21.3 Appendix C: The Chief AI Officer Decision Log Template</w:t>
        </w:r>
        <w:r>
          <w:rPr>
            <w:noProof/>
            <w:webHidden/>
          </w:rPr>
          <w:tab/>
        </w:r>
        <w:r>
          <w:rPr>
            <w:noProof/>
            <w:webHidden/>
          </w:rPr>
          <w:fldChar w:fldCharType="begin"/>
        </w:r>
        <w:r>
          <w:rPr>
            <w:noProof/>
            <w:webHidden/>
          </w:rPr>
          <w:instrText xml:space="preserve"> PAGEREF _Toc241649812 \h </w:instrText>
        </w:r>
        <w:r>
          <w:rPr>
            <w:noProof/>
            <w:webHidden/>
          </w:rPr>
        </w:r>
        <w:r>
          <w:rPr>
            <w:noProof/>
            <w:webHidden/>
          </w:rPr>
          <w:fldChar w:fldCharType="separate"/>
        </w:r>
        <w:r>
          <w:rPr>
            <w:noProof/>
            <w:webHidden/>
          </w:rPr>
          <w:t>140</w:t>
        </w:r>
        <w:r>
          <w:rPr>
            <w:noProof/>
            <w:webHidden/>
          </w:rPr>
          <w:fldChar w:fldCharType="end"/>
        </w:r>
      </w:hyperlink>
    </w:p>
    <w:p w14:paraId="7C4EF59A" w14:textId="73D46479" w:rsidR="00347EA5" w:rsidRDefault="00347EA5">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3" w:history="1">
        <w:r w:rsidRPr="002839DA">
          <w:rPr>
            <w:rStyle w:val="Hyperlink"/>
            <w:noProof/>
          </w:rPr>
          <w:t>21.4 Appendix D: Document Control</w:t>
        </w:r>
        <w:r>
          <w:rPr>
            <w:noProof/>
            <w:webHidden/>
          </w:rPr>
          <w:tab/>
        </w:r>
        <w:r>
          <w:rPr>
            <w:noProof/>
            <w:webHidden/>
          </w:rPr>
          <w:fldChar w:fldCharType="begin"/>
        </w:r>
        <w:r>
          <w:rPr>
            <w:noProof/>
            <w:webHidden/>
          </w:rPr>
          <w:instrText xml:space="preserve"> PAGEREF _Toc241649813 \h </w:instrText>
        </w:r>
        <w:r>
          <w:rPr>
            <w:noProof/>
            <w:webHidden/>
          </w:rPr>
        </w:r>
        <w:r>
          <w:rPr>
            <w:noProof/>
            <w:webHidden/>
          </w:rPr>
          <w:fldChar w:fldCharType="separate"/>
        </w:r>
        <w:r>
          <w:rPr>
            <w:noProof/>
            <w:webHidden/>
          </w:rPr>
          <w:t>141</w:t>
        </w:r>
        <w:r>
          <w:rPr>
            <w:noProof/>
            <w:webHidden/>
          </w:rPr>
          <w:fldChar w:fldCharType="end"/>
        </w:r>
      </w:hyperlink>
    </w:p>
    <w:p w14:paraId="74AB8CF8" w14:textId="7C310410" w:rsidR="00E2764D" w:rsidRDefault="00F75996">
      <w:r>
        <w:fldChar w:fldCharType="end"/>
      </w:r>
    </w:p>
    <w:p w14:paraId="744BF908" w14:textId="77777777" w:rsidR="00E2764D" w:rsidRDefault="00F75996">
      <w:pPr>
        <w:pStyle w:val="Heading1"/>
      </w:pPr>
      <w:bookmarkStart w:id="1" w:name="_Toc241649669"/>
      <w:r>
        <w:t>1. Purpose and How to Use This Document</w:t>
      </w:r>
      <w:bookmarkEnd w:id="1"/>
    </w:p>
    <w:p w14:paraId="219D9A53" w14:textId="77777777" w:rsidR="00E2764D" w:rsidRDefault="00F75996">
      <w:r>
        <w:t>This playbook is the operating manual for the Chief Artificial Intelligence Officer. It is written for the officer who has been handed accountability for artificial intelligence across an enterprise and who must now decide what to build, what to govern, what to refuse, and what to report. It is deliberately a role document rather than a technology document. The technology chapters exist to make the officer conversant and credible; the governance chapters exist to make the officer defensible; the mandate chapters exist to make the officer effective in the first year. Read as a whole, it defines a job that most organizations have created recently and few have yet defined precisely.</w:t>
      </w:r>
    </w:p>
    <w:p w14:paraId="363623B7" w14:textId="77777777" w:rsidR="00E2764D" w:rsidRDefault="00F75996">
      <w:r>
        <w:t>The document is written as a general, cross-industry edition. Every organization that adopts it should substitute its own name, its own regulatory footprint, and its own systems of record, and should replace the three priority mandates in Section 5 with the three that matter most to its own circumstances. Where a decision genuinely depends on organizational context, the text says so and marks the point with a placeholder rather than asserting an answer. The structure, the control set, and the sequencing are intended to survive that substitution unchanged.</w:t>
      </w:r>
    </w:p>
    <w:p w14:paraId="5604FAD9" w14:textId="77777777" w:rsidR="00E2764D" w:rsidRDefault="00F75996">
      <w:pPr>
        <w:pStyle w:val="Heading2"/>
      </w:pPr>
      <w:bookmarkStart w:id="2" w:name="_Toc241649670"/>
      <w:r>
        <w:t>1.1 Who Should Use This Document</w:t>
      </w:r>
      <w:bookmarkEnd w:id="2"/>
    </w:p>
    <w:p w14:paraId="181828BB" w14:textId="77777777" w:rsidR="00E2764D" w:rsidRDefault="00F75996">
      <w:r>
        <w:t xml:space="preserve">The playbook has one primary reader and several secondary readers who each need a different part of it. The Chief AI Officer reads all of it and owns all of it. Every other executive reads the </w:t>
      </w:r>
      <w:r>
        <w:lastRenderedPageBreak/>
        <w:t>sections where their authority intersects the officer's, and those intersections are stated explicitly so that no reader has to infer where their responsibility ends. Reading the document in role order rather than page order is the fastest way for a leadership team to reach a shared understanding of who decides what.</w:t>
      </w:r>
    </w:p>
    <w:p w14:paraId="71DF55DD" w14:textId="77777777" w:rsidR="00E2764D" w:rsidRDefault="00F75996">
      <w:pPr>
        <w:pStyle w:val="ListBullet"/>
      </w:pPr>
      <w:r>
        <w:rPr>
          <w:b/>
        </w:rPr>
        <w:t>Chief Artificial Intelligence Officer</w:t>
      </w:r>
      <w:r>
        <w:t>: reads the entire document and owns it. Sections 2, 5, 6, 17, and 19 define the charter, the portfolio, the operating model, the reporting obligation, and the first ninety days respectively.</w:t>
      </w:r>
    </w:p>
    <w:p w14:paraId="1FEDE783" w14:textId="77777777" w:rsidR="00E2764D" w:rsidRDefault="00F75996">
      <w:pPr>
        <w:pStyle w:val="ListBullet"/>
      </w:pPr>
      <w:r>
        <w:rPr>
          <w:b/>
        </w:rPr>
        <w:t>Chief Executive Officer and the board</w:t>
      </w:r>
      <w:r>
        <w:t>: read Section 2 for the charter and authority model, Section 17.3 for what will be reported to them and how often, and Section 20 for the strategic case and the decisions required of them.</w:t>
      </w:r>
    </w:p>
    <w:p w14:paraId="04D7598C" w14:textId="77777777" w:rsidR="00E2764D" w:rsidRDefault="00F75996">
      <w:pPr>
        <w:pStyle w:val="ListBullet"/>
      </w:pPr>
      <w:r>
        <w:rPr>
          <w:b/>
        </w:rPr>
        <w:t>Chief Information Officer and Chief Technology Officer</w:t>
      </w:r>
      <w:r>
        <w:t>: read Sections 3, 6, and 18 for the platform architecture, the deployment model, and the engineering commitments the AI portfolio will place on their organization.</w:t>
      </w:r>
    </w:p>
    <w:p w14:paraId="5492F1E0" w14:textId="77777777" w:rsidR="00E2764D" w:rsidRDefault="00F75996">
      <w:pPr>
        <w:pStyle w:val="ListBullet"/>
      </w:pPr>
      <w:r>
        <w:rPr>
          <w:b/>
        </w:rPr>
        <w:t>Chief Information Security Officer</w:t>
      </w:r>
      <w:r>
        <w:t>: reads Section 7 in full, particularly Section 7.5, which states which security decisions remain the CISO's and cannot be overridden by delivery pressure.</w:t>
      </w:r>
    </w:p>
    <w:p w14:paraId="24560A0D" w14:textId="77777777" w:rsidR="00E2764D" w:rsidRDefault="00F75996">
      <w:pPr>
        <w:pStyle w:val="ListBullet"/>
      </w:pPr>
      <w:r>
        <w:rPr>
          <w:b/>
        </w:rPr>
        <w:t>Chief Risk Officer and internal audit</w:t>
      </w:r>
      <w:r>
        <w:t>: read Sections 8, 12, 13, and 14 for the governance framework, the human oversight model, incident handling, and third-party risk, and Section 8.1 for how independent challenge is preserved.</w:t>
      </w:r>
    </w:p>
    <w:p w14:paraId="13CC48E0" w14:textId="77777777" w:rsidR="00E2764D" w:rsidRDefault="00F75996">
      <w:pPr>
        <w:pStyle w:val="ListBullet"/>
      </w:pPr>
      <w:r>
        <w:rPr>
          <w:b/>
        </w:rPr>
        <w:t>Chief Data Officer</w:t>
      </w:r>
      <w:r>
        <w:t>: reads Section 15 for the data foundation and Section 15.4 for the boundary between data ownership and AI readiness.</w:t>
      </w:r>
    </w:p>
    <w:p w14:paraId="1F147D0A" w14:textId="77777777" w:rsidR="00E2764D" w:rsidRDefault="00F75996">
      <w:pPr>
        <w:pStyle w:val="ListBullet"/>
      </w:pPr>
      <w:r>
        <w:rPr>
          <w:b/>
        </w:rPr>
        <w:t>General Counsel and compliance</w:t>
      </w:r>
      <w:r>
        <w:t>: read Section 11 for the regulatory map, Section 11.4 for the officer's attestation duties, and Section 13.4 for external disclosure decisions.</w:t>
      </w:r>
    </w:p>
    <w:p w14:paraId="700D9CEE" w14:textId="77777777" w:rsidR="00E2764D" w:rsidRDefault="00F75996">
      <w:pPr>
        <w:pStyle w:val="ListBullet"/>
      </w:pPr>
      <w:r>
        <w:rPr>
          <w:b/>
        </w:rPr>
        <w:t>Chief Financial Officer</w:t>
      </w:r>
      <w:r>
        <w:t>: reads Section 6.7 for the funding model, Section 17.2 for the measurement framework, and the business case outlines in Section 18.</w:t>
      </w:r>
    </w:p>
    <w:p w14:paraId="554A4E6C" w14:textId="77777777" w:rsidR="00E2764D" w:rsidRDefault="00F75996">
      <w:pPr>
        <w:pStyle w:val="ListBullet"/>
      </w:pPr>
      <w:r>
        <w:rPr>
          <w:b/>
        </w:rPr>
        <w:t>Business unit leaders</w:t>
      </w:r>
      <w:r>
        <w:t>: read Sections 4 and 5 for the topic map and the priority portfolio, and Section 6.4 for how to bring a use case forward.</w:t>
      </w:r>
    </w:p>
    <w:p w14:paraId="1EAF57BC" w14:textId="77777777" w:rsidR="00E2764D" w:rsidRDefault="00F75996">
      <w:pPr>
        <w:pStyle w:val="Heading2"/>
      </w:pPr>
      <w:bookmarkStart w:id="3" w:name="_Toc241649671"/>
      <w:r>
        <w:t>1.2 How to Use This Playbook</w:t>
      </w:r>
      <w:bookmarkEnd w:id="3"/>
    </w:p>
    <w:p w14:paraId="47C57A3F" w14:textId="77777777" w:rsidR="00E2764D" w:rsidRDefault="00F75996">
      <w:r>
        <w:t>This document is intended to be adopted formally, not circulated informally. Adoption means that a named executive body ratifies it, that it is placed under version control, and that deviation from it becomes an exception requiring a recorded decision rather than a matter of individual judgment. A playbook that is published and never referenced provides no control value and creates the false comfort that the subject has been addressed. The practices below convert the document from a reference into a mechanism.</w:t>
      </w:r>
    </w:p>
    <w:p w14:paraId="7DEFB081" w14:textId="77777777" w:rsidR="00E2764D" w:rsidRDefault="00F75996">
      <w:pPr>
        <w:pStyle w:val="ListBullet"/>
      </w:pPr>
      <w:r>
        <w:rPr>
          <w:b/>
        </w:rPr>
        <w:t>Ratify it formally</w:t>
      </w:r>
      <w:r>
        <w:t>: the AI Governance Council described in Section 8.3 approves this document, and the approval is minuted with the version number so that any later dispute about what was in force on a given date can be resolved from the record.</w:t>
      </w:r>
    </w:p>
    <w:p w14:paraId="6F533B19" w14:textId="77777777" w:rsidR="00E2764D" w:rsidRDefault="00F75996">
      <w:pPr>
        <w:pStyle w:val="ListBullet"/>
      </w:pPr>
      <w:r>
        <w:rPr>
          <w:b/>
        </w:rPr>
        <w:t>Assign single ownership</w:t>
      </w:r>
      <w:r>
        <w:t>: the Chief AI Officer owns the document outright. Contributions come from security, legal, data, and the business, but one officer is accountable for its accuracy and currency.</w:t>
      </w:r>
    </w:p>
    <w:p w14:paraId="670F2032" w14:textId="77777777" w:rsidR="00E2764D" w:rsidRDefault="00F75996">
      <w:pPr>
        <w:pStyle w:val="ListBullet"/>
      </w:pPr>
      <w:r>
        <w:rPr>
          <w:b/>
        </w:rPr>
        <w:lastRenderedPageBreak/>
        <w:t>Treat changes as governed acts</w:t>
      </w:r>
      <w:r>
        <w:t>: amendments follow the same approval path as the original, are summarized in the document control table in Section 21.4, and never occur silently. An unrecorded edit to a control document is itself a control failure.</w:t>
      </w:r>
    </w:p>
    <w:p w14:paraId="4A531094" w14:textId="77777777" w:rsidR="00E2764D" w:rsidRDefault="00F75996">
      <w:pPr>
        <w:pStyle w:val="ListBullet"/>
      </w:pPr>
      <w:r>
        <w:rPr>
          <w:b/>
        </w:rPr>
        <w:t>Review on a fixed cadence</w:t>
      </w:r>
      <w:r>
        <w:t>: the document is reviewed at least annually and immediately after any material regulatory change, any severity one AI incident as defined in Section 13.1, or any significant change to the platform architecture in Section 6.2.</w:t>
      </w:r>
    </w:p>
    <w:p w14:paraId="6FAFE59D" w14:textId="77777777" w:rsidR="00E2764D" w:rsidRDefault="00F75996">
      <w:pPr>
        <w:pStyle w:val="ListBullet"/>
      </w:pPr>
      <w:r>
        <w:rPr>
          <w:b/>
        </w:rPr>
        <w:t>Use it at the gate, not after the fact</w:t>
      </w:r>
      <w:r>
        <w:t>: the intake workflow in Section 6.4 and the checklists in Section 21.2 are the points at which this document does its work. Teams should be able to cite the section that authorizes what they are doing.</w:t>
      </w:r>
    </w:p>
    <w:p w14:paraId="4A08AECC" w14:textId="77777777" w:rsidR="00E2764D" w:rsidRDefault="00F75996">
      <w:pPr>
        <w:pStyle w:val="ListBullet"/>
      </w:pPr>
      <w:r>
        <w:rPr>
          <w:b/>
        </w:rPr>
        <w:t>Substitute local specifics deliberately</w:t>
      </w:r>
      <w:r>
        <w:t>: replace the placeholders, the jurisdictions in Section 11.1, and the three mandates in Section 5 with organizational reality, and record who made each substitution and when.</w:t>
      </w:r>
    </w:p>
    <w:p w14:paraId="4A269E34" w14:textId="77777777" w:rsidR="00E2764D" w:rsidRDefault="00F75996">
      <w:pPr>
        <w:pStyle w:val="ListBullet"/>
      </w:pPr>
      <w:r>
        <w:rPr>
          <w:b/>
        </w:rPr>
        <w:t>Keep it readable by the board</w:t>
      </w:r>
      <w:r>
        <w:t>: the document is long, but Sections 2 and 20 are written to be read alone by a director preparing for a meeting. Preserve that property through any revision.</w:t>
      </w:r>
    </w:p>
    <w:p w14:paraId="468FFF6A" w14:textId="77777777" w:rsidR="00E2764D" w:rsidRDefault="00F75996">
      <w:pPr>
        <w:pStyle w:val="Heading1"/>
        <w:pageBreakBefore/>
      </w:pPr>
      <w:bookmarkStart w:id="4" w:name="_Toc241649672"/>
      <w:r>
        <w:lastRenderedPageBreak/>
        <w:t>2. The Chief AI Officer Mandate</w:t>
      </w:r>
      <w:bookmarkEnd w:id="4"/>
    </w:p>
    <w:p w14:paraId="1D466D23" w14:textId="77777777" w:rsidR="00E2764D" w:rsidRDefault="00F75996">
      <w:r>
        <w:t>The Chief Artificial Intelligence Officer is accountable for the safe, lawful, and economically productive use of artificial intelligence across the enterprise. That accountability spans strategy, delivery, governance, and disclosure, and it is exercised largely through other people's organizations. The officer rarely owns the systems of record, seldom owns the security perimeter, and often does not own the engineers. What the officer must own is the decision rights: which AI systems exist, at what risk tier, under what controls, funded from where, measured how, and shut down when. This section defines those rights precisely, because an officer with accountability and without authority will fail predictably and publicly.</w:t>
      </w:r>
    </w:p>
    <w:p w14:paraId="31D59336" w14:textId="77777777" w:rsidR="00E2764D" w:rsidRDefault="00F75996">
      <w:pPr>
        <w:pStyle w:val="Heading2"/>
      </w:pPr>
      <w:bookmarkStart w:id="5" w:name="_Toc241649673"/>
      <w:r>
        <w:t>2.1 Why the Role Exists</w:t>
      </w:r>
      <w:bookmarkEnd w:id="5"/>
    </w:p>
    <w:p w14:paraId="697D3AA2" w14:textId="77777777" w:rsidR="00E2764D" w:rsidRDefault="00F75996">
      <w:r>
        <w:t>Artificial intelligence creates decisions that no existing officer is positioned to arbitrate alone. A generative system that drafts customer correspondence is simultaneously a technology deployment, a data protection question, a brand risk, a regulatory disclosure matter, and a workforce change. The Chief Information Officer can build it, the Chief Information Security Officer can secure it, the General Counsel can flag it, and the business can want it, but none of them can decide on behalf of all the others. Historically that gap was resolved by committee, slowly and inconsistently. The Chief AI Officer role exists to close it with a single accountable decision maker operating under a published framework.</w:t>
      </w:r>
    </w:p>
    <w:p w14:paraId="043F45A7" w14:textId="77777777" w:rsidR="00E2764D" w:rsidRDefault="00F75996">
      <w:r>
        <w:t>A second driver is the pace and asymmetry of adoption. Employees acquire capable AI tools faster than any governance process can evaluate them, which means the practical choice is not whether AI enters the enterprise but whether it enters through a governed path or an ungoverned one. A third driver is external. Regulators, auditors, customers, and insurers increasingly ask organizations to demonstrate that a named person is accountable for AI outcomes and that an inventory, a risk assessment, and an oversight mechanism exist. The role converts a diffuse organizational aspiration into an answerable question with a name attached to it.</w:t>
      </w:r>
    </w:p>
    <w:p w14:paraId="0A5FC142" w14:textId="77777777" w:rsidR="00E2764D" w:rsidRDefault="00F75996">
      <w:pPr>
        <w:pStyle w:val="Heading2"/>
      </w:pPr>
      <w:bookmarkStart w:id="6" w:name="_Toc241649674"/>
      <w:r>
        <w:t>2.2 Charter and Scope of Authority</w:t>
      </w:r>
      <w:bookmarkEnd w:id="6"/>
    </w:p>
    <w:p w14:paraId="1685AD30" w14:textId="77777777" w:rsidR="00E2764D" w:rsidRDefault="00F75996">
      <w:r>
        <w:t>The charter below distinguishes three categories of decision: those the officer decides outright, those the officer shapes but another officer owns, and those that must reach the chief executive or the board. The distinction matters most under pressure, when a business sponsor wants a system live and a control owner does not. A charter that is settled in advance turns that moment into a procedure rather than a negotiation. The table should be ratified by the executive committee and reproduced verbatim in the officer's own appointment terms.</w:t>
      </w:r>
    </w:p>
    <w:p w14:paraId="2151C45C" w14:textId="77777777" w:rsidR="00E2764D" w:rsidRDefault="00F75996">
      <w:r>
        <w:rPr>
          <w:i/>
          <w:sz w:val="20"/>
        </w:rPr>
        <w:t>Table 2.2 - Chief AI Officer decision rights and escalation boundaries.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0EE718AB" w14:textId="77777777">
        <w:trPr>
          <w:tblHeader/>
        </w:trPr>
        <w:tc>
          <w:tcPr>
            <w:tcW w:w="2340" w:type="dxa"/>
            <w:shd w:val="clear" w:color="auto" w:fill="D5E8F0"/>
          </w:tcPr>
          <w:p w14:paraId="58E6C08E" w14:textId="77777777" w:rsidR="00E2764D" w:rsidRDefault="00F75996">
            <w:r>
              <w:rPr>
                <w:b/>
                <w:sz w:val="20"/>
              </w:rPr>
              <w:t>Decision</w:t>
            </w:r>
          </w:p>
        </w:tc>
        <w:tc>
          <w:tcPr>
            <w:tcW w:w="2340" w:type="dxa"/>
            <w:shd w:val="clear" w:color="auto" w:fill="D5E8F0"/>
          </w:tcPr>
          <w:p w14:paraId="2775FE33" w14:textId="77777777" w:rsidR="00E2764D" w:rsidRDefault="00F75996">
            <w:r>
              <w:rPr>
                <w:b/>
                <w:sz w:val="20"/>
              </w:rPr>
              <w:t>CAIO Decides</w:t>
            </w:r>
          </w:p>
        </w:tc>
        <w:tc>
          <w:tcPr>
            <w:tcW w:w="2340" w:type="dxa"/>
            <w:shd w:val="clear" w:color="auto" w:fill="D5E8F0"/>
          </w:tcPr>
          <w:p w14:paraId="74A5B29B" w14:textId="77777777" w:rsidR="00E2764D" w:rsidRDefault="00F75996">
            <w:r>
              <w:rPr>
                <w:b/>
                <w:sz w:val="20"/>
              </w:rPr>
              <w:t>CAIO Recommends, Another Officer Decides</w:t>
            </w:r>
          </w:p>
        </w:tc>
        <w:tc>
          <w:tcPr>
            <w:tcW w:w="2340" w:type="dxa"/>
            <w:shd w:val="clear" w:color="auto" w:fill="D5E8F0"/>
          </w:tcPr>
          <w:p w14:paraId="13C1DA79" w14:textId="77777777" w:rsidR="00E2764D" w:rsidRDefault="00F75996">
            <w:r>
              <w:rPr>
                <w:b/>
                <w:sz w:val="20"/>
              </w:rPr>
              <w:t>Escalates to CEO or Board</w:t>
            </w:r>
          </w:p>
        </w:tc>
      </w:tr>
      <w:tr w:rsidR="00E2764D" w14:paraId="1B057740" w14:textId="77777777">
        <w:tc>
          <w:tcPr>
            <w:tcW w:w="2340" w:type="dxa"/>
          </w:tcPr>
          <w:p w14:paraId="52AA2140" w14:textId="77777777" w:rsidR="00E2764D" w:rsidRDefault="00F75996">
            <w:r>
              <w:rPr>
                <w:sz w:val="20"/>
              </w:rPr>
              <w:lastRenderedPageBreak/>
              <w:t>Approval of a new AI use case for development</w:t>
            </w:r>
          </w:p>
        </w:tc>
        <w:tc>
          <w:tcPr>
            <w:tcW w:w="2340" w:type="dxa"/>
          </w:tcPr>
          <w:p w14:paraId="63CA78E0" w14:textId="77777777" w:rsidR="00E2764D" w:rsidRDefault="00F75996">
            <w:r>
              <w:rPr>
                <w:sz w:val="20"/>
              </w:rPr>
              <w:t>Yes, against the intake criteria in Section 6.4 and the risk rubric in Section 8.5</w:t>
            </w:r>
          </w:p>
        </w:tc>
        <w:tc>
          <w:tcPr>
            <w:tcW w:w="2340" w:type="dxa"/>
          </w:tcPr>
          <w:p w14:paraId="698C2767" w14:textId="77777777" w:rsidR="00E2764D" w:rsidRDefault="00F75996">
            <w:r>
              <w:rPr>
                <w:sz w:val="20"/>
              </w:rPr>
              <w:t>Business sponsor confirms the value case and funds the work</w:t>
            </w:r>
          </w:p>
        </w:tc>
        <w:tc>
          <w:tcPr>
            <w:tcW w:w="2340" w:type="dxa"/>
          </w:tcPr>
          <w:p w14:paraId="40D08830" w14:textId="77777777" w:rsidR="00E2764D" w:rsidRDefault="00F75996">
            <w:r>
              <w:rPr>
                <w:sz w:val="20"/>
              </w:rPr>
              <w:t>Only where the use case is novel to the sector or reputationally sensitive</w:t>
            </w:r>
          </w:p>
        </w:tc>
      </w:tr>
      <w:tr w:rsidR="00E2764D" w14:paraId="407DABC7" w14:textId="77777777">
        <w:tc>
          <w:tcPr>
            <w:tcW w:w="2340" w:type="dxa"/>
          </w:tcPr>
          <w:p w14:paraId="3BBC959C" w14:textId="77777777" w:rsidR="00E2764D" w:rsidRDefault="00F75996">
            <w:r>
              <w:rPr>
                <w:sz w:val="20"/>
              </w:rPr>
              <w:t>Assignment and revision of a risk tier</w:t>
            </w:r>
          </w:p>
        </w:tc>
        <w:tc>
          <w:tcPr>
            <w:tcW w:w="2340" w:type="dxa"/>
          </w:tcPr>
          <w:p w14:paraId="4CC466D3" w14:textId="77777777" w:rsidR="00E2764D" w:rsidRDefault="00F75996">
            <w:r>
              <w:rPr>
                <w:sz w:val="20"/>
              </w:rPr>
              <w:t>Yes, and the assignment cannot be overridden by the delivery team or the sponsor</w:t>
            </w:r>
          </w:p>
        </w:tc>
        <w:tc>
          <w:tcPr>
            <w:tcW w:w="2340" w:type="dxa"/>
          </w:tcPr>
          <w:p w14:paraId="25A98EBC" w14:textId="77777777" w:rsidR="00E2764D" w:rsidRDefault="00F75996">
            <w:r>
              <w:rPr>
                <w:sz w:val="20"/>
              </w:rPr>
              <w:t>Risk and compliance may challenge the tier through the council</w:t>
            </w:r>
          </w:p>
        </w:tc>
        <w:tc>
          <w:tcPr>
            <w:tcW w:w="2340" w:type="dxa"/>
          </w:tcPr>
          <w:p w14:paraId="74D59337" w14:textId="77777777" w:rsidR="00E2764D" w:rsidRDefault="00F75996">
            <w:r>
              <w:rPr>
                <w:sz w:val="20"/>
              </w:rPr>
              <w:t>Where a Tier 1 classification is disputed by an executive sponsor</w:t>
            </w:r>
          </w:p>
        </w:tc>
      </w:tr>
      <w:tr w:rsidR="00E2764D" w14:paraId="75B63CA6" w14:textId="77777777">
        <w:tc>
          <w:tcPr>
            <w:tcW w:w="2340" w:type="dxa"/>
          </w:tcPr>
          <w:p w14:paraId="3033C271" w14:textId="77777777" w:rsidR="00E2764D" w:rsidRDefault="00F75996">
            <w:r>
              <w:rPr>
                <w:sz w:val="20"/>
              </w:rPr>
              <w:t>Platform and architecture standards for AI workloads</w:t>
            </w:r>
          </w:p>
        </w:tc>
        <w:tc>
          <w:tcPr>
            <w:tcW w:w="2340" w:type="dxa"/>
          </w:tcPr>
          <w:p w14:paraId="4CB73806" w14:textId="77777777" w:rsidR="00E2764D" w:rsidRDefault="00F75996">
            <w:r>
              <w:rPr>
                <w:sz w:val="20"/>
              </w:rPr>
              <w:t>Yes, for AI-specific components such as model hosting, grounding, and evaluation</w:t>
            </w:r>
          </w:p>
        </w:tc>
        <w:tc>
          <w:tcPr>
            <w:tcW w:w="2340" w:type="dxa"/>
          </w:tcPr>
          <w:p w14:paraId="2BED2941" w14:textId="77777777" w:rsidR="00E2764D" w:rsidRDefault="00F75996">
            <w:r>
              <w:rPr>
                <w:sz w:val="20"/>
              </w:rPr>
              <w:t>CIO or CTO decides underlying cloud, network, and hosting standards</w:t>
            </w:r>
          </w:p>
        </w:tc>
        <w:tc>
          <w:tcPr>
            <w:tcW w:w="2340" w:type="dxa"/>
          </w:tcPr>
          <w:p w14:paraId="44546BBE" w14:textId="77777777" w:rsidR="00E2764D" w:rsidRDefault="00F75996">
            <w:r>
              <w:rPr>
                <w:sz w:val="20"/>
              </w:rPr>
              <w:t>Where a standard requires material unplanned capital</w:t>
            </w:r>
          </w:p>
        </w:tc>
      </w:tr>
      <w:tr w:rsidR="00E2764D" w14:paraId="5341176D" w14:textId="77777777">
        <w:tc>
          <w:tcPr>
            <w:tcW w:w="2340" w:type="dxa"/>
          </w:tcPr>
          <w:p w14:paraId="6B41AA55" w14:textId="77777777" w:rsidR="00E2764D" w:rsidRDefault="00F75996">
            <w:r>
              <w:rPr>
                <w:sz w:val="20"/>
              </w:rPr>
              <w:t>Model and third-party AI vendor selection</w:t>
            </w:r>
          </w:p>
        </w:tc>
        <w:tc>
          <w:tcPr>
            <w:tcW w:w="2340" w:type="dxa"/>
          </w:tcPr>
          <w:p w14:paraId="51306CCC" w14:textId="77777777" w:rsidR="00E2764D" w:rsidRDefault="00F75996">
            <w:r>
              <w:rPr>
                <w:sz w:val="20"/>
              </w:rPr>
              <w:t>Yes, within the approved vendor framework in Section 14</w:t>
            </w:r>
          </w:p>
        </w:tc>
        <w:tc>
          <w:tcPr>
            <w:tcW w:w="2340" w:type="dxa"/>
          </w:tcPr>
          <w:p w14:paraId="49CAB9EE" w14:textId="77777777" w:rsidR="00E2764D" w:rsidRDefault="00F75996">
            <w:r>
              <w:rPr>
                <w:sz w:val="20"/>
              </w:rPr>
              <w:t>Procurement and legal own contract terms and execution</w:t>
            </w:r>
          </w:p>
        </w:tc>
        <w:tc>
          <w:tcPr>
            <w:tcW w:w="2340" w:type="dxa"/>
          </w:tcPr>
          <w:p w14:paraId="014BC7EA" w14:textId="77777777" w:rsidR="00E2764D" w:rsidRDefault="00F75996">
            <w:r>
              <w:rPr>
                <w:sz w:val="20"/>
              </w:rPr>
              <w:t>Where the commitment exceeds delegated financial authority</w:t>
            </w:r>
          </w:p>
        </w:tc>
      </w:tr>
      <w:tr w:rsidR="00E2764D" w14:paraId="30A47635" w14:textId="77777777">
        <w:tc>
          <w:tcPr>
            <w:tcW w:w="2340" w:type="dxa"/>
          </w:tcPr>
          <w:p w14:paraId="032C8C04" w14:textId="77777777" w:rsidR="00E2764D" w:rsidRDefault="00F75996">
            <w:r>
              <w:rPr>
                <w:sz w:val="20"/>
              </w:rPr>
              <w:t>Release of an AI system into production</w:t>
            </w:r>
          </w:p>
        </w:tc>
        <w:tc>
          <w:tcPr>
            <w:tcW w:w="2340" w:type="dxa"/>
          </w:tcPr>
          <w:p w14:paraId="5F04251B" w14:textId="77777777" w:rsidR="00E2764D" w:rsidRDefault="00F75996">
            <w:r>
              <w:rPr>
                <w:sz w:val="20"/>
              </w:rPr>
              <w:t>Yes, subject to the CISO's security sign-off, which the officer cannot waive</w:t>
            </w:r>
          </w:p>
        </w:tc>
        <w:tc>
          <w:tcPr>
            <w:tcW w:w="2340" w:type="dxa"/>
          </w:tcPr>
          <w:p w14:paraId="3D106ABB" w14:textId="77777777" w:rsidR="00E2764D" w:rsidRDefault="00F75996">
            <w:r>
              <w:rPr>
                <w:sz w:val="20"/>
              </w:rPr>
              <w:t>CISO and General Counsel hold independent blocking rights</w:t>
            </w:r>
          </w:p>
        </w:tc>
        <w:tc>
          <w:tcPr>
            <w:tcW w:w="2340" w:type="dxa"/>
          </w:tcPr>
          <w:p w14:paraId="39DB6452" w14:textId="77777777" w:rsidR="00E2764D" w:rsidRDefault="00F75996">
            <w:r>
              <w:rPr>
                <w:sz w:val="20"/>
              </w:rPr>
              <w:t>Where a release proceeds over a recorded objection from a control owner</w:t>
            </w:r>
          </w:p>
        </w:tc>
      </w:tr>
      <w:tr w:rsidR="00E2764D" w14:paraId="7E4FF9D4" w14:textId="77777777">
        <w:tc>
          <w:tcPr>
            <w:tcW w:w="2340" w:type="dxa"/>
          </w:tcPr>
          <w:p w14:paraId="30578F9E" w14:textId="77777777" w:rsidR="00E2764D" w:rsidRDefault="00F75996">
            <w:r>
              <w:rPr>
                <w:sz w:val="20"/>
              </w:rPr>
              <w:t>Suspension or shutdown of a live AI system</w:t>
            </w:r>
          </w:p>
        </w:tc>
        <w:tc>
          <w:tcPr>
            <w:tcW w:w="2340" w:type="dxa"/>
          </w:tcPr>
          <w:p w14:paraId="2A2D7B5D" w14:textId="77777777" w:rsidR="00E2764D" w:rsidRDefault="00F75996">
            <w:r>
              <w:rPr>
                <w:sz w:val="20"/>
              </w:rPr>
              <w:t>Yes, unilaterally and without prior consultation, as described in Section 13.3</w:t>
            </w:r>
          </w:p>
        </w:tc>
        <w:tc>
          <w:tcPr>
            <w:tcW w:w="2340" w:type="dxa"/>
          </w:tcPr>
          <w:p w14:paraId="2DE265E5" w14:textId="77777777" w:rsidR="00E2764D" w:rsidRDefault="00F75996">
            <w:r>
              <w:rPr>
                <w:sz w:val="20"/>
              </w:rPr>
              <w:t>Business sponsor is informed and plans the manual fallback</w:t>
            </w:r>
          </w:p>
        </w:tc>
        <w:tc>
          <w:tcPr>
            <w:tcW w:w="2340" w:type="dxa"/>
          </w:tcPr>
          <w:p w14:paraId="616BC420" w14:textId="77777777" w:rsidR="00E2764D" w:rsidRDefault="00F75996">
            <w:r>
              <w:rPr>
                <w:sz w:val="20"/>
              </w:rPr>
              <w:t>Any suspension of a customer-facing system is reported to the CEO same day</w:t>
            </w:r>
          </w:p>
        </w:tc>
      </w:tr>
      <w:tr w:rsidR="00E2764D" w14:paraId="2A07342A" w14:textId="77777777">
        <w:tc>
          <w:tcPr>
            <w:tcW w:w="2340" w:type="dxa"/>
          </w:tcPr>
          <w:p w14:paraId="5D304408" w14:textId="77777777" w:rsidR="00E2764D" w:rsidRDefault="00F75996">
            <w:r>
              <w:rPr>
                <w:sz w:val="20"/>
              </w:rPr>
              <w:t>Allocation of the enterprise AI budget across the portfolio</w:t>
            </w:r>
          </w:p>
        </w:tc>
        <w:tc>
          <w:tcPr>
            <w:tcW w:w="2340" w:type="dxa"/>
          </w:tcPr>
          <w:p w14:paraId="1FAED73A" w14:textId="77777777" w:rsidR="00E2764D" w:rsidRDefault="00F75996">
            <w:r>
              <w:rPr>
                <w:sz w:val="20"/>
              </w:rPr>
              <w:t>Yes, within the envelope agreed under Section 6.7</w:t>
            </w:r>
          </w:p>
        </w:tc>
        <w:tc>
          <w:tcPr>
            <w:tcW w:w="2340" w:type="dxa"/>
          </w:tcPr>
          <w:p w14:paraId="11838A44" w14:textId="77777777" w:rsidR="00E2764D" w:rsidRDefault="00F75996">
            <w:r>
              <w:rPr>
                <w:sz w:val="20"/>
              </w:rPr>
              <w:t>CFO owns the envelope, the funding model, and financial reporting</w:t>
            </w:r>
          </w:p>
        </w:tc>
        <w:tc>
          <w:tcPr>
            <w:tcW w:w="2340" w:type="dxa"/>
          </w:tcPr>
          <w:p w14:paraId="7E5BFD09" w14:textId="77777777" w:rsidR="00E2764D" w:rsidRDefault="00F75996">
            <w:r>
              <w:rPr>
                <w:sz w:val="20"/>
              </w:rPr>
              <w:t>Where reallocation changes a previously board-approved commitment</w:t>
            </w:r>
          </w:p>
        </w:tc>
      </w:tr>
      <w:tr w:rsidR="00E2764D" w14:paraId="5A6443AD" w14:textId="77777777">
        <w:tc>
          <w:tcPr>
            <w:tcW w:w="2340" w:type="dxa"/>
          </w:tcPr>
          <w:p w14:paraId="7168E654" w14:textId="77777777" w:rsidR="00E2764D" w:rsidRDefault="00F75996">
            <w:r>
              <w:rPr>
                <w:sz w:val="20"/>
              </w:rPr>
              <w:t>Public, customer, or regulatory disclosure about AI use</w:t>
            </w:r>
          </w:p>
        </w:tc>
        <w:tc>
          <w:tcPr>
            <w:tcW w:w="2340" w:type="dxa"/>
          </w:tcPr>
          <w:p w14:paraId="605911C2" w14:textId="77777777" w:rsidR="00E2764D" w:rsidRDefault="00F75996">
            <w:r>
              <w:rPr>
                <w:sz w:val="20"/>
              </w:rPr>
              <w:t>No, the officer prepares the technical and factual substance</w:t>
            </w:r>
          </w:p>
        </w:tc>
        <w:tc>
          <w:tcPr>
            <w:tcW w:w="2340" w:type="dxa"/>
          </w:tcPr>
          <w:p w14:paraId="540B3962" w14:textId="77777777" w:rsidR="00E2764D" w:rsidRDefault="00F75996">
            <w:r>
              <w:rPr>
                <w:sz w:val="20"/>
              </w:rPr>
              <w:t>General Counsel and Communications decide content and timing</w:t>
            </w:r>
          </w:p>
        </w:tc>
        <w:tc>
          <w:tcPr>
            <w:tcW w:w="2340" w:type="dxa"/>
          </w:tcPr>
          <w:p w14:paraId="4DA552BF" w14:textId="77777777" w:rsidR="00E2764D" w:rsidRDefault="00F75996">
            <w:r>
              <w:rPr>
                <w:sz w:val="20"/>
              </w:rPr>
              <w:t>Any disclosure to a regulator or any material public statement</w:t>
            </w:r>
          </w:p>
        </w:tc>
      </w:tr>
    </w:tbl>
    <w:p w14:paraId="538518F7" w14:textId="77777777" w:rsidR="00E2764D" w:rsidRDefault="00E2764D"/>
    <w:p w14:paraId="341BA2C2" w14:textId="77777777" w:rsidR="00E2764D" w:rsidRDefault="00F75996">
      <w:pPr>
        <w:pStyle w:val="Heading2"/>
      </w:pPr>
      <w:bookmarkStart w:id="7" w:name="_Toc241649675"/>
      <w:r>
        <w:lastRenderedPageBreak/>
        <w:t>2.3 Where the Role Reports and Why It Matters</w:t>
      </w:r>
      <w:bookmarkEnd w:id="7"/>
    </w:p>
    <w:p w14:paraId="233FBCF4" w14:textId="77777777" w:rsidR="00E2764D" w:rsidRDefault="00F75996">
      <w:r>
        <w:t>The reporting line determines what the role can actually do. Reporting to the chief executive maximizes independence and cross-functional authority, which matters most where AI touches regulated decisions and where the officer must be able to halt a system that a powerful business unit wants running. The cost is distance from engineering capacity: an officer without delivery resources becomes a governance function by default. Reporting to the chief information officer inverts the trade. Delivery capability is immediate and platform alignment is natural, but the officer's ability to challenge a technology decision, or to slow a delivery commitment that the same line manager has promised, is structurally weakened.</w:t>
      </w:r>
    </w:p>
    <w:p w14:paraId="5F409343" w14:textId="77777777" w:rsidR="00E2764D" w:rsidRDefault="00F75996">
      <w:r>
        <w:t>Reporting to the chief operating officer sits between the two and suits organizations whose AI ambition is concentrated in process and service operations rather than in product. Whichever line is chosen, two compensating mechanisms are required. First, the officer needs an unfiltered reporting path to the audit or risk committee, exercised at least annually and available on demand. Second, the blocking rights of the security, legal, and risk functions described in Section 2.2 must be independent of the officer's line management, so that no single reporting relationship can quietly disable the control set.</w:t>
      </w:r>
    </w:p>
    <w:p w14:paraId="4B5E5B23" w14:textId="77777777" w:rsidR="00E2764D" w:rsidRDefault="00F75996">
      <w:r>
        <w:rPr>
          <w:i/>
          <w:color w:val="808080"/>
        </w:rPr>
        <w:t>[PLACEHOLDER - Record the chosen reporting line for the Chief AI Officer, the date it was approved, the executive body that approved it, and the compensating independence mechanisms adopted.]</w:t>
      </w:r>
    </w:p>
    <w:p w14:paraId="7DDB39D5" w14:textId="77777777" w:rsidR="00E2764D" w:rsidRDefault="00F75996">
      <w:pPr>
        <w:pStyle w:val="Heading2"/>
      </w:pPr>
      <w:bookmarkStart w:id="8" w:name="_Toc241649676"/>
      <w:r>
        <w:t>2.4 Boundaries With Adjacent Officers</w:t>
      </w:r>
      <w:bookmarkEnd w:id="8"/>
    </w:p>
    <w:p w14:paraId="5E46A4B3" w14:textId="77777777" w:rsidR="00E2764D" w:rsidRDefault="00F75996">
      <w:r>
        <w:t>Most disputes about artificial intelligence are not disputes about artificial intelligence. They are unresolved boundary questions between existing executive portfolios that AI has made visible. The table below states each boundary and, more importantly, names the mechanism where the seam is managed, so that disagreement has a designated venue rather than escalating by default to the chief executive.</w:t>
      </w:r>
    </w:p>
    <w:p w14:paraId="57295ED6" w14:textId="77777777" w:rsidR="00E2764D" w:rsidRDefault="00F75996">
      <w:r>
        <w:rPr>
          <w:i/>
          <w:sz w:val="20"/>
        </w:rPr>
        <w:t>Table 2.4 - Boundaries between the Chief AI Officer and adjacent executive portfolios.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6EDC951A" w14:textId="77777777">
        <w:trPr>
          <w:tblHeader/>
        </w:trPr>
        <w:tc>
          <w:tcPr>
            <w:tcW w:w="2340" w:type="dxa"/>
            <w:shd w:val="clear" w:color="auto" w:fill="D5E8F0"/>
          </w:tcPr>
          <w:p w14:paraId="69282296" w14:textId="77777777" w:rsidR="00E2764D" w:rsidRDefault="00F75996">
            <w:r>
              <w:rPr>
                <w:b/>
                <w:sz w:val="20"/>
              </w:rPr>
              <w:t>Adjacent Officer</w:t>
            </w:r>
          </w:p>
        </w:tc>
        <w:tc>
          <w:tcPr>
            <w:tcW w:w="2340" w:type="dxa"/>
            <w:shd w:val="clear" w:color="auto" w:fill="D5E8F0"/>
          </w:tcPr>
          <w:p w14:paraId="43C3D572" w14:textId="77777777" w:rsidR="00E2764D" w:rsidRDefault="00F75996">
            <w:r>
              <w:rPr>
                <w:b/>
                <w:sz w:val="20"/>
              </w:rPr>
              <w:t>What They Own</w:t>
            </w:r>
          </w:p>
        </w:tc>
        <w:tc>
          <w:tcPr>
            <w:tcW w:w="2340" w:type="dxa"/>
            <w:shd w:val="clear" w:color="auto" w:fill="D5E8F0"/>
          </w:tcPr>
          <w:p w14:paraId="4AE0410B" w14:textId="77777777" w:rsidR="00E2764D" w:rsidRDefault="00F75996">
            <w:r>
              <w:rPr>
                <w:b/>
                <w:sz w:val="20"/>
              </w:rPr>
              <w:t>What the CAIO Owns</w:t>
            </w:r>
          </w:p>
        </w:tc>
        <w:tc>
          <w:tcPr>
            <w:tcW w:w="2340" w:type="dxa"/>
            <w:shd w:val="clear" w:color="auto" w:fill="D5E8F0"/>
          </w:tcPr>
          <w:p w14:paraId="182C198B" w14:textId="77777777" w:rsidR="00E2764D" w:rsidRDefault="00F75996">
            <w:r>
              <w:rPr>
                <w:b/>
                <w:sz w:val="20"/>
              </w:rPr>
              <w:t>Where the Seam Is Managed</w:t>
            </w:r>
          </w:p>
        </w:tc>
      </w:tr>
      <w:tr w:rsidR="00E2764D" w14:paraId="3E790E0D" w14:textId="77777777">
        <w:tc>
          <w:tcPr>
            <w:tcW w:w="2340" w:type="dxa"/>
          </w:tcPr>
          <w:p w14:paraId="1F50FBB6" w14:textId="77777777" w:rsidR="00E2764D" w:rsidRDefault="00F75996">
            <w:r>
              <w:rPr>
                <w:sz w:val="20"/>
              </w:rPr>
              <w:t>Chief Information Officer or Chief Technology Officer</w:t>
            </w:r>
          </w:p>
        </w:tc>
        <w:tc>
          <w:tcPr>
            <w:tcW w:w="2340" w:type="dxa"/>
          </w:tcPr>
          <w:p w14:paraId="00D532F0" w14:textId="77777777" w:rsidR="00E2764D" w:rsidRDefault="00F75996">
            <w:r>
              <w:rPr>
                <w:sz w:val="20"/>
              </w:rPr>
              <w:t>Cloud platform, networks, hosting, the engineering workforce, and the application estate</w:t>
            </w:r>
          </w:p>
        </w:tc>
        <w:tc>
          <w:tcPr>
            <w:tcW w:w="2340" w:type="dxa"/>
          </w:tcPr>
          <w:p w14:paraId="0E0FCF0C" w14:textId="77777777" w:rsidR="00E2764D" w:rsidRDefault="00F75996">
            <w:r>
              <w:rPr>
                <w:sz w:val="20"/>
              </w:rPr>
              <w:t>AI-specific architecture, model and agent standards, grounding, evaluation, and the AI portfolio</w:t>
            </w:r>
          </w:p>
        </w:tc>
        <w:tc>
          <w:tcPr>
            <w:tcW w:w="2340" w:type="dxa"/>
          </w:tcPr>
          <w:p w14:paraId="0F86B922" w14:textId="77777777" w:rsidR="00E2764D" w:rsidRDefault="00F75996">
            <w:r>
              <w:rPr>
                <w:sz w:val="20"/>
              </w:rPr>
              <w:t>Joint architecture review board, with the reference architecture in Section 6.2 as the shared artifact</w:t>
            </w:r>
          </w:p>
        </w:tc>
      </w:tr>
      <w:tr w:rsidR="00E2764D" w14:paraId="203CC95D" w14:textId="77777777">
        <w:tc>
          <w:tcPr>
            <w:tcW w:w="2340" w:type="dxa"/>
          </w:tcPr>
          <w:p w14:paraId="451CEFDD" w14:textId="77777777" w:rsidR="00E2764D" w:rsidRDefault="00F75996">
            <w:r>
              <w:rPr>
                <w:sz w:val="20"/>
              </w:rPr>
              <w:t>Chief Information Security Officer</w:t>
            </w:r>
          </w:p>
        </w:tc>
        <w:tc>
          <w:tcPr>
            <w:tcW w:w="2340" w:type="dxa"/>
          </w:tcPr>
          <w:p w14:paraId="022AB912" w14:textId="77777777" w:rsidR="00E2764D" w:rsidRDefault="00F75996">
            <w:r>
              <w:rPr>
                <w:sz w:val="20"/>
              </w:rPr>
              <w:t>Security policy, the perimeter, identity controls, monitoring, and incident command</w:t>
            </w:r>
          </w:p>
        </w:tc>
        <w:tc>
          <w:tcPr>
            <w:tcW w:w="2340" w:type="dxa"/>
          </w:tcPr>
          <w:p w14:paraId="3C0A9B77" w14:textId="77777777" w:rsidR="00E2764D" w:rsidRDefault="00F75996">
            <w:r>
              <w:rPr>
                <w:sz w:val="20"/>
              </w:rPr>
              <w:t>AI-specific threat coverage, red teaming as a release gate, and agent permission design</w:t>
            </w:r>
          </w:p>
        </w:tc>
        <w:tc>
          <w:tcPr>
            <w:tcW w:w="2340" w:type="dxa"/>
          </w:tcPr>
          <w:p w14:paraId="7DFAF959" w14:textId="77777777" w:rsidR="00E2764D" w:rsidRDefault="00F75996">
            <w:r>
              <w:rPr>
                <w:sz w:val="20"/>
              </w:rPr>
              <w:t>Security release gate described in Section 7.5, where the CISO holds a blocking right</w:t>
            </w:r>
          </w:p>
        </w:tc>
      </w:tr>
      <w:tr w:rsidR="00E2764D" w14:paraId="54E71949" w14:textId="77777777">
        <w:tc>
          <w:tcPr>
            <w:tcW w:w="2340" w:type="dxa"/>
          </w:tcPr>
          <w:p w14:paraId="5705BC57" w14:textId="77777777" w:rsidR="00E2764D" w:rsidRDefault="00F75996">
            <w:r>
              <w:rPr>
                <w:sz w:val="20"/>
              </w:rPr>
              <w:lastRenderedPageBreak/>
              <w:t>Chief Data Officer</w:t>
            </w:r>
          </w:p>
        </w:tc>
        <w:tc>
          <w:tcPr>
            <w:tcW w:w="2340" w:type="dxa"/>
          </w:tcPr>
          <w:p w14:paraId="1217415B" w14:textId="77777777" w:rsidR="00E2764D" w:rsidRDefault="00F75996">
            <w:r>
              <w:rPr>
                <w:sz w:val="20"/>
              </w:rPr>
              <w:t>Data ownership, quality remediation, cataloging, lineage, and stewardship</w:t>
            </w:r>
          </w:p>
        </w:tc>
        <w:tc>
          <w:tcPr>
            <w:tcW w:w="2340" w:type="dxa"/>
          </w:tcPr>
          <w:p w14:paraId="2132FB2E" w14:textId="77777777" w:rsidR="00E2764D" w:rsidRDefault="00F75996">
            <w:r>
              <w:rPr>
                <w:sz w:val="20"/>
              </w:rPr>
              <w:t>AI readiness assessment of a data domain and the grounding and retrieval design</w:t>
            </w:r>
          </w:p>
        </w:tc>
        <w:tc>
          <w:tcPr>
            <w:tcW w:w="2340" w:type="dxa"/>
          </w:tcPr>
          <w:p w14:paraId="3BDAD340" w14:textId="77777777" w:rsidR="00E2764D" w:rsidRDefault="00F75996">
            <w:r>
              <w:rPr>
                <w:sz w:val="20"/>
              </w:rPr>
              <w:t>Data readiness review described in Section 15.4, held before a domain enters an AI use case</w:t>
            </w:r>
          </w:p>
        </w:tc>
      </w:tr>
      <w:tr w:rsidR="00E2764D" w14:paraId="6A0454CC" w14:textId="77777777">
        <w:tc>
          <w:tcPr>
            <w:tcW w:w="2340" w:type="dxa"/>
          </w:tcPr>
          <w:p w14:paraId="40C1F9F5" w14:textId="77777777" w:rsidR="00E2764D" w:rsidRDefault="00F75996">
            <w:r>
              <w:rPr>
                <w:sz w:val="20"/>
              </w:rPr>
              <w:t>Chief Risk Officer</w:t>
            </w:r>
          </w:p>
        </w:tc>
        <w:tc>
          <w:tcPr>
            <w:tcW w:w="2340" w:type="dxa"/>
          </w:tcPr>
          <w:p w14:paraId="6C9F102E" w14:textId="77777777" w:rsidR="00E2764D" w:rsidRDefault="00F75996">
            <w:r>
              <w:rPr>
                <w:sz w:val="20"/>
              </w:rPr>
              <w:t>Enterprise risk appetite, the risk taxonomy, and independent second-line challenge</w:t>
            </w:r>
          </w:p>
        </w:tc>
        <w:tc>
          <w:tcPr>
            <w:tcW w:w="2340" w:type="dxa"/>
          </w:tcPr>
          <w:p w14:paraId="2D3CAF4C" w14:textId="77777777" w:rsidR="00E2764D" w:rsidRDefault="00F75996">
            <w:r>
              <w:rPr>
                <w:sz w:val="20"/>
              </w:rPr>
              <w:t>AI risk tiering, control design for AI systems, and the AI system inventory</w:t>
            </w:r>
          </w:p>
        </w:tc>
        <w:tc>
          <w:tcPr>
            <w:tcW w:w="2340" w:type="dxa"/>
          </w:tcPr>
          <w:p w14:paraId="0C1DB062" w14:textId="77777777" w:rsidR="00E2764D" w:rsidRDefault="00F75996">
            <w:r>
              <w:rPr>
                <w:sz w:val="20"/>
              </w:rPr>
              <w:t>AI Governance Council in Section 8.3, where second-line challenge is formally recorded</w:t>
            </w:r>
          </w:p>
        </w:tc>
      </w:tr>
      <w:tr w:rsidR="00E2764D" w14:paraId="3D279185" w14:textId="77777777">
        <w:tc>
          <w:tcPr>
            <w:tcW w:w="2340" w:type="dxa"/>
          </w:tcPr>
          <w:p w14:paraId="433614F7" w14:textId="77777777" w:rsidR="00E2764D" w:rsidRDefault="00F75996">
            <w:r>
              <w:rPr>
                <w:sz w:val="20"/>
              </w:rPr>
              <w:t>General Counsel</w:t>
            </w:r>
          </w:p>
        </w:tc>
        <w:tc>
          <w:tcPr>
            <w:tcW w:w="2340" w:type="dxa"/>
          </w:tcPr>
          <w:p w14:paraId="0CCF0F11" w14:textId="77777777" w:rsidR="00E2764D" w:rsidRDefault="00F75996">
            <w:r>
              <w:rPr>
                <w:sz w:val="20"/>
              </w:rPr>
              <w:t>Legal interpretation, regulatory engagement, contracts, and disclosure decisions</w:t>
            </w:r>
          </w:p>
        </w:tc>
        <w:tc>
          <w:tcPr>
            <w:tcW w:w="2340" w:type="dxa"/>
          </w:tcPr>
          <w:p w14:paraId="7E81AFA7" w14:textId="77777777" w:rsidR="00E2764D" w:rsidRDefault="00F75996">
            <w:r>
              <w:rPr>
                <w:sz w:val="20"/>
              </w:rPr>
              <w:t>Factual and technical substance of how each AI system works and what it does</w:t>
            </w:r>
          </w:p>
        </w:tc>
        <w:tc>
          <w:tcPr>
            <w:tcW w:w="2340" w:type="dxa"/>
          </w:tcPr>
          <w:p w14:paraId="503C8783" w14:textId="77777777" w:rsidR="00E2764D" w:rsidRDefault="00F75996">
            <w:r>
              <w:rPr>
                <w:sz w:val="20"/>
              </w:rPr>
              <w:t>Regulatory applicability mapping in Section 11.3, refreshed at each material change</w:t>
            </w:r>
          </w:p>
        </w:tc>
      </w:tr>
      <w:tr w:rsidR="00E2764D" w14:paraId="298EDEFF" w14:textId="77777777">
        <w:tc>
          <w:tcPr>
            <w:tcW w:w="2340" w:type="dxa"/>
          </w:tcPr>
          <w:p w14:paraId="3206687E" w14:textId="77777777" w:rsidR="00E2764D" w:rsidRDefault="00F75996">
            <w:r>
              <w:rPr>
                <w:sz w:val="20"/>
              </w:rPr>
              <w:t>Chief Financial Officer</w:t>
            </w:r>
          </w:p>
        </w:tc>
        <w:tc>
          <w:tcPr>
            <w:tcW w:w="2340" w:type="dxa"/>
          </w:tcPr>
          <w:p w14:paraId="3AE3870F" w14:textId="77777777" w:rsidR="00E2764D" w:rsidRDefault="00F75996">
            <w:r>
              <w:rPr>
                <w:sz w:val="20"/>
              </w:rPr>
              <w:t>The funding envelope, financial controls, and benefit verification</w:t>
            </w:r>
          </w:p>
        </w:tc>
        <w:tc>
          <w:tcPr>
            <w:tcW w:w="2340" w:type="dxa"/>
          </w:tcPr>
          <w:p w14:paraId="45C129C2" w14:textId="77777777" w:rsidR="00E2764D" w:rsidRDefault="00F75996">
            <w:r>
              <w:rPr>
                <w:sz w:val="20"/>
              </w:rPr>
              <w:t>Allocation within the envelope, cost instrumentation, and value measurement design</w:t>
            </w:r>
          </w:p>
        </w:tc>
        <w:tc>
          <w:tcPr>
            <w:tcW w:w="2340" w:type="dxa"/>
          </w:tcPr>
          <w:p w14:paraId="1E6BD31E" w14:textId="77777777" w:rsidR="00E2764D" w:rsidRDefault="00F75996">
            <w:r>
              <w:rPr>
                <w:sz w:val="20"/>
              </w:rPr>
              <w:t>Funding model in Section 6.7 and the KPI framework in Section 17.2</w:t>
            </w:r>
          </w:p>
        </w:tc>
      </w:tr>
    </w:tbl>
    <w:p w14:paraId="690D9FD8" w14:textId="77777777" w:rsidR="00E2764D" w:rsidRDefault="00E2764D"/>
    <w:p w14:paraId="4ABA1F0C" w14:textId="77777777" w:rsidR="00E2764D" w:rsidRDefault="00F75996">
      <w:pPr>
        <w:pStyle w:val="Heading2"/>
      </w:pPr>
      <w:bookmarkStart w:id="9" w:name="_Toc241649677"/>
      <w:r>
        <w:t>2.5 Goals of This Playbook</w:t>
      </w:r>
      <w:bookmarkEnd w:id="9"/>
    </w:p>
    <w:p w14:paraId="6145F9AE" w14:textId="77777777" w:rsidR="00E2764D" w:rsidRDefault="00F75996">
      <w:r>
        <w:t>The playbook exists to make a specific set of outcomes achievable and verifiable. Each goal below is stated so that its achievement can be evidenced rather than asserted, which is the standard the officer will be held to by auditors, regulators, and the board.</w:t>
      </w:r>
    </w:p>
    <w:p w14:paraId="54887EBF" w14:textId="77777777" w:rsidR="00E2764D" w:rsidRDefault="00F75996">
      <w:pPr>
        <w:pStyle w:val="ListBullet"/>
      </w:pPr>
      <w:r>
        <w:rPr>
          <w:b/>
        </w:rPr>
        <w:t>Establish unambiguous accountability</w:t>
      </w:r>
      <w:r>
        <w:t>: every AI system in the enterprise has a named business owner, a named technical owner, a recorded risk tier, and a documented approval, with no exceptions for pilots or vendor-embedded features.</w:t>
      </w:r>
    </w:p>
    <w:p w14:paraId="13734CDE" w14:textId="77777777" w:rsidR="00E2764D" w:rsidRDefault="00F75996">
      <w:pPr>
        <w:pStyle w:val="ListBullet"/>
      </w:pPr>
      <w:r>
        <w:rPr>
          <w:b/>
        </w:rPr>
        <w:t>Make the governed path the fastest path</w:t>
      </w:r>
      <w:r>
        <w:t>: teams adopt the intake process in Section 6.4 because it delivers a compliant environment, reusable components, and a decision faster than working around it, not because policy forbids alternatives.</w:t>
      </w:r>
    </w:p>
    <w:p w14:paraId="49588E34" w14:textId="77777777" w:rsidR="00E2764D" w:rsidRDefault="00F75996">
      <w:pPr>
        <w:pStyle w:val="ListBullet"/>
      </w:pPr>
      <w:r>
        <w:rPr>
          <w:b/>
        </w:rPr>
        <w:t>Build one platform rather than many</w:t>
      </w:r>
      <w:r>
        <w:t>: AI workloads converge on the shared Azure reference architecture in Section 6.2 so that controls, monitoring, and cost management are implemented once and inherited by every use case.</w:t>
      </w:r>
    </w:p>
    <w:p w14:paraId="65544B83" w14:textId="77777777" w:rsidR="00E2764D" w:rsidRDefault="00F75996">
      <w:pPr>
        <w:pStyle w:val="ListBullet"/>
      </w:pPr>
      <w:r>
        <w:rPr>
          <w:b/>
        </w:rPr>
        <w:t>Convert risk management into a release mechanism</w:t>
      </w:r>
      <w:r>
        <w:t>: guardrails, evaluation, and red teaming operate as automated gates in the delivery pipeline rather than as documents produced after the fact.</w:t>
      </w:r>
    </w:p>
    <w:p w14:paraId="6DE1CCA2" w14:textId="77777777" w:rsidR="00E2764D" w:rsidRDefault="00F75996">
      <w:pPr>
        <w:pStyle w:val="ListBullet"/>
      </w:pPr>
      <w:r>
        <w:rPr>
          <w:b/>
        </w:rPr>
        <w:lastRenderedPageBreak/>
        <w:t>Demonstrate value against a baseline</w:t>
      </w:r>
      <w:r>
        <w:t>: every use case establishes a pre-deployment measurement baseline so that claimed benefits can be verified by finance rather than estimated by the team that built the system.</w:t>
      </w:r>
    </w:p>
    <w:p w14:paraId="0A746036" w14:textId="77777777" w:rsidR="00E2764D" w:rsidRDefault="00F75996">
      <w:pPr>
        <w:pStyle w:val="ListBullet"/>
      </w:pPr>
      <w:r>
        <w:rPr>
          <w:b/>
        </w:rPr>
        <w:t>Prepare the organization for external scrutiny</w:t>
      </w:r>
      <w:r>
        <w:t>: the inventory, the decision log, the evaluation records, and the incident history are maintained continuously so that a regulator, auditor, or insurer request can be answered from existing records.</w:t>
      </w:r>
    </w:p>
    <w:p w14:paraId="2D9BA6C0" w14:textId="77777777" w:rsidR="00E2764D" w:rsidRDefault="00F75996">
      <w:pPr>
        <w:pStyle w:val="Heading2"/>
      </w:pPr>
      <w:bookmarkStart w:id="10" w:name="_Toc241649678"/>
      <w:r>
        <w:t>2.6 What Success Looks Like</w:t>
      </w:r>
      <w:bookmarkEnd w:id="10"/>
    </w:p>
    <w:p w14:paraId="4758D0E4" w14:textId="77777777" w:rsidR="00E2764D" w:rsidRDefault="00F75996">
      <w:r>
        <w:t>At twelve months, success is structural rather than spectacular. The enterprise has a complete inventory of AI systems including those embedded in purchased software, a governance council that meets and produces decisions rather than discussion, a single Azure platform on which new use cases are provisioned in days rather than quarters, and at least one production system delivering a benefit that finance has verified against a baseline. Shadow adoption has declined because a sanctioned alternative exists. The officer can answer, without preparation, how many AI systems are running, what each does, who owns it, and what would happen if it failed.</w:t>
      </w:r>
    </w:p>
    <w:p w14:paraId="35529D0F" w14:textId="77777777" w:rsidR="00E2764D" w:rsidRDefault="00F75996">
      <w:r>
        <w:t>At thirty-six months, success is compounding. The platform, the controls, and the data foundation are shared assets, so the marginal cost and the marginal risk of each additional use case fall rather than rise. Governance decisions are made in days because precedent exists. The portfolio contains systems that have been retired deliberately as well as systems that have scaled, which demonstrates that the organization can stop as well as start. Most importantly, the AI agenda is discussed in the language of business outcomes and risk appetite rather than in the language of technology, which is the clearest evidence that the role has been absorbed into how the enterprise runs.</w:t>
      </w:r>
    </w:p>
    <w:p w14:paraId="3D60274F" w14:textId="77777777" w:rsidR="00E2764D" w:rsidRDefault="00F75996">
      <w:r>
        <w:t>Three mandates constitute the priority portfolio for the first year. The first is the enterprise AI operating model and portfolio governance, which establishes the decision machinery. The second is AI risk, assurance, and regulatory readiness, which makes the organization defensible under scrutiny. The third is the AI platform and data foundation on Microsoft Azure, which makes delivery repeatable. They are sequenced deliberately and are examined in detail in Section 18.</w:t>
      </w:r>
    </w:p>
    <w:p w14:paraId="2CD0D9E4" w14:textId="77777777" w:rsidR="00E2764D" w:rsidRDefault="00F75996">
      <w:pPr>
        <w:pStyle w:val="Heading2"/>
      </w:pPr>
      <w:bookmarkStart w:id="11" w:name="_Toc241649679"/>
      <w:r>
        <w:t>2.7 Board Question Table</w:t>
      </w:r>
      <w:bookmarkEnd w:id="11"/>
    </w:p>
    <w:p w14:paraId="6343D1A6" w14:textId="77777777" w:rsidR="00E2764D" w:rsidRDefault="00F75996">
      <w:r>
        <w:t>Directors ask a small number of recurring questions about artificial intelligence, and an officer who cannot answer them concisely will lose the confidence of the board regardless of the quality of the underlying program. The table maps each question to the mechanism that answers it and to the section that documents that mechanism.</w:t>
      </w:r>
    </w:p>
    <w:p w14:paraId="3BCEB4A2" w14:textId="77777777" w:rsidR="00E2764D" w:rsidRDefault="00F75996">
      <w:r>
        <w:rPr>
          <w:i/>
          <w:sz w:val="20"/>
        </w:rPr>
        <w:t>Table 2.7 - Board questions and where this playbook answers them.</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31821553" w14:textId="77777777">
        <w:trPr>
          <w:tblHeader/>
        </w:trPr>
        <w:tc>
          <w:tcPr>
            <w:tcW w:w="3120" w:type="dxa"/>
            <w:shd w:val="clear" w:color="auto" w:fill="D5E8F0"/>
          </w:tcPr>
          <w:p w14:paraId="03F470D7" w14:textId="77777777" w:rsidR="00E2764D" w:rsidRDefault="00F75996">
            <w:r>
              <w:rPr>
                <w:b/>
                <w:sz w:val="20"/>
              </w:rPr>
              <w:t>Question the Board Will Ask</w:t>
            </w:r>
          </w:p>
        </w:tc>
        <w:tc>
          <w:tcPr>
            <w:tcW w:w="3120" w:type="dxa"/>
            <w:shd w:val="clear" w:color="auto" w:fill="D5E8F0"/>
          </w:tcPr>
          <w:p w14:paraId="53998E3E" w14:textId="77777777" w:rsidR="00E2764D" w:rsidRDefault="00F75996">
            <w:r>
              <w:rPr>
                <w:b/>
                <w:sz w:val="20"/>
              </w:rPr>
              <w:t>The Answer in This Playbook</w:t>
            </w:r>
          </w:p>
        </w:tc>
        <w:tc>
          <w:tcPr>
            <w:tcW w:w="3120" w:type="dxa"/>
            <w:shd w:val="clear" w:color="auto" w:fill="D5E8F0"/>
          </w:tcPr>
          <w:p w14:paraId="44F2CBD2" w14:textId="77777777" w:rsidR="00E2764D" w:rsidRDefault="00F75996">
            <w:r>
              <w:rPr>
                <w:b/>
                <w:sz w:val="20"/>
              </w:rPr>
              <w:t>Where It Is Covered</w:t>
            </w:r>
          </w:p>
        </w:tc>
      </w:tr>
      <w:tr w:rsidR="00E2764D" w14:paraId="2037AE4E" w14:textId="77777777">
        <w:tc>
          <w:tcPr>
            <w:tcW w:w="3120" w:type="dxa"/>
          </w:tcPr>
          <w:p w14:paraId="6678E96A" w14:textId="77777777" w:rsidR="00E2764D" w:rsidRDefault="00F75996">
            <w:r>
              <w:rPr>
                <w:sz w:val="20"/>
              </w:rPr>
              <w:t>Who is accountable if an AI system causes harm?</w:t>
            </w:r>
          </w:p>
        </w:tc>
        <w:tc>
          <w:tcPr>
            <w:tcW w:w="3120" w:type="dxa"/>
          </w:tcPr>
          <w:p w14:paraId="479F86A9" w14:textId="77777777" w:rsidR="00E2764D" w:rsidRDefault="00F75996">
            <w:r>
              <w:rPr>
                <w:sz w:val="20"/>
              </w:rPr>
              <w:t xml:space="preserve">A named business owner and technical owner for every system, with the Chief AI Officer </w:t>
            </w:r>
            <w:r>
              <w:rPr>
                <w:sz w:val="20"/>
              </w:rPr>
              <w:lastRenderedPageBreak/>
              <w:t>accountable for the framework and the tiering decision</w:t>
            </w:r>
          </w:p>
        </w:tc>
        <w:tc>
          <w:tcPr>
            <w:tcW w:w="3120" w:type="dxa"/>
          </w:tcPr>
          <w:p w14:paraId="4DFDE499" w14:textId="77777777" w:rsidR="00E2764D" w:rsidRDefault="00F75996">
            <w:r>
              <w:rPr>
                <w:sz w:val="20"/>
              </w:rPr>
              <w:lastRenderedPageBreak/>
              <w:t>Sections 2.2 and 8.4</w:t>
            </w:r>
          </w:p>
        </w:tc>
      </w:tr>
      <w:tr w:rsidR="00E2764D" w14:paraId="1716A6DC" w14:textId="77777777">
        <w:tc>
          <w:tcPr>
            <w:tcW w:w="3120" w:type="dxa"/>
          </w:tcPr>
          <w:p w14:paraId="1326AF52" w14:textId="77777777" w:rsidR="00E2764D" w:rsidRDefault="00F75996">
            <w:r>
              <w:rPr>
                <w:sz w:val="20"/>
              </w:rPr>
              <w:t>How do we know what AI is running in this organization?</w:t>
            </w:r>
          </w:p>
        </w:tc>
        <w:tc>
          <w:tcPr>
            <w:tcW w:w="3120" w:type="dxa"/>
          </w:tcPr>
          <w:p w14:paraId="4E208D1E" w14:textId="77777777" w:rsidR="00E2764D" w:rsidRDefault="00F75996">
            <w:r>
              <w:rPr>
                <w:sz w:val="20"/>
              </w:rPr>
              <w:t>A maintained AI system inventory covering built, bought, and embedded AI, reconciled against procurement and cloud spend</w:t>
            </w:r>
          </w:p>
        </w:tc>
        <w:tc>
          <w:tcPr>
            <w:tcW w:w="3120" w:type="dxa"/>
          </w:tcPr>
          <w:p w14:paraId="51D297CE" w14:textId="77777777" w:rsidR="00E2764D" w:rsidRDefault="00F75996">
            <w:r>
              <w:rPr>
                <w:sz w:val="20"/>
              </w:rPr>
              <w:t>Sections 8.4 and 19.2</w:t>
            </w:r>
          </w:p>
        </w:tc>
      </w:tr>
      <w:tr w:rsidR="00E2764D" w14:paraId="3424D866" w14:textId="77777777">
        <w:tc>
          <w:tcPr>
            <w:tcW w:w="3120" w:type="dxa"/>
          </w:tcPr>
          <w:p w14:paraId="5B0C0469" w14:textId="77777777" w:rsidR="00E2764D" w:rsidRDefault="00F75996">
            <w:r>
              <w:rPr>
                <w:sz w:val="20"/>
              </w:rPr>
              <w:t>What stops an AI system from doing something we would never authorize?</w:t>
            </w:r>
          </w:p>
        </w:tc>
        <w:tc>
          <w:tcPr>
            <w:tcW w:w="3120" w:type="dxa"/>
          </w:tcPr>
          <w:p w14:paraId="77121CB6" w14:textId="77777777" w:rsidR="00E2764D" w:rsidRDefault="00F75996">
            <w:r>
              <w:rPr>
                <w:sz w:val="20"/>
              </w:rPr>
              <w:t>Deterministic guardrails, scoped agent permissions, enumerated human-only actions, and a tested single-action kill switch</w:t>
            </w:r>
          </w:p>
        </w:tc>
        <w:tc>
          <w:tcPr>
            <w:tcW w:w="3120" w:type="dxa"/>
          </w:tcPr>
          <w:p w14:paraId="0CE479E4" w14:textId="77777777" w:rsidR="00E2764D" w:rsidRDefault="00F75996">
            <w:r>
              <w:rPr>
                <w:sz w:val="20"/>
              </w:rPr>
              <w:t>Sections 7.3, 12.3, and 13.3</w:t>
            </w:r>
          </w:p>
        </w:tc>
      </w:tr>
      <w:tr w:rsidR="00E2764D" w14:paraId="26E26879" w14:textId="77777777">
        <w:tc>
          <w:tcPr>
            <w:tcW w:w="3120" w:type="dxa"/>
          </w:tcPr>
          <w:p w14:paraId="048EA038" w14:textId="77777777" w:rsidR="00E2764D" w:rsidRDefault="00F75996">
            <w:r>
              <w:rPr>
                <w:sz w:val="20"/>
              </w:rPr>
              <w:t>Are we compliant with the regulations that apply to us?</w:t>
            </w:r>
          </w:p>
        </w:tc>
        <w:tc>
          <w:tcPr>
            <w:tcW w:w="3120" w:type="dxa"/>
          </w:tcPr>
          <w:p w14:paraId="6EA52BAE" w14:textId="77777777" w:rsidR="00E2764D" w:rsidRDefault="00F75996">
            <w:r>
              <w:rPr>
                <w:sz w:val="20"/>
              </w:rPr>
              <w:t>A regulatory map maintained with counsel, a per-use-case applicability mapping, and evidence retained for examination</w:t>
            </w:r>
          </w:p>
        </w:tc>
        <w:tc>
          <w:tcPr>
            <w:tcW w:w="3120" w:type="dxa"/>
          </w:tcPr>
          <w:p w14:paraId="518999E9" w14:textId="77777777" w:rsidR="00E2764D" w:rsidRDefault="00F75996">
            <w:r>
              <w:rPr>
                <w:sz w:val="20"/>
              </w:rPr>
              <w:t>Sections 11.1 and 11.3</w:t>
            </w:r>
          </w:p>
        </w:tc>
      </w:tr>
      <w:tr w:rsidR="00E2764D" w14:paraId="2C4882BC" w14:textId="77777777">
        <w:tc>
          <w:tcPr>
            <w:tcW w:w="3120" w:type="dxa"/>
          </w:tcPr>
          <w:p w14:paraId="56CEA1DA" w14:textId="77777777" w:rsidR="00E2764D" w:rsidRDefault="00F75996">
            <w:r>
              <w:rPr>
                <w:sz w:val="20"/>
              </w:rPr>
              <w:t>Is this delivering value or is it an experiment?</w:t>
            </w:r>
          </w:p>
        </w:tc>
        <w:tc>
          <w:tcPr>
            <w:tcW w:w="3120" w:type="dxa"/>
          </w:tcPr>
          <w:p w14:paraId="5024155D" w14:textId="77777777" w:rsidR="00E2764D" w:rsidRDefault="00F75996">
            <w:r>
              <w:rPr>
                <w:sz w:val="20"/>
              </w:rPr>
              <w:t>Every use case establishes a pre-deployment baseline and reports verified outcomes to finance on a fixed cadence</w:t>
            </w:r>
          </w:p>
        </w:tc>
        <w:tc>
          <w:tcPr>
            <w:tcW w:w="3120" w:type="dxa"/>
          </w:tcPr>
          <w:p w14:paraId="13548394" w14:textId="77777777" w:rsidR="00E2764D" w:rsidRDefault="00F75996">
            <w:r>
              <w:rPr>
                <w:sz w:val="20"/>
              </w:rPr>
              <w:t>Sections 17.2 and 17.3</w:t>
            </w:r>
          </w:p>
        </w:tc>
      </w:tr>
      <w:tr w:rsidR="00E2764D" w14:paraId="069812D9" w14:textId="77777777">
        <w:tc>
          <w:tcPr>
            <w:tcW w:w="3120" w:type="dxa"/>
          </w:tcPr>
          <w:p w14:paraId="74CC2216" w14:textId="77777777" w:rsidR="00E2764D" w:rsidRDefault="00F75996">
            <w:r>
              <w:rPr>
                <w:sz w:val="20"/>
              </w:rPr>
              <w:t>What is this costing us and is the cost controlled?</w:t>
            </w:r>
          </w:p>
        </w:tc>
        <w:tc>
          <w:tcPr>
            <w:tcW w:w="3120" w:type="dxa"/>
          </w:tcPr>
          <w:p w14:paraId="5644A43F" w14:textId="77777777" w:rsidR="00E2764D" w:rsidRDefault="00F75996">
            <w:r>
              <w:rPr>
                <w:sz w:val="20"/>
              </w:rPr>
              <w:t>A defined funding model, cost instrumentation per use case, quota and capacity controls, and reporting against an agreed envelope</w:t>
            </w:r>
          </w:p>
        </w:tc>
        <w:tc>
          <w:tcPr>
            <w:tcW w:w="3120" w:type="dxa"/>
          </w:tcPr>
          <w:p w14:paraId="225DE147" w14:textId="77777777" w:rsidR="00E2764D" w:rsidRDefault="00F75996">
            <w:r>
              <w:rPr>
                <w:sz w:val="20"/>
              </w:rPr>
              <w:t>Sections 6.7 and 17.1</w:t>
            </w:r>
          </w:p>
        </w:tc>
      </w:tr>
    </w:tbl>
    <w:p w14:paraId="1317CF33" w14:textId="77777777" w:rsidR="00E2764D" w:rsidRDefault="00E2764D"/>
    <w:p w14:paraId="13748C21" w14:textId="77777777" w:rsidR="00E2764D" w:rsidRDefault="00F75996">
      <w:pPr>
        <w:pStyle w:val="Heading1"/>
        <w:pageBreakBefore/>
      </w:pPr>
      <w:bookmarkStart w:id="12" w:name="_Toc241649680"/>
      <w:r>
        <w:lastRenderedPageBreak/>
        <w:t>3. Understanding Microsoft Azure and Artificial Intelligence</w:t>
      </w:r>
      <w:bookmarkEnd w:id="12"/>
    </w:p>
    <w:p w14:paraId="79309518" w14:textId="77777777" w:rsidR="00E2764D" w:rsidRDefault="00F75996">
      <w:r>
        <w:t>Many Chief AI Officers arrive from risk, legal, strategy, or operations rather than from engineering. That background is an advantage in the parts of the role that matter most, but it becomes a liability the moment the officer cannot tell when a technical answer is evasive. This section provides the working knowledge required to hold a credible conversation with a solution architect, to recognize when an estimate is unrealistic, and to explain to a board in plain language what the organization is actually buying. It assumes no prior cloud or machine learning knowledge and does not attempt to make the reader an engineer.</w:t>
      </w:r>
    </w:p>
    <w:p w14:paraId="57D4A205" w14:textId="77777777" w:rsidR="00E2764D" w:rsidRDefault="00F75996">
      <w:pPr>
        <w:pStyle w:val="Heading2"/>
      </w:pPr>
      <w:bookmarkStart w:id="13" w:name="_Toc241649681"/>
      <w:r>
        <w:t>3.1 What Microsoft Azure Is</w:t>
      </w:r>
      <w:bookmarkEnd w:id="13"/>
    </w:p>
    <w:p w14:paraId="13586DAA" w14:textId="77777777" w:rsidR="00E2764D" w:rsidRDefault="00F75996">
      <w:r>
        <w:t>Microsoft Azure is a public cloud: a global estate of data centers whose computing, storage, networking, and software capabilities are rented on demand rather than purchased and installed. The practical consequence for an executive is that capacity becomes a variable cost and a configuration choice rather than a capital project with a procurement lead time. A team that needs a database, a search index, and a model endpoint can have all three running within a day, which is precisely why governance must be designed to operate at that speed rather than at the speed of a traditional change advisory board.</w:t>
      </w:r>
    </w:p>
    <w:p w14:paraId="4273D00D" w14:textId="77777777" w:rsidR="00E2764D" w:rsidRDefault="00F75996">
      <w:r>
        <w:t>Azure is organized into regions, which are geographic clusters of data centers. Region selection determines where data physically resides, which services are available, and how the organization satisfies data residency obligations. Availability zones within a region provide protection against the failure of a single facility, and paired regions provide protection against the loss of an entire region. The officer does not need to design this, but must ensure that region strategy is a recorded decision with legal input rather than a default accepted by whoever provisioned the first resource.</w:t>
      </w:r>
    </w:p>
    <w:p w14:paraId="70014C86" w14:textId="77777777" w:rsidR="00E2764D" w:rsidRDefault="00F75996">
      <w:r>
        <w:t>The shared responsibility model defines the boundary between what Microsoft secures and what the organization secures. Microsoft is responsible for the physical facilities, the hardware, and the underlying platform. The organization remains responsible for its data, its identities and access control, its application configuration, and the decisions its systems make. This boundary is frequently misunderstood at executive level, and the misunderstanding is dangerous: adopting a managed service transfers operational effort, not accountability. Cost follows consumption, which means that an AI system left running without controls generates expense continuously and silently, a risk addressed in Sections 6.7 and 17.1.</w:t>
      </w:r>
    </w:p>
    <w:p w14:paraId="7CE1ADA8" w14:textId="77777777" w:rsidR="00E2764D" w:rsidRDefault="00F75996">
      <w:pPr>
        <w:pStyle w:val="Heading2"/>
      </w:pPr>
      <w:bookmarkStart w:id="14" w:name="_Toc241649682"/>
      <w:r>
        <w:t>3.2 What Artificial Intelligence Is</w:t>
      </w:r>
      <w:bookmarkEnd w:id="14"/>
    </w:p>
    <w:p w14:paraId="78D00555" w14:textId="77777777" w:rsidR="00E2764D" w:rsidRDefault="00F75996">
      <w:r>
        <w:t>The term artificial intelligence covers four distinct families of technology with different behaviors, different failure modes, and different governance requirements. Treating them as one category is the single most common source of confused executive decision making, because a control that is appropriate for one is frequently irrelevant to another. The distinctions below are the minimum vocabulary required to make sound decisions about which family fits a given problem.</w:t>
      </w:r>
    </w:p>
    <w:p w14:paraId="5F697F18" w14:textId="77777777" w:rsidR="00E2764D" w:rsidRDefault="00F75996">
      <w:r>
        <w:lastRenderedPageBreak/>
        <w:t>Traditional or predictive machine learning learns statistical patterns from historical examples and produces a score, a classification, or a forecast. It is well suited to problems with abundant labeled history and a stable definition of the right answer, such as demand forecasting or anomaly detection. It is auditable, testable against a holdout data set, and generally deterministic for a given input. Generative artificial intelligence, built on large language models, produces new content that resembles the material it was trained on. It excels at language tasks and reasoning over unstructured text, but it does not consult a database of facts and it will produce fluent, confident, incorrect output when it has no grounding for a claim.</w:t>
      </w:r>
    </w:p>
    <w:p w14:paraId="6D3DA73D" w14:textId="77777777" w:rsidR="00E2764D" w:rsidRDefault="00F75996">
      <w:r>
        <w:t>Retrieval-augmented generation addresses that weakness. Before answering, the system searches an authoritative repository of the organization's own content and supplies the relevant passages to the model as context, instructing it to answer only from that material and to cite it. This is the dominant pattern for enterprise knowledge applications because it grounds output in governed sources and makes answers traceable. Agentic artificial intelligence extends generative models with the ability to take actions through tools: querying a system, updating a record, sending a message. Agents deliver the largest efficiency gains and carry the largest risk, because the failure mode shifts from a wrong sentence to a wrong action, which is why Section 9.2 constrains agent identity and permission scope so tightly.</w:t>
      </w:r>
    </w:p>
    <w:p w14:paraId="7145C219" w14:textId="77777777" w:rsidR="00E2764D" w:rsidRDefault="00F75996">
      <w:r>
        <w:rPr>
          <w:i/>
          <w:sz w:val="20"/>
        </w:rPr>
        <w:t>Table 3.2 - The four families of artificial intelligence and how they are typically applied.</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628B269B" w14:textId="77777777">
        <w:trPr>
          <w:tblHeader/>
        </w:trPr>
        <w:tc>
          <w:tcPr>
            <w:tcW w:w="3120" w:type="dxa"/>
            <w:shd w:val="clear" w:color="auto" w:fill="D5E8F0"/>
          </w:tcPr>
          <w:p w14:paraId="1C342B80" w14:textId="77777777" w:rsidR="00E2764D" w:rsidRDefault="00F75996">
            <w:r>
              <w:rPr>
                <w:b/>
                <w:sz w:val="20"/>
              </w:rPr>
              <w:t>AI Capability</w:t>
            </w:r>
          </w:p>
        </w:tc>
        <w:tc>
          <w:tcPr>
            <w:tcW w:w="3120" w:type="dxa"/>
            <w:shd w:val="clear" w:color="auto" w:fill="D5E8F0"/>
          </w:tcPr>
          <w:p w14:paraId="18758F11" w14:textId="77777777" w:rsidR="00E2764D" w:rsidRDefault="00F75996">
            <w:r>
              <w:rPr>
                <w:b/>
                <w:sz w:val="20"/>
              </w:rPr>
              <w:t>What It Actually Does</w:t>
            </w:r>
          </w:p>
        </w:tc>
        <w:tc>
          <w:tcPr>
            <w:tcW w:w="3120" w:type="dxa"/>
            <w:shd w:val="clear" w:color="auto" w:fill="D5E8F0"/>
          </w:tcPr>
          <w:p w14:paraId="70FE302D" w14:textId="77777777" w:rsidR="00E2764D" w:rsidRDefault="00F75996">
            <w:r>
              <w:rPr>
                <w:b/>
                <w:sz w:val="20"/>
              </w:rPr>
              <w:t>Typical Enterprise Example</w:t>
            </w:r>
          </w:p>
        </w:tc>
      </w:tr>
      <w:tr w:rsidR="00E2764D" w14:paraId="28832DE7" w14:textId="77777777">
        <w:tc>
          <w:tcPr>
            <w:tcW w:w="3120" w:type="dxa"/>
          </w:tcPr>
          <w:p w14:paraId="0F54F6AE" w14:textId="77777777" w:rsidR="00E2764D" w:rsidRDefault="00F75996">
            <w:r>
              <w:rPr>
                <w:sz w:val="20"/>
              </w:rPr>
              <w:t>Predictive machine learning</w:t>
            </w:r>
          </w:p>
        </w:tc>
        <w:tc>
          <w:tcPr>
            <w:tcW w:w="3120" w:type="dxa"/>
          </w:tcPr>
          <w:p w14:paraId="49883A0A" w14:textId="77777777" w:rsidR="00E2764D" w:rsidRDefault="00F75996">
            <w:r>
              <w:rPr>
                <w:sz w:val="20"/>
              </w:rPr>
              <w:t>Learns patterns from labeled historical data and outputs a score, classification, or forecast for a new record</w:t>
            </w:r>
          </w:p>
        </w:tc>
        <w:tc>
          <w:tcPr>
            <w:tcW w:w="3120" w:type="dxa"/>
          </w:tcPr>
          <w:p w14:paraId="0A2780C1" w14:textId="77777777" w:rsidR="00E2764D" w:rsidRDefault="00F75996">
            <w:r>
              <w:rPr>
                <w:sz w:val="20"/>
              </w:rPr>
              <w:t>Forecasting demand, scoring transactions for anomaly, or predicting equipment failure from sensor history</w:t>
            </w:r>
          </w:p>
        </w:tc>
      </w:tr>
      <w:tr w:rsidR="00E2764D" w14:paraId="4D778974" w14:textId="77777777">
        <w:tc>
          <w:tcPr>
            <w:tcW w:w="3120" w:type="dxa"/>
          </w:tcPr>
          <w:p w14:paraId="4B84BCD3" w14:textId="77777777" w:rsidR="00E2764D" w:rsidRDefault="00F75996">
            <w:r>
              <w:rPr>
                <w:sz w:val="20"/>
              </w:rPr>
              <w:t>Generative AI and large language models</w:t>
            </w:r>
          </w:p>
        </w:tc>
        <w:tc>
          <w:tcPr>
            <w:tcW w:w="3120" w:type="dxa"/>
          </w:tcPr>
          <w:p w14:paraId="3E4CD68D" w14:textId="77777777" w:rsidR="00E2764D" w:rsidRDefault="00F75996">
            <w:r>
              <w:rPr>
                <w:sz w:val="20"/>
              </w:rPr>
              <w:t>Produces new text, summaries, or drafts based on patterns learned during training, guided by an instruction</w:t>
            </w:r>
          </w:p>
        </w:tc>
        <w:tc>
          <w:tcPr>
            <w:tcW w:w="3120" w:type="dxa"/>
          </w:tcPr>
          <w:p w14:paraId="24CFA848" w14:textId="77777777" w:rsidR="00E2764D" w:rsidRDefault="00F75996">
            <w:r>
              <w:rPr>
                <w:sz w:val="20"/>
              </w:rPr>
              <w:t>Drafting a first-pass response, summarizing a long document, or translating technical content for a general audience</w:t>
            </w:r>
          </w:p>
        </w:tc>
      </w:tr>
      <w:tr w:rsidR="00E2764D" w14:paraId="7CF77DC5" w14:textId="77777777">
        <w:tc>
          <w:tcPr>
            <w:tcW w:w="3120" w:type="dxa"/>
          </w:tcPr>
          <w:p w14:paraId="7DE102ED" w14:textId="77777777" w:rsidR="00E2764D" w:rsidRDefault="00F75996">
            <w:r>
              <w:rPr>
                <w:sz w:val="20"/>
              </w:rPr>
              <w:t>Retrieval-augmented generation</w:t>
            </w:r>
          </w:p>
        </w:tc>
        <w:tc>
          <w:tcPr>
            <w:tcW w:w="3120" w:type="dxa"/>
          </w:tcPr>
          <w:p w14:paraId="3C3A2B7E" w14:textId="77777777" w:rsidR="00E2764D" w:rsidRDefault="00F75996">
            <w:r>
              <w:rPr>
                <w:sz w:val="20"/>
              </w:rPr>
              <w:t>Searches governed organizational content first, then generates an answer restricted to and citing the retrieved material</w:t>
            </w:r>
          </w:p>
        </w:tc>
        <w:tc>
          <w:tcPr>
            <w:tcW w:w="3120" w:type="dxa"/>
          </w:tcPr>
          <w:p w14:paraId="1EA3621C" w14:textId="77777777" w:rsidR="00E2764D" w:rsidRDefault="00F75996">
            <w:r>
              <w:rPr>
                <w:sz w:val="20"/>
              </w:rPr>
              <w:t>Answering policy and procedure questions from approved internal documentation with citations to the source</w:t>
            </w:r>
          </w:p>
        </w:tc>
      </w:tr>
      <w:tr w:rsidR="00E2764D" w14:paraId="5B10B0E3" w14:textId="77777777">
        <w:tc>
          <w:tcPr>
            <w:tcW w:w="3120" w:type="dxa"/>
          </w:tcPr>
          <w:p w14:paraId="3DA0F836" w14:textId="77777777" w:rsidR="00E2764D" w:rsidRDefault="00F75996">
            <w:r>
              <w:rPr>
                <w:sz w:val="20"/>
              </w:rPr>
              <w:t>Agentic AI</w:t>
            </w:r>
          </w:p>
        </w:tc>
        <w:tc>
          <w:tcPr>
            <w:tcW w:w="3120" w:type="dxa"/>
          </w:tcPr>
          <w:p w14:paraId="635EFD04" w14:textId="77777777" w:rsidR="00E2764D" w:rsidRDefault="00F75996">
            <w:r>
              <w:rPr>
                <w:sz w:val="20"/>
              </w:rPr>
              <w:t>Plans a sequence of steps and invokes permitted tools to gather information or perform actions toward a stated goal</w:t>
            </w:r>
          </w:p>
        </w:tc>
        <w:tc>
          <w:tcPr>
            <w:tcW w:w="3120" w:type="dxa"/>
          </w:tcPr>
          <w:p w14:paraId="4E1D74A5" w14:textId="77777777" w:rsidR="00E2764D" w:rsidRDefault="00F75996">
            <w:r>
              <w:rPr>
                <w:sz w:val="20"/>
              </w:rPr>
              <w:t>Assembling a case file by querying several systems, then routing it to the correct human queue with a summary</w:t>
            </w:r>
          </w:p>
        </w:tc>
      </w:tr>
      <w:tr w:rsidR="00E2764D" w14:paraId="6E1E6B07" w14:textId="77777777">
        <w:tc>
          <w:tcPr>
            <w:tcW w:w="3120" w:type="dxa"/>
          </w:tcPr>
          <w:p w14:paraId="2A5ED13A" w14:textId="77777777" w:rsidR="00E2764D" w:rsidRDefault="00F75996">
            <w:r>
              <w:rPr>
                <w:sz w:val="20"/>
              </w:rPr>
              <w:t>Document and speech understanding</w:t>
            </w:r>
          </w:p>
        </w:tc>
        <w:tc>
          <w:tcPr>
            <w:tcW w:w="3120" w:type="dxa"/>
          </w:tcPr>
          <w:p w14:paraId="128D72F8" w14:textId="77777777" w:rsidR="00E2764D" w:rsidRDefault="00F75996">
            <w:r>
              <w:rPr>
                <w:sz w:val="20"/>
              </w:rPr>
              <w:t>Extracts structured fields, tables, and meaning from unstructured documents, images, or recorded audio</w:t>
            </w:r>
          </w:p>
        </w:tc>
        <w:tc>
          <w:tcPr>
            <w:tcW w:w="3120" w:type="dxa"/>
          </w:tcPr>
          <w:p w14:paraId="57803FDA" w14:textId="77777777" w:rsidR="00E2764D" w:rsidRDefault="00F75996">
            <w:r>
              <w:rPr>
                <w:sz w:val="20"/>
              </w:rPr>
              <w:t>Converting inbound forms and correspondence into structured records for downstream processing</w:t>
            </w:r>
          </w:p>
        </w:tc>
      </w:tr>
      <w:tr w:rsidR="00E2764D" w14:paraId="06515797" w14:textId="77777777">
        <w:tc>
          <w:tcPr>
            <w:tcW w:w="3120" w:type="dxa"/>
          </w:tcPr>
          <w:p w14:paraId="1FFCEDC5" w14:textId="77777777" w:rsidR="00E2764D" w:rsidRDefault="00F75996">
            <w:r>
              <w:rPr>
                <w:sz w:val="20"/>
              </w:rPr>
              <w:lastRenderedPageBreak/>
              <w:t>Content safety classification</w:t>
            </w:r>
          </w:p>
        </w:tc>
        <w:tc>
          <w:tcPr>
            <w:tcW w:w="3120" w:type="dxa"/>
          </w:tcPr>
          <w:p w14:paraId="453A6CB7" w14:textId="77777777" w:rsidR="00E2764D" w:rsidRDefault="00F75996">
            <w:r>
              <w:rPr>
                <w:sz w:val="20"/>
              </w:rPr>
              <w:t>Evaluates input and output against harm categories and policy rules and blocks or flags material that violates them</w:t>
            </w:r>
          </w:p>
        </w:tc>
        <w:tc>
          <w:tcPr>
            <w:tcW w:w="3120" w:type="dxa"/>
          </w:tcPr>
          <w:p w14:paraId="6D6993A0" w14:textId="77777777" w:rsidR="00E2764D" w:rsidRDefault="00F75996">
            <w:r>
              <w:rPr>
                <w:sz w:val="20"/>
              </w:rPr>
              <w:t>Preventing harmful, off-topic, or prohibited content from reaching a customer-facing channel</w:t>
            </w:r>
          </w:p>
        </w:tc>
      </w:tr>
    </w:tbl>
    <w:p w14:paraId="7999F612" w14:textId="77777777" w:rsidR="00E2764D" w:rsidRDefault="00E2764D"/>
    <w:p w14:paraId="228215EA" w14:textId="77777777" w:rsidR="00E2764D" w:rsidRDefault="00F75996">
      <w:pPr>
        <w:pStyle w:val="Heading2"/>
      </w:pPr>
      <w:bookmarkStart w:id="15" w:name="_Toc241649683"/>
      <w:r>
        <w:t>3.3 The Azure AI Portfolio</w:t>
      </w:r>
      <w:bookmarkEnd w:id="15"/>
    </w:p>
    <w:p w14:paraId="738F71C5" w14:textId="77777777" w:rsidR="00E2764D" w:rsidRDefault="00F75996">
      <w:r>
        <w:t>Azure exposes these capabilities through a set of named services. The officer does not need to configure any of them, but does need to know which service is authoritative for which capability, because ambiguity here produces duplicated platforms, inconsistent controls, and unexplainable cost. The table below is the canonical mapping used throughout this playbook and should be treated as the standard reference when evaluating any proposal.</w:t>
      </w:r>
    </w:p>
    <w:p w14:paraId="610C8282" w14:textId="77777777" w:rsidR="00E2764D" w:rsidRDefault="00F75996">
      <w:r>
        <w:rPr>
          <w:i/>
          <w:sz w:val="20"/>
        </w:rPr>
        <w:t>Table 3.3 - Capability areas and the Azure and Microsoft services that provide them.</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060775DE" w14:textId="77777777">
        <w:trPr>
          <w:tblHeader/>
        </w:trPr>
        <w:tc>
          <w:tcPr>
            <w:tcW w:w="3120" w:type="dxa"/>
            <w:shd w:val="clear" w:color="auto" w:fill="D5E8F0"/>
          </w:tcPr>
          <w:p w14:paraId="37F79D74" w14:textId="77777777" w:rsidR="00E2764D" w:rsidRDefault="00F75996">
            <w:r>
              <w:rPr>
                <w:b/>
                <w:sz w:val="20"/>
              </w:rPr>
              <w:t>Capability Area</w:t>
            </w:r>
          </w:p>
        </w:tc>
        <w:tc>
          <w:tcPr>
            <w:tcW w:w="3120" w:type="dxa"/>
            <w:shd w:val="clear" w:color="auto" w:fill="D5E8F0"/>
          </w:tcPr>
          <w:p w14:paraId="31603805" w14:textId="77777777" w:rsidR="00E2764D" w:rsidRDefault="00F75996">
            <w:r>
              <w:rPr>
                <w:b/>
                <w:sz w:val="20"/>
              </w:rPr>
              <w:t>Azure / Microsoft Service</w:t>
            </w:r>
          </w:p>
        </w:tc>
        <w:tc>
          <w:tcPr>
            <w:tcW w:w="3120" w:type="dxa"/>
            <w:shd w:val="clear" w:color="auto" w:fill="D5E8F0"/>
          </w:tcPr>
          <w:p w14:paraId="5351D93A" w14:textId="77777777" w:rsidR="00E2764D" w:rsidRDefault="00F75996">
            <w:r>
              <w:rPr>
                <w:b/>
                <w:sz w:val="20"/>
              </w:rPr>
              <w:t>What It Provides</w:t>
            </w:r>
          </w:p>
        </w:tc>
      </w:tr>
      <w:tr w:rsidR="00E2764D" w14:paraId="63A6DA09" w14:textId="77777777">
        <w:tc>
          <w:tcPr>
            <w:tcW w:w="3120" w:type="dxa"/>
          </w:tcPr>
          <w:p w14:paraId="6741796C" w14:textId="77777777" w:rsidR="00E2764D" w:rsidRDefault="00F75996">
            <w:r>
              <w:rPr>
                <w:sz w:val="20"/>
              </w:rPr>
              <w:t>Generative AI and agents</w:t>
            </w:r>
          </w:p>
        </w:tc>
        <w:tc>
          <w:tcPr>
            <w:tcW w:w="3120" w:type="dxa"/>
          </w:tcPr>
          <w:p w14:paraId="55DC11C7" w14:textId="77777777" w:rsidR="00E2764D" w:rsidRDefault="00F75996">
            <w:r>
              <w:rPr>
                <w:sz w:val="20"/>
              </w:rPr>
              <w:t>Azure AI Foundry and Azure AI Foundry Agent Service</w:t>
            </w:r>
          </w:p>
        </w:tc>
        <w:tc>
          <w:tcPr>
            <w:tcW w:w="3120" w:type="dxa"/>
          </w:tcPr>
          <w:p w14:paraId="76A2EE8F" w14:textId="77777777" w:rsidR="00E2764D" w:rsidRDefault="00F75996">
            <w:r>
              <w:rPr>
                <w:sz w:val="20"/>
              </w:rPr>
              <w:t>The development, deployment, evaluation, and hosting environment for generative applications and tool-using agents</w:t>
            </w:r>
          </w:p>
        </w:tc>
      </w:tr>
      <w:tr w:rsidR="00E2764D" w14:paraId="62EEB0B9" w14:textId="77777777">
        <w:tc>
          <w:tcPr>
            <w:tcW w:w="3120" w:type="dxa"/>
          </w:tcPr>
          <w:p w14:paraId="13076F4D" w14:textId="77777777" w:rsidR="00E2764D" w:rsidRDefault="00F75996">
            <w:r>
              <w:rPr>
                <w:sz w:val="20"/>
              </w:rPr>
              <w:t>Model hosting and inference</w:t>
            </w:r>
          </w:p>
        </w:tc>
        <w:tc>
          <w:tcPr>
            <w:tcW w:w="3120" w:type="dxa"/>
          </w:tcPr>
          <w:p w14:paraId="1F45A342" w14:textId="77777777" w:rsidR="00E2764D" w:rsidRDefault="00F75996">
            <w:r>
              <w:rPr>
                <w:sz w:val="20"/>
              </w:rPr>
              <w:t>Azure OpenAI Service</w:t>
            </w:r>
          </w:p>
        </w:tc>
        <w:tc>
          <w:tcPr>
            <w:tcW w:w="3120" w:type="dxa"/>
          </w:tcPr>
          <w:p w14:paraId="4D94DCFD" w14:textId="77777777" w:rsidR="00E2764D" w:rsidRDefault="00F75996">
            <w:r>
              <w:rPr>
                <w:sz w:val="20"/>
              </w:rPr>
              <w:t>Enterprise-governed access to large language models with private networking, content filtering, and quota management</w:t>
            </w:r>
          </w:p>
        </w:tc>
      </w:tr>
      <w:tr w:rsidR="00E2764D" w14:paraId="1C18B9FD" w14:textId="77777777">
        <w:tc>
          <w:tcPr>
            <w:tcW w:w="3120" w:type="dxa"/>
          </w:tcPr>
          <w:p w14:paraId="79FE88BD" w14:textId="77777777" w:rsidR="00E2764D" w:rsidRDefault="00F75996">
            <w:r>
              <w:rPr>
                <w:sz w:val="20"/>
              </w:rPr>
              <w:t>Classic machine learning</w:t>
            </w:r>
          </w:p>
        </w:tc>
        <w:tc>
          <w:tcPr>
            <w:tcW w:w="3120" w:type="dxa"/>
          </w:tcPr>
          <w:p w14:paraId="34D0AB34" w14:textId="77777777" w:rsidR="00E2764D" w:rsidRDefault="00F75996">
            <w:r>
              <w:rPr>
                <w:sz w:val="20"/>
              </w:rPr>
              <w:t>Azure Machine Learning</w:t>
            </w:r>
          </w:p>
        </w:tc>
        <w:tc>
          <w:tcPr>
            <w:tcW w:w="3120" w:type="dxa"/>
          </w:tcPr>
          <w:p w14:paraId="4444BD23" w14:textId="77777777" w:rsidR="00E2764D" w:rsidRDefault="00F75996">
            <w:r>
              <w:rPr>
                <w:sz w:val="20"/>
              </w:rPr>
              <w:t>Training, registration, deployment, and lifecycle management of predictive models with experiment tracking and lineage</w:t>
            </w:r>
          </w:p>
        </w:tc>
      </w:tr>
      <w:tr w:rsidR="00E2764D" w14:paraId="31B57D5C" w14:textId="77777777">
        <w:tc>
          <w:tcPr>
            <w:tcW w:w="3120" w:type="dxa"/>
          </w:tcPr>
          <w:p w14:paraId="7BA3E351" w14:textId="77777777" w:rsidR="00E2764D" w:rsidRDefault="00F75996">
            <w:r>
              <w:rPr>
                <w:sz w:val="20"/>
              </w:rPr>
              <w:t>Enterprise search and grounding</w:t>
            </w:r>
          </w:p>
        </w:tc>
        <w:tc>
          <w:tcPr>
            <w:tcW w:w="3120" w:type="dxa"/>
          </w:tcPr>
          <w:p w14:paraId="59549468" w14:textId="77777777" w:rsidR="00E2764D" w:rsidRDefault="00F75996">
            <w:r>
              <w:rPr>
                <w:sz w:val="20"/>
              </w:rPr>
              <w:t>Azure AI Search</w:t>
            </w:r>
          </w:p>
        </w:tc>
        <w:tc>
          <w:tcPr>
            <w:tcW w:w="3120" w:type="dxa"/>
          </w:tcPr>
          <w:p w14:paraId="1CCE4EE6" w14:textId="77777777" w:rsidR="00E2764D" w:rsidRDefault="00F75996">
            <w:r>
              <w:rPr>
                <w:sz w:val="20"/>
              </w:rPr>
              <w:t>Indexing and hybrid semantic retrieval over organizational content, with security trimming so results respect user permissions</w:t>
            </w:r>
          </w:p>
        </w:tc>
      </w:tr>
      <w:tr w:rsidR="00E2764D" w14:paraId="5CA3A526" w14:textId="77777777">
        <w:tc>
          <w:tcPr>
            <w:tcW w:w="3120" w:type="dxa"/>
          </w:tcPr>
          <w:p w14:paraId="1A9707EB" w14:textId="77777777" w:rsidR="00E2764D" w:rsidRDefault="00F75996">
            <w:r>
              <w:rPr>
                <w:sz w:val="20"/>
              </w:rPr>
              <w:t>Document processing</w:t>
            </w:r>
          </w:p>
        </w:tc>
        <w:tc>
          <w:tcPr>
            <w:tcW w:w="3120" w:type="dxa"/>
          </w:tcPr>
          <w:p w14:paraId="2F177F84" w14:textId="77777777" w:rsidR="00E2764D" w:rsidRDefault="00F75996">
            <w:r>
              <w:rPr>
                <w:sz w:val="20"/>
              </w:rPr>
              <w:t>Azure AI Document Intelligence</w:t>
            </w:r>
          </w:p>
        </w:tc>
        <w:tc>
          <w:tcPr>
            <w:tcW w:w="3120" w:type="dxa"/>
          </w:tcPr>
          <w:p w14:paraId="3383A6D2" w14:textId="77777777" w:rsidR="00E2764D" w:rsidRDefault="00F75996">
            <w:r>
              <w:rPr>
                <w:sz w:val="20"/>
              </w:rPr>
              <w:t>Extraction of structured fields, tables, and key values from forms, correspondence, and scanned documents</w:t>
            </w:r>
          </w:p>
        </w:tc>
      </w:tr>
      <w:tr w:rsidR="00E2764D" w14:paraId="000FAE5E" w14:textId="77777777">
        <w:tc>
          <w:tcPr>
            <w:tcW w:w="3120" w:type="dxa"/>
          </w:tcPr>
          <w:p w14:paraId="0D037B00" w14:textId="77777777" w:rsidR="00E2764D" w:rsidRDefault="00F75996">
            <w:r>
              <w:rPr>
                <w:sz w:val="20"/>
              </w:rPr>
              <w:t>Speech and language</w:t>
            </w:r>
          </w:p>
        </w:tc>
        <w:tc>
          <w:tcPr>
            <w:tcW w:w="3120" w:type="dxa"/>
          </w:tcPr>
          <w:p w14:paraId="59925A75" w14:textId="77777777" w:rsidR="00E2764D" w:rsidRDefault="00F75996">
            <w:r>
              <w:rPr>
                <w:sz w:val="20"/>
              </w:rPr>
              <w:t xml:space="preserve">Azure AI Speech and Azure AI </w:t>
            </w:r>
            <w:r>
              <w:rPr>
                <w:sz w:val="20"/>
              </w:rPr>
              <w:lastRenderedPageBreak/>
              <w:t>Translator</w:t>
            </w:r>
          </w:p>
        </w:tc>
        <w:tc>
          <w:tcPr>
            <w:tcW w:w="3120" w:type="dxa"/>
          </w:tcPr>
          <w:p w14:paraId="5EA521D4" w14:textId="77777777" w:rsidR="00E2764D" w:rsidRDefault="00F75996">
            <w:r>
              <w:rPr>
                <w:sz w:val="20"/>
              </w:rPr>
              <w:lastRenderedPageBreak/>
              <w:t xml:space="preserve">Transcription, speech synthesis, </w:t>
            </w:r>
            <w:r>
              <w:rPr>
                <w:sz w:val="20"/>
              </w:rPr>
              <w:lastRenderedPageBreak/>
              <w:t>and translation for voice channels and multilingual content</w:t>
            </w:r>
          </w:p>
        </w:tc>
      </w:tr>
      <w:tr w:rsidR="00E2764D" w14:paraId="4CE85DD6" w14:textId="77777777">
        <w:tc>
          <w:tcPr>
            <w:tcW w:w="3120" w:type="dxa"/>
          </w:tcPr>
          <w:p w14:paraId="74A0F249" w14:textId="77777777" w:rsidR="00E2764D" w:rsidRDefault="00F75996">
            <w:r>
              <w:rPr>
                <w:sz w:val="20"/>
              </w:rPr>
              <w:lastRenderedPageBreak/>
              <w:t>Content safety</w:t>
            </w:r>
          </w:p>
        </w:tc>
        <w:tc>
          <w:tcPr>
            <w:tcW w:w="3120" w:type="dxa"/>
          </w:tcPr>
          <w:p w14:paraId="5D7BC5D1" w14:textId="77777777" w:rsidR="00E2764D" w:rsidRDefault="00F75996">
            <w:r>
              <w:rPr>
                <w:sz w:val="20"/>
              </w:rPr>
              <w:t>Azure AI Content Safety</w:t>
            </w:r>
          </w:p>
        </w:tc>
        <w:tc>
          <w:tcPr>
            <w:tcW w:w="3120" w:type="dxa"/>
          </w:tcPr>
          <w:p w14:paraId="7060CEBF" w14:textId="77777777" w:rsidR="00E2764D" w:rsidRDefault="00F75996">
            <w:r>
              <w:rPr>
                <w:sz w:val="20"/>
              </w:rPr>
              <w:t>Classification and blocking of harmful or prohibited content in prompts and responses, including groundedness checks</w:t>
            </w:r>
          </w:p>
        </w:tc>
      </w:tr>
      <w:tr w:rsidR="00E2764D" w14:paraId="693A007B" w14:textId="77777777">
        <w:tc>
          <w:tcPr>
            <w:tcW w:w="3120" w:type="dxa"/>
          </w:tcPr>
          <w:p w14:paraId="0964BCAD" w14:textId="77777777" w:rsidR="00E2764D" w:rsidRDefault="00F75996">
            <w:r>
              <w:rPr>
                <w:sz w:val="20"/>
              </w:rPr>
              <w:t>Data platform</w:t>
            </w:r>
          </w:p>
        </w:tc>
        <w:tc>
          <w:tcPr>
            <w:tcW w:w="3120" w:type="dxa"/>
          </w:tcPr>
          <w:p w14:paraId="78A6FBD5" w14:textId="77777777" w:rsidR="00E2764D" w:rsidRDefault="00F75996">
            <w:r>
              <w:rPr>
                <w:sz w:val="20"/>
              </w:rPr>
              <w:t>Microsoft Fabric with Azure Data Lake Storage Gen2</w:t>
            </w:r>
          </w:p>
        </w:tc>
        <w:tc>
          <w:tcPr>
            <w:tcW w:w="3120" w:type="dxa"/>
          </w:tcPr>
          <w:p w14:paraId="3918030E" w14:textId="77777777" w:rsidR="00E2764D" w:rsidRDefault="00F75996">
            <w:r>
              <w:rPr>
                <w:sz w:val="20"/>
              </w:rPr>
              <w:t>The unified analytics and lakehouse foundation where governed data is consolidated, curated, and served to AI workloads</w:t>
            </w:r>
          </w:p>
        </w:tc>
      </w:tr>
      <w:tr w:rsidR="00E2764D" w14:paraId="0BADA391" w14:textId="77777777">
        <w:tc>
          <w:tcPr>
            <w:tcW w:w="3120" w:type="dxa"/>
          </w:tcPr>
          <w:p w14:paraId="71316B10" w14:textId="77777777" w:rsidR="00E2764D" w:rsidRDefault="00F75996">
            <w:r>
              <w:rPr>
                <w:sz w:val="20"/>
              </w:rPr>
              <w:t>Business intelligence</w:t>
            </w:r>
          </w:p>
        </w:tc>
        <w:tc>
          <w:tcPr>
            <w:tcW w:w="3120" w:type="dxa"/>
          </w:tcPr>
          <w:p w14:paraId="0FE532BC" w14:textId="77777777" w:rsidR="00E2764D" w:rsidRDefault="00F75996">
            <w:r>
              <w:rPr>
                <w:sz w:val="20"/>
              </w:rPr>
              <w:t>Power BI</w:t>
            </w:r>
          </w:p>
        </w:tc>
        <w:tc>
          <w:tcPr>
            <w:tcW w:w="3120" w:type="dxa"/>
          </w:tcPr>
          <w:p w14:paraId="66D81BC1" w14:textId="77777777" w:rsidR="00E2764D" w:rsidRDefault="00F75996">
            <w:r>
              <w:rPr>
                <w:sz w:val="20"/>
              </w:rPr>
              <w:t>Reporting and dashboards for adoption, quality, value, and cost measures defined in Section 17</w:t>
            </w:r>
          </w:p>
        </w:tc>
      </w:tr>
      <w:tr w:rsidR="00E2764D" w14:paraId="04FD22DC" w14:textId="77777777">
        <w:tc>
          <w:tcPr>
            <w:tcW w:w="3120" w:type="dxa"/>
          </w:tcPr>
          <w:p w14:paraId="1F68AD19" w14:textId="77777777" w:rsidR="00E2764D" w:rsidRDefault="00F75996">
            <w:r>
              <w:rPr>
                <w:sz w:val="20"/>
              </w:rPr>
              <w:t>Low-code applications and automation</w:t>
            </w:r>
          </w:p>
        </w:tc>
        <w:tc>
          <w:tcPr>
            <w:tcW w:w="3120" w:type="dxa"/>
          </w:tcPr>
          <w:p w14:paraId="0DC54D22" w14:textId="77777777" w:rsidR="00E2764D" w:rsidRDefault="00F75996">
            <w:r>
              <w:rPr>
                <w:sz w:val="20"/>
              </w:rPr>
              <w:t>Power Apps, Power Automate, and Microsoft Copilot Studio</w:t>
            </w:r>
          </w:p>
        </w:tc>
        <w:tc>
          <w:tcPr>
            <w:tcW w:w="3120" w:type="dxa"/>
          </w:tcPr>
          <w:p w14:paraId="652CDBE7" w14:textId="77777777" w:rsidR="00E2764D" w:rsidRDefault="00F75996">
            <w:r>
              <w:rPr>
                <w:sz w:val="20"/>
              </w:rPr>
              <w:t>Rapid delivery of user interfaces, workflow automation, and conversational experiences over governed services</w:t>
            </w:r>
          </w:p>
        </w:tc>
      </w:tr>
      <w:tr w:rsidR="00E2764D" w14:paraId="1F7A5C88" w14:textId="77777777">
        <w:tc>
          <w:tcPr>
            <w:tcW w:w="3120" w:type="dxa"/>
          </w:tcPr>
          <w:p w14:paraId="7E2F01A6" w14:textId="77777777" w:rsidR="00E2764D" w:rsidRDefault="00F75996">
            <w:r>
              <w:rPr>
                <w:sz w:val="20"/>
              </w:rPr>
              <w:t>Identity</w:t>
            </w:r>
          </w:p>
        </w:tc>
        <w:tc>
          <w:tcPr>
            <w:tcW w:w="3120" w:type="dxa"/>
          </w:tcPr>
          <w:p w14:paraId="6C5F3231" w14:textId="77777777" w:rsidR="00E2764D" w:rsidRDefault="00F75996">
            <w:r>
              <w:rPr>
                <w:sz w:val="20"/>
              </w:rPr>
              <w:t>Microsoft Entra ID with Microsoft Entra Workload ID</w:t>
            </w:r>
          </w:p>
        </w:tc>
        <w:tc>
          <w:tcPr>
            <w:tcW w:w="3120" w:type="dxa"/>
          </w:tcPr>
          <w:p w14:paraId="1B15696E" w14:textId="77777777" w:rsidR="00E2764D" w:rsidRDefault="00F75996">
            <w:r>
              <w:rPr>
                <w:sz w:val="20"/>
              </w:rPr>
              <w:t>Authentication, conditional access, role-based authorization, and secretless identity for applications and agents</w:t>
            </w:r>
          </w:p>
        </w:tc>
      </w:tr>
      <w:tr w:rsidR="00E2764D" w14:paraId="1D0729FD" w14:textId="77777777">
        <w:tc>
          <w:tcPr>
            <w:tcW w:w="3120" w:type="dxa"/>
          </w:tcPr>
          <w:p w14:paraId="343C9065" w14:textId="77777777" w:rsidR="00E2764D" w:rsidRDefault="00F75996">
            <w:r>
              <w:rPr>
                <w:sz w:val="20"/>
              </w:rPr>
              <w:t>Security and governance</w:t>
            </w:r>
          </w:p>
        </w:tc>
        <w:tc>
          <w:tcPr>
            <w:tcW w:w="3120" w:type="dxa"/>
          </w:tcPr>
          <w:p w14:paraId="127C3502" w14:textId="77777777" w:rsidR="00E2764D" w:rsidRDefault="00F75996">
            <w:r>
              <w:rPr>
                <w:sz w:val="20"/>
              </w:rPr>
              <w:t>Microsoft Purview, Microsoft Defender for Cloud, Microsoft Sentinel, Azure Policy, and Azure Key Vault</w:t>
            </w:r>
          </w:p>
        </w:tc>
        <w:tc>
          <w:tcPr>
            <w:tcW w:w="3120" w:type="dxa"/>
          </w:tcPr>
          <w:p w14:paraId="420A37B0" w14:textId="77777777" w:rsidR="00E2764D" w:rsidRDefault="00F75996">
            <w:r>
              <w:rPr>
                <w:sz w:val="20"/>
              </w:rPr>
              <w:t>Data classification and lineage, posture management, threat detection, policy enforcement, and secret protection</w:t>
            </w:r>
          </w:p>
        </w:tc>
      </w:tr>
    </w:tbl>
    <w:p w14:paraId="36E29A97" w14:textId="77777777" w:rsidR="00E2764D" w:rsidRDefault="00E2764D"/>
    <w:p w14:paraId="2E5157DE" w14:textId="77777777" w:rsidR="00E2764D" w:rsidRDefault="00F75996">
      <w:pPr>
        <w:pStyle w:val="Heading2"/>
      </w:pPr>
      <w:bookmarkStart w:id="16" w:name="_Toc241649684"/>
      <w:r>
        <w:t>3.4 What AI Can and Cannot Do</w:t>
      </w:r>
      <w:bookmarkEnd w:id="16"/>
    </w:p>
    <w:p w14:paraId="01A49E4B" w14:textId="77777777" w:rsidR="00E2764D" w:rsidRDefault="00F75996">
      <w:r>
        <w:t>Executive expectations are calibrated by demonstrations, and demonstrations are chosen to succeed. The officer's most valuable early contribution is often to describe the boundary of the technology honestly, in advance, so that the organization does not discover it during a customer-facing failure. The capabilities below are realistic and repeatedly achieved in production environments.</w:t>
      </w:r>
    </w:p>
    <w:p w14:paraId="23595108" w14:textId="77777777" w:rsidR="00E2764D" w:rsidRDefault="00F75996">
      <w:pPr>
        <w:pStyle w:val="ListBullet"/>
      </w:pPr>
      <w:r>
        <w:rPr>
          <w:b/>
        </w:rPr>
        <w:lastRenderedPageBreak/>
        <w:t>Reading and summarizing unstructured material at scale</w:t>
      </w:r>
      <w:r>
        <w:t>: models handle volumes of documents, correspondence, and transcripts that no team could review, producing consistent summaries and extracted fields.</w:t>
      </w:r>
    </w:p>
    <w:p w14:paraId="348652B6" w14:textId="77777777" w:rsidR="00E2764D" w:rsidRDefault="00F75996">
      <w:pPr>
        <w:pStyle w:val="ListBullet"/>
      </w:pPr>
      <w:r>
        <w:rPr>
          <w:b/>
        </w:rPr>
        <w:t>Answering questions from governed content</w:t>
      </w:r>
      <w:r>
        <w:t>: retrieval-augmented systems answer accurately and with citations when the underlying content is current, well organized, and permission-aware.</w:t>
      </w:r>
    </w:p>
    <w:p w14:paraId="201FD4F1" w14:textId="77777777" w:rsidR="00E2764D" w:rsidRDefault="00F75996">
      <w:pPr>
        <w:pStyle w:val="ListBullet"/>
      </w:pPr>
      <w:r>
        <w:rPr>
          <w:b/>
        </w:rPr>
        <w:t>Drafting to a consistent standard</w:t>
      </w:r>
      <w:r>
        <w:t>: first-pass drafts of correspondence, summaries, and documentation are produced quickly and in a consistent voice, with a human retaining editorial and approval authority.</w:t>
      </w:r>
    </w:p>
    <w:p w14:paraId="0038E1F5" w14:textId="77777777" w:rsidR="00E2764D" w:rsidRDefault="00F75996">
      <w:pPr>
        <w:pStyle w:val="ListBullet"/>
      </w:pPr>
      <w:r>
        <w:rPr>
          <w:b/>
        </w:rPr>
        <w:t>Detecting patterns in large data sets</w:t>
      </w:r>
      <w:r>
        <w:t>: predictive models identify anomalies, forecast demand, and rank cases for attention more consistently than manual review at comparable scale.</w:t>
      </w:r>
    </w:p>
    <w:p w14:paraId="214118E9" w14:textId="77777777" w:rsidR="00E2764D" w:rsidRDefault="00F75996">
      <w:pPr>
        <w:pStyle w:val="ListBullet"/>
      </w:pPr>
      <w:r>
        <w:rPr>
          <w:b/>
        </w:rPr>
        <w:t>Translating and transcribing</w:t>
      </w:r>
      <w:r>
        <w:t>: language and speech services remove practical barriers to serving multilingual populations and to making voice interactions analyzable.</w:t>
      </w:r>
    </w:p>
    <w:p w14:paraId="59655482" w14:textId="77777777" w:rsidR="00E2764D" w:rsidRDefault="00F75996">
      <w:pPr>
        <w:pStyle w:val="ListBullet"/>
      </w:pPr>
      <w:r>
        <w:rPr>
          <w:b/>
        </w:rPr>
        <w:t>Executing bounded multi-step tasks</w:t>
      </w:r>
      <w:r>
        <w:t>: agents can gather information from several systems and prepare work for a human decision, provided their permitted actions are explicitly scoped.</w:t>
      </w:r>
    </w:p>
    <w:p w14:paraId="1F67F61A" w14:textId="77777777" w:rsidR="00E2764D" w:rsidRDefault="00F75996">
      <w:r>
        <w:t>The limitations are equally important and are not defects that will be resolved by a future model release. They are properties of the technology that the control framework in this playbook is designed to compensate for. An officer who presents these clearly to a board earns the latitude to move quickly on the things that do work.</w:t>
      </w:r>
    </w:p>
    <w:p w14:paraId="725910C5" w14:textId="77777777" w:rsidR="00E2764D" w:rsidRDefault="00F75996">
      <w:pPr>
        <w:pStyle w:val="ListBullet"/>
      </w:pPr>
      <w:r>
        <w:rPr>
          <w:b/>
        </w:rPr>
        <w:t>Fluent output can be wrong</w:t>
      </w:r>
      <w:r>
        <w:t>: a model produces confident, well-formed text regardless of whether it has any basis for the claim, so a plausible answer is never evidence of a correct answer.</w:t>
      </w:r>
    </w:p>
    <w:p w14:paraId="5DE540CA" w14:textId="77777777" w:rsidR="00E2764D" w:rsidRDefault="00F75996">
      <w:pPr>
        <w:pStyle w:val="ListBullet"/>
      </w:pPr>
      <w:r>
        <w:rPr>
          <w:b/>
        </w:rPr>
        <w:t>Models have no access to ground truth</w:t>
      </w:r>
      <w:r>
        <w:t>: without retrieval from a governed source, a model cannot know current policy, current pricing, or the state of a customer record, and it will not reliably say that it does not know.</w:t>
      </w:r>
    </w:p>
    <w:p w14:paraId="3EF35C86" w14:textId="77777777" w:rsidR="00E2764D" w:rsidRDefault="00F75996">
      <w:pPr>
        <w:pStyle w:val="ListBullet"/>
      </w:pPr>
      <w:r>
        <w:rPr>
          <w:b/>
        </w:rPr>
        <w:t>Output quality is bounded by data quality</w:t>
      </w:r>
      <w:r>
        <w:t>: a system grounded in outdated, contradictory, or poorly permissioned content will produce outdated, contradictory, or improperly disclosed answers at scale.</w:t>
      </w:r>
    </w:p>
    <w:p w14:paraId="1931640A" w14:textId="77777777" w:rsidR="00E2764D" w:rsidRDefault="00F75996">
      <w:pPr>
        <w:pStyle w:val="ListBullet"/>
      </w:pPr>
      <w:r>
        <w:rPr>
          <w:b/>
        </w:rPr>
        <w:t>Behavior is not deterministic</w:t>
      </w:r>
      <w:r>
        <w:t>: the same input can produce different output, which means testing must be statistical and evaluation-based rather than a single pass through a test script.</w:t>
      </w:r>
    </w:p>
    <w:p w14:paraId="16D78191" w14:textId="77777777" w:rsidR="00E2764D" w:rsidRDefault="00F75996">
      <w:pPr>
        <w:pStyle w:val="ListBullet"/>
      </w:pPr>
      <w:r>
        <w:rPr>
          <w:b/>
        </w:rPr>
        <w:t>Cost scales with usage and with context size</w:t>
      </w:r>
      <w:r>
        <w:t>: an approach that is inexpensive in a pilot can become materially expensive at enterprise volume, so cost must be modelled per transaction before scaling.</w:t>
      </w:r>
    </w:p>
    <w:p w14:paraId="64925869" w14:textId="77777777" w:rsidR="00E2764D" w:rsidRDefault="00F75996">
      <w:pPr>
        <w:pStyle w:val="ListBullet"/>
      </w:pPr>
      <w:r>
        <w:rPr>
          <w:b/>
        </w:rPr>
        <w:t>Automation does not transfer accountability</w:t>
      </w:r>
      <w:r>
        <w:t>: regulators, courts, customers, and the board hold the organization responsible for outcomes irrespective of whether a model, a vendor, or an employee produced them.</w:t>
      </w:r>
    </w:p>
    <w:p w14:paraId="5D56B1F3" w14:textId="77777777" w:rsidR="00E2764D" w:rsidRDefault="00F75996">
      <w:pPr>
        <w:pStyle w:val="Heading2"/>
      </w:pPr>
      <w:bookmarkStart w:id="17" w:name="_Toc241649685"/>
      <w:r>
        <w:lastRenderedPageBreak/>
        <w:t>3.5 The Technical Vocabulary a CAIO Must Command</w:t>
      </w:r>
      <w:bookmarkEnd w:id="17"/>
    </w:p>
    <w:p w14:paraId="61F59024" w14:textId="77777777" w:rsidR="00E2764D" w:rsidRDefault="00F75996">
      <w:r>
        <w:t>A small number of technical terms recur in every design review, vendor discussion, and incident postmortem. The officer who uses them precisely can direct a technical conversation; the officer who avoids them will be managed by it. Each term below is paired with the reason it matters to the officer's own accountabilities rather than to the engineer's.</w:t>
      </w:r>
    </w:p>
    <w:p w14:paraId="24A79F41" w14:textId="77777777" w:rsidR="00E2764D" w:rsidRDefault="00F75996">
      <w:r>
        <w:rPr>
          <w:i/>
          <w:sz w:val="20"/>
        </w:rPr>
        <w:t>Table 3.5 - Core technical vocabulary and why it matters to the officer.</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7777F024" w14:textId="77777777">
        <w:trPr>
          <w:tblHeader/>
        </w:trPr>
        <w:tc>
          <w:tcPr>
            <w:tcW w:w="3120" w:type="dxa"/>
            <w:shd w:val="clear" w:color="auto" w:fill="D5E8F0"/>
          </w:tcPr>
          <w:p w14:paraId="4D9542D9" w14:textId="77777777" w:rsidR="00E2764D" w:rsidRDefault="00F75996">
            <w:r>
              <w:rPr>
                <w:b/>
                <w:sz w:val="20"/>
              </w:rPr>
              <w:t>Term</w:t>
            </w:r>
          </w:p>
        </w:tc>
        <w:tc>
          <w:tcPr>
            <w:tcW w:w="3120" w:type="dxa"/>
            <w:shd w:val="clear" w:color="auto" w:fill="D5E8F0"/>
          </w:tcPr>
          <w:p w14:paraId="72326E8C" w14:textId="77777777" w:rsidR="00E2764D" w:rsidRDefault="00F75996">
            <w:r>
              <w:rPr>
                <w:b/>
                <w:sz w:val="20"/>
              </w:rPr>
              <w:t>What It Means</w:t>
            </w:r>
          </w:p>
        </w:tc>
        <w:tc>
          <w:tcPr>
            <w:tcW w:w="3120" w:type="dxa"/>
            <w:shd w:val="clear" w:color="auto" w:fill="D5E8F0"/>
          </w:tcPr>
          <w:p w14:paraId="13C7EA65" w14:textId="77777777" w:rsidR="00E2764D" w:rsidRDefault="00F75996">
            <w:r>
              <w:rPr>
                <w:b/>
                <w:sz w:val="20"/>
              </w:rPr>
              <w:t>Why the CAIO Cares</w:t>
            </w:r>
          </w:p>
        </w:tc>
      </w:tr>
      <w:tr w:rsidR="00E2764D" w14:paraId="299F20AA" w14:textId="77777777">
        <w:tc>
          <w:tcPr>
            <w:tcW w:w="3120" w:type="dxa"/>
          </w:tcPr>
          <w:p w14:paraId="4F4491E8" w14:textId="77777777" w:rsidR="00E2764D" w:rsidRDefault="00F75996">
            <w:r>
              <w:rPr>
                <w:sz w:val="20"/>
              </w:rPr>
              <w:t>Context window</w:t>
            </w:r>
          </w:p>
        </w:tc>
        <w:tc>
          <w:tcPr>
            <w:tcW w:w="3120" w:type="dxa"/>
          </w:tcPr>
          <w:p w14:paraId="149E62CD" w14:textId="77777777" w:rsidR="00E2764D" w:rsidRDefault="00F75996">
            <w:r>
              <w:rPr>
                <w:sz w:val="20"/>
              </w:rPr>
              <w:t>The maximum amount of text a model can consider in a single request, including instructions, retrieved content, and conversation history</w:t>
            </w:r>
          </w:p>
        </w:tc>
        <w:tc>
          <w:tcPr>
            <w:tcW w:w="3120" w:type="dxa"/>
          </w:tcPr>
          <w:p w14:paraId="1B410D12" w14:textId="77777777" w:rsidR="00E2764D" w:rsidRDefault="00F75996">
            <w:r>
              <w:rPr>
                <w:sz w:val="20"/>
              </w:rPr>
              <w:t>It caps how much material a system can reason over at once and drives both cost and design choices about what to retrieve</w:t>
            </w:r>
          </w:p>
        </w:tc>
      </w:tr>
      <w:tr w:rsidR="00E2764D" w14:paraId="7509BF14" w14:textId="77777777">
        <w:tc>
          <w:tcPr>
            <w:tcW w:w="3120" w:type="dxa"/>
          </w:tcPr>
          <w:p w14:paraId="58B4EB47" w14:textId="77777777" w:rsidR="00E2764D" w:rsidRDefault="00F75996">
            <w:r>
              <w:rPr>
                <w:sz w:val="20"/>
              </w:rPr>
              <w:t>Grounding</w:t>
            </w:r>
          </w:p>
        </w:tc>
        <w:tc>
          <w:tcPr>
            <w:tcW w:w="3120" w:type="dxa"/>
          </w:tcPr>
          <w:p w14:paraId="2FB2F49C" w14:textId="77777777" w:rsidR="00E2764D" w:rsidRDefault="00F75996">
            <w:r>
              <w:rPr>
                <w:sz w:val="20"/>
              </w:rPr>
              <w:t>Supplying the model with authoritative retrieved content and instructing it to answer only from that content</w:t>
            </w:r>
          </w:p>
        </w:tc>
        <w:tc>
          <w:tcPr>
            <w:tcW w:w="3120" w:type="dxa"/>
          </w:tcPr>
          <w:p w14:paraId="7F5EDB23" w14:textId="77777777" w:rsidR="00E2764D" w:rsidRDefault="00F75996">
            <w:r>
              <w:rPr>
                <w:sz w:val="20"/>
              </w:rPr>
              <w:t>It is the primary defence against fabricated answers and the basis for citation and auditability</w:t>
            </w:r>
          </w:p>
        </w:tc>
      </w:tr>
      <w:tr w:rsidR="00E2764D" w14:paraId="2B3B1F96" w14:textId="77777777">
        <w:tc>
          <w:tcPr>
            <w:tcW w:w="3120" w:type="dxa"/>
          </w:tcPr>
          <w:p w14:paraId="11F45BBA" w14:textId="77777777" w:rsidR="00E2764D" w:rsidRDefault="00F75996">
            <w:r>
              <w:rPr>
                <w:sz w:val="20"/>
              </w:rPr>
              <w:t>Embedding</w:t>
            </w:r>
          </w:p>
        </w:tc>
        <w:tc>
          <w:tcPr>
            <w:tcW w:w="3120" w:type="dxa"/>
          </w:tcPr>
          <w:p w14:paraId="666FB2FA" w14:textId="77777777" w:rsidR="00E2764D" w:rsidRDefault="00F75996">
            <w:r>
              <w:rPr>
                <w:sz w:val="20"/>
              </w:rPr>
              <w:t>A numeric representation of meaning that allows content to be searched by similarity rather than by keyword</w:t>
            </w:r>
          </w:p>
        </w:tc>
        <w:tc>
          <w:tcPr>
            <w:tcW w:w="3120" w:type="dxa"/>
          </w:tcPr>
          <w:p w14:paraId="66321ACD" w14:textId="77777777" w:rsidR="00E2764D" w:rsidRDefault="00F75996">
            <w:r>
              <w:rPr>
                <w:sz w:val="20"/>
              </w:rPr>
              <w:t>Embeddings are derived from source data and inherit its sensitivity, so they fall within the retention and deletion obligations in Section 10.3</w:t>
            </w:r>
          </w:p>
        </w:tc>
      </w:tr>
      <w:tr w:rsidR="00E2764D" w14:paraId="48F13E53" w14:textId="77777777">
        <w:tc>
          <w:tcPr>
            <w:tcW w:w="3120" w:type="dxa"/>
          </w:tcPr>
          <w:p w14:paraId="163793AA" w14:textId="77777777" w:rsidR="00E2764D" w:rsidRDefault="00F75996">
            <w:r>
              <w:rPr>
                <w:sz w:val="20"/>
              </w:rPr>
              <w:t>Fine-tuning versus prompting</w:t>
            </w:r>
          </w:p>
        </w:tc>
        <w:tc>
          <w:tcPr>
            <w:tcW w:w="3120" w:type="dxa"/>
          </w:tcPr>
          <w:p w14:paraId="6D288FE3" w14:textId="77777777" w:rsidR="00E2764D" w:rsidRDefault="00F75996">
            <w:r>
              <w:rPr>
                <w:sz w:val="20"/>
              </w:rPr>
              <w:t>Fine-tuning adjusts a model with additional training examples; prompting shapes behavior through instructions at request time</w:t>
            </w:r>
          </w:p>
        </w:tc>
        <w:tc>
          <w:tcPr>
            <w:tcW w:w="3120" w:type="dxa"/>
          </w:tcPr>
          <w:p w14:paraId="4824DAF8" w14:textId="77777777" w:rsidR="00E2764D" w:rsidRDefault="00F75996">
            <w:r>
              <w:rPr>
                <w:sz w:val="20"/>
              </w:rPr>
              <w:t>Prompting and retrieval solve most enterprise problems at lower cost and lower governance burden than fine-tuning</w:t>
            </w:r>
          </w:p>
        </w:tc>
      </w:tr>
      <w:tr w:rsidR="00E2764D" w14:paraId="3DB2B926" w14:textId="77777777">
        <w:tc>
          <w:tcPr>
            <w:tcW w:w="3120" w:type="dxa"/>
          </w:tcPr>
          <w:p w14:paraId="69F0D502" w14:textId="77777777" w:rsidR="00E2764D" w:rsidRDefault="00F75996">
            <w:r>
              <w:rPr>
                <w:sz w:val="20"/>
              </w:rPr>
              <w:t>Evaluation set</w:t>
            </w:r>
          </w:p>
        </w:tc>
        <w:tc>
          <w:tcPr>
            <w:tcW w:w="3120" w:type="dxa"/>
          </w:tcPr>
          <w:p w14:paraId="5728AC48" w14:textId="77777777" w:rsidR="00E2764D" w:rsidRDefault="00F75996">
            <w:r>
              <w:rPr>
                <w:sz w:val="20"/>
              </w:rPr>
              <w:t>A curated collection of representative inputs with known good outputs used to measure system quality objectively</w:t>
            </w:r>
          </w:p>
        </w:tc>
        <w:tc>
          <w:tcPr>
            <w:tcW w:w="3120" w:type="dxa"/>
          </w:tcPr>
          <w:p w14:paraId="4E6617FA" w14:textId="77777777" w:rsidR="00E2764D" w:rsidRDefault="00F75996">
            <w:r>
              <w:rPr>
                <w:sz w:val="20"/>
              </w:rPr>
              <w:t>It is the only credible evidence that a system works, and it is the artifact an auditor will ask to see</w:t>
            </w:r>
          </w:p>
        </w:tc>
      </w:tr>
      <w:tr w:rsidR="00E2764D" w14:paraId="2CFAE117" w14:textId="77777777">
        <w:tc>
          <w:tcPr>
            <w:tcW w:w="3120" w:type="dxa"/>
          </w:tcPr>
          <w:p w14:paraId="0C75ACCB" w14:textId="77777777" w:rsidR="00E2764D" w:rsidRDefault="00F75996">
            <w:r>
              <w:rPr>
                <w:sz w:val="20"/>
              </w:rPr>
              <w:t>Guardrail</w:t>
            </w:r>
          </w:p>
        </w:tc>
        <w:tc>
          <w:tcPr>
            <w:tcW w:w="3120" w:type="dxa"/>
          </w:tcPr>
          <w:p w14:paraId="19728DE3" w14:textId="77777777" w:rsidR="00E2764D" w:rsidRDefault="00F75996">
            <w:r>
              <w:rPr>
                <w:sz w:val="20"/>
              </w:rPr>
              <w:t>A deterministic control that constrains what a system may accept as input, produce as output, or perform as an action</w:t>
            </w:r>
          </w:p>
        </w:tc>
        <w:tc>
          <w:tcPr>
            <w:tcW w:w="3120" w:type="dxa"/>
          </w:tcPr>
          <w:p w14:paraId="5ABA0266" w14:textId="77777777" w:rsidR="00E2764D" w:rsidRDefault="00F75996">
            <w:r>
              <w:rPr>
                <w:sz w:val="20"/>
              </w:rPr>
              <w:t>Guardrails, not model instructions, are what actually prevent prohibited behavior, as described in Section 7.3</w:t>
            </w:r>
          </w:p>
        </w:tc>
      </w:tr>
      <w:tr w:rsidR="00E2764D" w14:paraId="4251E552" w14:textId="77777777">
        <w:tc>
          <w:tcPr>
            <w:tcW w:w="3120" w:type="dxa"/>
          </w:tcPr>
          <w:p w14:paraId="2F9A079F" w14:textId="77777777" w:rsidR="00E2764D" w:rsidRDefault="00F75996">
            <w:r>
              <w:rPr>
                <w:sz w:val="20"/>
              </w:rPr>
              <w:t>Drift</w:t>
            </w:r>
          </w:p>
        </w:tc>
        <w:tc>
          <w:tcPr>
            <w:tcW w:w="3120" w:type="dxa"/>
          </w:tcPr>
          <w:p w14:paraId="4323378D" w14:textId="77777777" w:rsidR="00E2764D" w:rsidRDefault="00F75996">
            <w:r>
              <w:rPr>
                <w:sz w:val="20"/>
              </w:rPr>
              <w:t>Gradual degradation of performance as real-world data, language, or business conditions diverge from what the system was built against</w:t>
            </w:r>
          </w:p>
        </w:tc>
        <w:tc>
          <w:tcPr>
            <w:tcW w:w="3120" w:type="dxa"/>
          </w:tcPr>
          <w:p w14:paraId="3916FF6E" w14:textId="77777777" w:rsidR="00E2764D" w:rsidRDefault="00F75996">
            <w:r>
              <w:rPr>
                <w:sz w:val="20"/>
              </w:rPr>
              <w:t>Drift means a system validated at launch cannot be assumed correct a year later, which is why Section 17.1 requires continuous monitoring</w:t>
            </w:r>
          </w:p>
        </w:tc>
      </w:tr>
      <w:tr w:rsidR="00E2764D" w14:paraId="3D202D1F" w14:textId="77777777">
        <w:tc>
          <w:tcPr>
            <w:tcW w:w="3120" w:type="dxa"/>
          </w:tcPr>
          <w:p w14:paraId="5AD743C5" w14:textId="77777777" w:rsidR="00E2764D" w:rsidRDefault="00F75996">
            <w:r>
              <w:rPr>
                <w:sz w:val="20"/>
              </w:rPr>
              <w:lastRenderedPageBreak/>
              <w:t>Token cost</w:t>
            </w:r>
          </w:p>
        </w:tc>
        <w:tc>
          <w:tcPr>
            <w:tcW w:w="3120" w:type="dxa"/>
          </w:tcPr>
          <w:p w14:paraId="0F4FB343" w14:textId="77777777" w:rsidR="00E2764D" w:rsidRDefault="00F75996">
            <w:r>
              <w:rPr>
                <w:sz w:val="20"/>
              </w:rPr>
              <w:t>The unit of consumption billed for model usage, counting both the input supplied and the output generated</w:t>
            </w:r>
          </w:p>
        </w:tc>
        <w:tc>
          <w:tcPr>
            <w:tcW w:w="3120" w:type="dxa"/>
          </w:tcPr>
          <w:p w14:paraId="7F9CCAE2" w14:textId="77777777" w:rsidR="00E2764D" w:rsidRDefault="00F75996">
            <w:r>
              <w:rPr>
                <w:sz w:val="20"/>
              </w:rPr>
              <w:t>It converts design decisions such as retrieval size and conversation length directly into operating expense</w:t>
            </w:r>
          </w:p>
        </w:tc>
      </w:tr>
      <w:tr w:rsidR="00E2764D" w14:paraId="64BD221E" w14:textId="77777777">
        <w:tc>
          <w:tcPr>
            <w:tcW w:w="3120" w:type="dxa"/>
          </w:tcPr>
          <w:p w14:paraId="166FE331" w14:textId="77777777" w:rsidR="00E2764D" w:rsidRDefault="00F75996">
            <w:r>
              <w:rPr>
                <w:sz w:val="20"/>
              </w:rPr>
              <w:t>Latency</w:t>
            </w:r>
          </w:p>
        </w:tc>
        <w:tc>
          <w:tcPr>
            <w:tcW w:w="3120" w:type="dxa"/>
          </w:tcPr>
          <w:p w14:paraId="5D6B9BFA" w14:textId="77777777" w:rsidR="00E2764D" w:rsidRDefault="00F75996">
            <w:r>
              <w:rPr>
                <w:sz w:val="20"/>
              </w:rPr>
              <w:t>The elapsed time between a request and a usable response, including retrieval, generation, and safety checks</w:t>
            </w:r>
          </w:p>
        </w:tc>
        <w:tc>
          <w:tcPr>
            <w:tcW w:w="3120" w:type="dxa"/>
          </w:tcPr>
          <w:p w14:paraId="044BA31C" w14:textId="77777777" w:rsidR="00E2764D" w:rsidRDefault="00F75996">
            <w:r>
              <w:rPr>
                <w:sz w:val="20"/>
              </w:rPr>
              <w:t>It determines whether a system is viable in an interactive channel and is a frequent cause of failed adoption</w:t>
            </w:r>
          </w:p>
        </w:tc>
      </w:tr>
      <w:tr w:rsidR="00E2764D" w14:paraId="50DCE628" w14:textId="77777777">
        <w:tc>
          <w:tcPr>
            <w:tcW w:w="3120" w:type="dxa"/>
          </w:tcPr>
          <w:p w14:paraId="46D2B489" w14:textId="77777777" w:rsidR="00E2764D" w:rsidRDefault="00F75996">
            <w:r>
              <w:rPr>
                <w:sz w:val="20"/>
              </w:rPr>
              <w:t>Inference quota</w:t>
            </w:r>
          </w:p>
        </w:tc>
        <w:tc>
          <w:tcPr>
            <w:tcW w:w="3120" w:type="dxa"/>
          </w:tcPr>
          <w:p w14:paraId="1C64CB3B" w14:textId="77777777" w:rsidR="00E2764D" w:rsidRDefault="00F75996">
            <w:r>
              <w:rPr>
                <w:sz w:val="20"/>
              </w:rPr>
              <w:t>The provisioned throughput available for model calls, expressed as a rate limit within a region and subscription</w:t>
            </w:r>
          </w:p>
        </w:tc>
        <w:tc>
          <w:tcPr>
            <w:tcW w:w="3120" w:type="dxa"/>
          </w:tcPr>
          <w:p w14:paraId="61D559A4" w14:textId="77777777" w:rsidR="00E2764D" w:rsidRDefault="00F75996">
            <w:r>
              <w:rPr>
                <w:sz w:val="20"/>
              </w:rPr>
              <w:t>Quota is finite and must be planned before scaling, or a successful pilot will fail at production volume</w:t>
            </w:r>
          </w:p>
        </w:tc>
      </w:tr>
    </w:tbl>
    <w:p w14:paraId="457676DB" w14:textId="77777777" w:rsidR="00E2764D" w:rsidRDefault="00E2764D"/>
    <w:p w14:paraId="6CBA7FBB" w14:textId="77777777" w:rsidR="00E2764D" w:rsidRDefault="00F75996">
      <w:pPr>
        <w:pStyle w:val="Heading1"/>
        <w:pageBreakBefore/>
      </w:pPr>
      <w:bookmarkStart w:id="18" w:name="_Toc241649686"/>
      <w:r>
        <w:lastRenderedPageBreak/>
        <w:t>4. Master Topic List</w:t>
      </w:r>
      <w:bookmarkEnd w:id="18"/>
    </w:p>
    <w:p w14:paraId="49C31069" w14:textId="77777777" w:rsidR="00E2764D" w:rsidRDefault="00F75996">
      <w:r>
        <w:t>This section is the index to the officer's responsibilities. It groups every topic the playbook addresses into five domains and points to the section that treats each in detail. It is intended for use as a coverage check: an officer preparing for an audit, a board session, or a handover can walk the list and confirm that nothing material is unaddressed.</w:t>
      </w:r>
    </w:p>
    <w:p w14:paraId="5B596023" w14:textId="77777777" w:rsidR="00E2764D" w:rsidRDefault="00F75996">
      <w:pPr>
        <w:pStyle w:val="Heading2"/>
      </w:pPr>
      <w:bookmarkStart w:id="19" w:name="_Toc241649687"/>
      <w:r>
        <w:t>4.1 Strategy and Business</w:t>
      </w:r>
      <w:bookmarkEnd w:id="19"/>
    </w:p>
    <w:p w14:paraId="0ECA104F" w14:textId="77777777" w:rsidR="00E2764D" w:rsidRDefault="00F75996">
      <w:r>
        <w:t>The strategy domain covers why the organization is investing in artificial intelligence, how the portfolio is selected and sequenced, how it is funded, and how value is proven.</w:t>
      </w:r>
    </w:p>
    <w:p w14:paraId="78E06842" w14:textId="77777777" w:rsidR="00E2764D" w:rsidRDefault="00F75996">
      <w:pPr>
        <w:pStyle w:val="ListBullet"/>
      </w:pPr>
      <w:r>
        <w:t>Charter and decision rights for the officer, including escalation boundaries, are defined in Section 2.2.</w:t>
      </w:r>
    </w:p>
    <w:p w14:paraId="540CA9B5" w14:textId="77777777" w:rsidR="00E2764D" w:rsidRDefault="00F75996">
      <w:pPr>
        <w:pStyle w:val="ListBullet"/>
      </w:pPr>
      <w:r>
        <w:t>Selection and sequencing of the priority mandate portfolio is set out in Section 5.</w:t>
      </w:r>
    </w:p>
    <w:p w14:paraId="04D756CE" w14:textId="77777777" w:rsidR="00E2764D" w:rsidRDefault="00F75996">
      <w:pPr>
        <w:pStyle w:val="ListBullet"/>
      </w:pPr>
      <w:r>
        <w:t>Guiding principles and the phased adoption roadmap are described in Sections 6.1 and 6.3.</w:t>
      </w:r>
    </w:p>
    <w:p w14:paraId="5429CC57" w14:textId="77777777" w:rsidR="00E2764D" w:rsidRDefault="00F75996">
      <w:pPr>
        <w:pStyle w:val="ListBullet"/>
      </w:pPr>
      <w:r>
        <w:t>Build, buy, and partner decision criteria are provided in Section 6.6.</w:t>
      </w:r>
    </w:p>
    <w:p w14:paraId="62910596" w14:textId="77777777" w:rsidR="00E2764D" w:rsidRDefault="00F75996">
      <w:pPr>
        <w:pStyle w:val="ListBullet"/>
      </w:pPr>
      <w:r>
        <w:t>The funding model and capital allocation approach are defined in Section 6.7.</w:t>
      </w:r>
    </w:p>
    <w:p w14:paraId="70903F7B" w14:textId="77777777" w:rsidR="00E2764D" w:rsidRDefault="00F75996">
      <w:pPr>
        <w:pStyle w:val="ListBullet"/>
      </w:pPr>
      <w:r>
        <w:t>Business case structure for each mandate is specified in the deep dives in Section 18.</w:t>
      </w:r>
    </w:p>
    <w:p w14:paraId="68E0326A" w14:textId="77777777" w:rsidR="00E2764D" w:rsidRDefault="00F75996">
      <w:pPr>
        <w:pStyle w:val="ListBullet"/>
      </w:pPr>
      <w:r>
        <w:t>Value measurement and reporting to the board are covered in Sections 17.2 and 17.3.</w:t>
      </w:r>
    </w:p>
    <w:p w14:paraId="7BFAF986" w14:textId="77777777" w:rsidR="00E2764D" w:rsidRDefault="00F75996">
      <w:pPr>
        <w:pStyle w:val="Heading2"/>
      </w:pPr>
      <w:bookmarkStart w:id="20" w:name="_Toc241649688"/>
      <w:r>
        <w:t>4.2 Deployment and Engineering</w:t>
      </w:r>
      <w:bookmarkEnd w:id="20"/>
    </w:p>
    <w:p w14:paraId="664394E5" w14:textId="77777777" w:rsidR="00E2764D" w:rsidRDefault="00F75996">
      <w:r>
        <w:t>The engineering domain covers the platform on which AI workloads run, how they are built and released, and the technical standards that make the portfolio coherent rather than a collection of unrelated projects.</w:t>
      </w:r>
    </w:p>
    <w:p w14:paraId="49B401E9" w14:textId="77777777" w:rsidR="00E2764D" w:rsidRDefault="00F75996">
      <w:pPr>
        <w:pStyle w:val="ListBullet"/>
      </w:pPr>
      <w:r>
        <w:t>The Azure reference architecture and the canonical service for each layer are defined in Section 6.2.</w:t>
      </w:r>
    </w:p>
    <w:p w14:paraId="19BA36FE" w14:textId="77777777" w:rsidR="00E2764D" w:rsidRDefault="00F75996">
      <w:pPr>
        <w:pStyle w:val="ListBullet"/>
      </w:pPr>
      <w:r>
        <w:t>The intake and approval workflow that governs every use case is defined in Section 6.4.</w:t>
      </w:r>
    </w:p>
    <w:p w14:paraId="17DC5E9B" w14:textId="77777777" w:rsidR="00E2764D" w:rsidRDefault="00F75996">
      <w:pPr>
        <w:pStyle w:val="ListBullet"/>
      </w:pPr>
      <w:r>
        <w:t>Detailed component deployment models and non-functional requirements appear in Section 18.</w:t>
      </w:r>
    </w:p>
    <w:p w14:paraId="7C2619DA" w14:textId="77777777" w:rsidR="00E2764D" w:rsidRDefault="00F75996">
      <w:pPr>
        <w:pStyle w:val="ListBullet"/>
      </w:pPr>
      <w:r>
        <w:t>Step-by-step execution sequences for each mandate are provided in Section 18.</w:t>
      </w:r>
    </w:p>
    <w:p w14:paraId="5CBAAD37" w14:textId="77777777" w:rsidR="00E2764D" w:rsidRDefault="00F75996">
      <w:pPr>
        <w:pStyle w:val="ListBullet"/>
      </w:pPr>
      <w:r>
        <w:t>Data ingestion, curation, and the lakehouse foundation are described in Section 15.1.</w:t>
      </w:r>
    </w:p>
    <w:p w14:paraId="0093FBEA" w14:textId="77777777" w:rsidR="00E2764D" w:rsidRDefault="00F75996">
      <w:pPr>
        <w:pStyle w:val="ListBullet"/>
      </w:pPr>
      <w:r>
        <w:t>Integration with systems of record is addressed in Section 15.3.</w:t>
      </w:r>
    </w:p>
    <w:p w14:paraId="4833E6D2" w14:textId="77777777" w:rsidR="00E2764D" w:rsidRDefault="00F75996">
      <w:pPr>
        <w:pStyle w:val="ListBullet"/>
      </w:pPr>
      <w:r>
        <w:t>Monitoring, evaluation, and cost instrumentation requirements are set out in Section 17.1.</w:t>
      </w:r>
    </w:p>
    <w:p w14:paraId="0A2AE394" w14:textId="77777777" w:rsidR="00E2764D" w:rsidRDefault="00F75996">
      <w:pPr>
        <w:pStyle w:val="Heading2"/>
      </w:pPr>
      <w:bookmarkStart w:id="21" w:name="_Toc241649689"/>
      <w:r>
        <w:t>4.3 Risk, Security and Governance</w:t>
      </w:r>
      <w:bookmarkEnd w:id="21"/>
    </w:p>
    <w:p w14:paraId="2A69692D" w14:textId="77777777" w:rsidR="00E2764D" w:rsidRDefault="00F75996">
      <w:r>
        <w:t>This domain contains the controls that make speed defensible. It is the part of the playbook most likely to be examined by an auditor, a regulator, or an insurer, and it is the part the officer should be able to evidence without preparation.</w:t>
      </w:r>
    </w:p>
    <w:p w14:paraId="28F4B6F8" w14:textId="77777777" w:rsidR="00E2764D" w:rsidRDefault="00F75996">
      <w:pPr>
        <w:pStyle w:val="ListBullet"/>
      </w:pPr>
      <w:r>
        <w:t>Security architecture principles and required controls are specified in Sections 7.1 and 7.3.</w:t>
      </w:r>
    </w:p>
    <w:p w14:paraId="4F1C16D8" w14:textId="77777777" w:rsidR="00E2764D" w:rsidRDefault="00F75996">
      <w:pPr>
        <w:pStyle w:val="ListBullet"/>
      </w:pPr>
      <w:r>
        <w:t>AI-specific threats and their primary countermeasures are tabulated in Section 7.2.</w:t>
      </w:r>
    </w:p>
    <w:p w14:paraId="03A532A4" w14:textId="77777777" w:rsidR="00E2764D" w:rsidRDefault="00F75996">
      <w:pPr>
        <w:pStyle w:val="ListBullet"/>
      </w:pPr>
      <w:r>
        <w:lastRenderedPageBreak/>
        <w:t>The governance framework, decision rights, and three lines of defence are described in Section 8.1.</w:t>
      </w:r>
    </w:p>
    <w:p w14:paraId="73946CB5" w14:textId="77777777" w:rsidR="00E2764D" w:rsidRDefault="00F75996">
      <w:pPr>
        <w:pStyle w:val="ListBullet"/>
      </w:pPr>
      <w:r>
        <w:t>Responsible AI principles and the evidence required for each are set out in Section 8.2.</w:t>
      </w:r>
    </w:p>
    <w:p w14:paraId="201B3F43" w14:textId="77777777" w:rsidR="00E2764D" w:rsidRDefault="00F75996">
      <w:pPr>
        <w:pStyle w:val="ListBullet"/>
      </w:pPr>
      <w:r>
        <w:t>The AI system inventory and the risk-tiering rubric are defined in Sections 8.4 and 8.5.</w:t>
      </w:r>
    </w:p>
    <w:p w14:paraId="5056A935" w14:textId="77777777" w:rsidR="00E2764D" w:rsidRDefault="00F75996">
      <w:pPr>
        <w:pStyle w:val="ListBullet"/>
      </w:pPr>
      <w:r>
        <w:t>Identity, authentication, and agent permission scoping are covered in Sections 9.1 and 9.2.</w:t>
      </w:r>
    </w:p>
    <w:p w14:paraId="27A6351D" w14:textId="77777777" w:rsidR="00E2764D" w:rsidRDefault="00F75996">
      <w:pPr>
        <w:pStyle w:val="ListBullet"/>
      </w:pPr>
      <w:r>
        <w:t>Privacy requirements, sensitive data handling, and retention are addressed in Section 10.</w:t>
      </w:r>
    </w:p>
    <w:p w14:paraId="2E5071BA" w14:textId="77777777" w:rsidR="00E2764D" w:rsidRDefault="00F75996">
      <w:pPr>
        <w:pStyle w:val="ListBullet"/>
      </w:pPr>
      <w:r>
        <w:t>Applicable regulatory regimes and the officer's attestation duties are covered in Sections 11.1 and 11.4.</w:t>
      </w:r>
    </w:p>
    <w:p w14:paraId="5F27BE64" w14:textId="77777777" w:rsidR="00E2764D" w:rsidRDefault="00F75996">
      <w:pPr>
        <w:pStyle w:val="ListBullet"/>
      </w:pPr>
      <w:r>
        <w:t>Incident classification, response, and the kill switch are defined in Sections 13.1 and 13.3.</w:t>
      </w:r>
    </w:p>
    <w:p w14:paraId="12BFE9A8" w14:textId="77777777" w:rsidR="00E2764D" w:rsidRDefault="00F75996">
      <w:pPr>
        <w:pStyle w:val="ListBullet"/>
      </w:pPr>
      <w:r>
        <w:t>Third-party AI risk, contract terms, and concentration risk are addressed in Section 14.</w:t>
      </w:r>
    </w:p>
    <w:p w14:paraId="67739803" w14:textId="77777777" w:rsidR="00E2764D" w:rsidRDefault="00F75996">
      <w:pPr>
        <w:pStyle w:val="Heading2"/>
      </w:pPr>
      <w:bookmarkStart w:id="22" w:name="_Toc241649690"/>
      <w:r>
        <w:t>4.4 People and Change</w:t>
      </w:r>
      <w:bookmarkEnd w:id="22"/>
    </w:p>
    <w:p w14:paraId="589B9DF4" w14:textId="77777777" w:rsidR="00E2764D" w:rsidRDefault="00F75996">
      <w:r>
        <w:t>Artificial intelligence programs fail more often for organizational reasons than technical ones. This domain covers the team the officer must build, the literacy the workforce requires, and the honest handling of workforce impact.</w:t>
      </w:r>
    </w:p>
    <w:p w14:paraId="650784F0" w14:textId="77777777" w:rsidR="00E2764D" w:rsidRDefault="00F75996">
      <w:pPr>
        <w:pStyle w:val="ListBullet"/>
      </w:pPr>
      <w:r>
        <w:t>The structure and roles of the officer's own organization are described in Section 16.1.</w:t>
      </w:r>
    </w:p>
    <w:p w14:paraId="6C83C938" w14:textId="77777777" w:rsidR="00E2764D" w:rsidRDefault="00F75996">
      <w:pPr>
        <w:pStyle w:val="ListBullet"/>
      </w:pPr>
      <w:r>
        <w:t>Role-based AI literacy and training obligations are set out in Section 16.2.</w:t>
      </w:r>
    </w:p>
    <w:p w14:paraId="16CB67FA" w14:textId="77777777" w:rsidR="00E2764D" w:rsidRDefault="00F75996">
      <w:pPr>
        <w:pStyle w:val="ListBullet"/>
      </w:pPr>
      <w:r>
        <w:t>Workforce impact, redeployment, and reskilling commitments are addressed in Section 16.3.</w:t>
      </w:r>
    </w:p>
    <w:p w14:paraId="14609466" w14:textId="77777777" w:rsidR="00E2764D" w:rsidRDefault="00F75996">
      <w:pPr>
        <w:pStyle w:val="ListBullet"/>
      </w:pPr>
      <w:r>
        <w:t>Communications and adoption practices are described in Section 16.4.</w:t>
      </w:r>
    </w:p>
    <w:p w14:paraId="5829D7D5" w14:textId="77777777" w:rsidR="00E2764D" w:rsidRDefault="00F75996">
      <w:pPr>
        <w:pStyle w:val="ListBullet"/>
      </w:pPr>
      <w:r>
        <w:t>Human oversight roles, reviewer of record, and override authority are defined in Section 12.3.</w:t>
      </w:r>
    </w:p>
    <w:p w14:paraId="5849EADB" w14:textId="77777777" w:rsidR="00E2764D" w:rsidRDefault="00F75996">
      <w:pPr>
        <w:pStyle w:val="ListBullet"/>
      </w:pPr>
      <w:r>
        <w:t>Ownership and time commitments during the first ninety days are tabulated in Section 19.5.</w:t>
      </w:r>
    </w:p>
    <w:p w14:paraId="26C3C3A7" w14:textId="77777777" w:rsidR="00E2764D" w:rsidRDefault="00F75996">
      <w:pPr>
        <w:pStyle w:val="Heading2"/>
      </w:pPr>
      <w:bookmarkStart w:id="23" w:name="_Toc241649691"/>
      <w:r>
        <w:t>4.5 Ongoing Management</w:t>
      </w:r>
      <w:bookmarkEnd w:id="23"/>
    </w:p>
    <w:p w14:paraId="3F35AD51" w14:textId="77777777" w:rsidR="00E2764D" w:rsidRDefault="00F75996">
      <w:r>
        <w:t>The final domain covers the disciplines that keep a portfolio healthy after launch, including the frequently neglected discipline of retiring systems that no longer earn their place.</w:t>
      </w:r>
    </w:p>
    <w:p w14:paraId="0946D97E" w14:textId="77777777" w:rsidR="00E2764D" w:rsidRDefault="00F75996">
      <w:pPr>
        <w:pStyle w:val="ListBullet"/>
      </w:pPr>
      <w:r>
        <w:t>Monitoring dimensions and the tooling for each are tabulated in Section 17.1.</w:t>
      </w:r>
    </w:p>
    <w:p w14:paraId="7E125ACF" w14:textId="77777777" w:rsidR="00E2764D" w:rsidRDefault="00F75996">
      <w:pPr>
        <w:pStyle w:val="ListBullet"/>
      </w:pPr>
      <w:r>
        <w:t>The program KPI framework and baseline sources are defined in Section 17.2.</w:t>
      </w:r>
    </w:p>
    <w:p w14:paraId="2132C591" w14:textId="77777777" w:rsidR="00E2764D" w:rsidRDefault="00F75996">
      <w:pPr>
        <w:pStyle w:val="ListBullet"/>
      </w:pPr>
      <w:r>
        <w:t>The board reporting pack and its cadence are specified in Section 17.3.</w:t>
      </w:r>
    </w:p>
    <w:p w14:paraId="33D203A6" w14:textId="77777777" w:rsidR="00E2764D" w:rsidRDefault="00F75996">
      <w:pPr>
        <w:pStyle w:val="ListBullet"/>
      </w:pPr>
      <w:r>
        <w:t>Weekly, monthly, quarterly, and annual improvement activities are listed in Section 17.4.</w:t>
      </w:r>
    </w:p>
    <w:p w14:paraId="1AE2C515" w14:textId="77777777" w:rsidR="00E2764D" w:rsidRDefault="00F75996">
      <w:pPr>
        <w:pStyle w:val="ListBullet"/>
      </w:pPr>
      <w:r>
        <w:t>Decommissioning criteria and portfolio hygiene are described in Section 17.5.</w:t>
      </w:r>
    </w:p>
    <w:p w14:paraId="08AF7EF0" w14:textId="77777777" w:rsidR="00E2764D" w:rsidRDefault="00F75996">
      <w:pPr>
        <w:pStyle w:val="ListBullet"/>
      </w:pPr>
      <w:r>
        <w:t>Ongoing vendor monitoring and exit planning are covered in Sections 14.3 and 14.4.</w:t>
      </w:r>
    </w:p>
    <w:p w14:paraId="4FA57B87" w14:textId="77777777" w:rsidR="00E2764D" w:rsidRDefault="00F75996">
      <w:pPr>
        <w:pStyle w:val="ListBullet"/>
      </w:pPr>
      <w:r>
        <w:t>Document review, versioning, and change control are described in Section 1.2.</w:t>
      </w:r>
    </w:p>
    <w:p w14:paraId="1A80C8AE" w14:textId="77777777" w:rsidR="00E2764D" w:rsidRDefault="00F75996">
      <w:pPr>
        <w:pStyle w:val="Heading1"/>
        <w:pageBreakBefore/>
      </w:pPr>
      <w:bookmarkStart w:id="24" w:name="_Toc241649692"/>
      <w:r>
        <w:lastRenderedPageBreak/>
        <w:t>5. The CAIO Priority Mandate Portfolio</w:t>
      </w:r>
      <w:bookmarkEnd w:id="24"/>
    </w:p>
    <w:p w14:paraId="599F7E7F" w14:textId="77777777" w:rsidR="00E2764D" w:rsidRDefault="00F75996">
      <w:r>
        <w:t>The three mandates that constitute the first-year portfolio were selected against five criteria: enterprise impact, feasibility with current capability, readiness of the underlying data, the organizational risk of acting or failing to act, and the effect on the officer's own credibility. The last criterion is not vanity. A new officer has a limited window in which to demonstrate that the function produces decisions and outcomes rather than committees, and mandates that produce visible results early buy the authority required for the harder work that follows.</w:t>
      </w:r>
    </w:p>
    <w:p w14:paraId="56C4AC52" w14:textId="77777777" w:rsidR="00E2764D" w:rsidRDefault="00F75996">
      <w:r>
        <w:t>Enterprise impact favours work that changes how the whole organization operates rather than work that improves one process. Feasibility favours work that does not depend on capability the organization has not yet hired. Data readiness is the most common reason ambitious use cases stall, so mandates that build the foundation are sequenced ahead of mandates that consume it. Organizational risk cuts both ways: the risk of deploying without controls and the risk of ungoverned adoption continuing while the officer designs a perfect framework. The three mandates below balance these tensions and are mutually reinforcing rather than independent.</w:t>
      </w:r>
    </w:p>
    <w:p w14:paraId="5213ABFE" w14:textId="77777777" w:rsidR="00E2764D" w:rsidRDefault="00F75996">
      <w:r>
        <w:rPr>
          <w:i/>
          <w:sz w:val="20"/>
        </w:rPr>
        <w:t>Table 5 - The first-year mandate portfolio and the officer's personal ownership within each.</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29DE3806" w14:textId="77777777">
        <w:trPr>
          <w:tblHeader/>
        </w:trPr>
        <w:tc>
          <w:tcPr>
            <w:tcW w:w="3120" w:type="dxa"/>
            <w:shd w:val="clear" w:color="auto" w:fill="D5E8F0"/>
          </w:tcPr>
          <w:p w14:paraId="57B9FFD2" w14:textId="77777777" w:rsidR="00E2764D" w:rsidRDefault="00F75996">
            <w:r>
              <w:rPr>
                <w:b/>
                <w:sz w:val="20"/>
              </w:rPr>
              <w:t>Mandate</w:t>
            </w:r>
          </w:p>
        </w:tc>
        <w:tc>
          <w:tcPr>
            <w:tcW w:w="3120" w:type="dxa"/>
            <w:shd w:val="clear" w:color="auto" w:fill="D5E8F0"/>
          </w:tcPr>
          <w:p w14:paraId="1597FF3F" w14:textId="77777777" w:rsidR="00E2764D" w:rsidRDefault="00F75996">
            <w:r>
              <w:rPr>
                <w:b/>
                <w:sz w:val="20"/>
              </w:rPr>
              <w:t>Why It Comes First</w:t>
            </w:r>
          </w:p>
        </w:tc>
        <w:tc>
          <w:tcPr>
            <w:tcW w:w="3120" w:type="dxa"/>
            <w:shd w:val="clear" w:color="auto" w:fill="D5E8F0"/>
          </w:tcPr>
          <w:p w14:paraId="0327D335" w14:textId="77777777" w:rsidR="00E2764D" w:rsidRDefault="00F75996">
            <w:r>
              <w:rPr>
                <w:b/>
                <w:sz w:val="20"/>
              </w:rPr>
              <w:t>What the CAIO Personally Owns</w:t>
            </w:r>
          </w:p>
        </w:tc>
      </w:tr>
      <w:tr w:rsidR="00E2764D" w14:paraId="0B5C19C2" w14:textId="77777777">
        <w:tc>
          <w:tcPr>
            <w:tcW w:w="3120" w:type="dxa"/>
          </w:tcPr>
          <w:p w14:paraId="4D18189F" w14:textId="77777777" w:rsidR="00E2764D" w:rsidRDefault="00F75996">
            <w:r>
              <w:rPr>
                <w:sz w:val="20"/>
              </w:rPr>
              <w:t>Enterprise AI Operating Model and Portfolio Governance</w:t>
            </w:r>
          </w:p>
        </w:tc>
        <w:tc>
          <w:tcPr>
            <w:tcW w:w="3120" w:type="dxa"/>
          </w:tcPr>
          <w:p w14:paraId="30755F75" w14:textId="77777777" w:rsidR="00E2764D" w:rsidRDefault="00F75996">
            <w:r>
              <w:rPr>
                <w:sz w:val="20"/>
              </w:rPr>
              <w:t>Nothing else can be governed, prioritized, or defended until decision rights, intake, tiering, and the inventory exist. It is the mechanism through which every later mandate is executed.</w:t>
            </w:r>
          </w:p>
        </w:tc>
        <w:tc>
          <w:tcPr>
            <w:tcW w:w="3120" w:type="dxa"/>
          </w:tcPr>
          <w:p w14:paraId="21DBE139" w14:textId="77777777" w:rsidR="00E2764D" w:rsidRDefault="00F75996">
            <w:r>
              <w:rPr>
                <w:sz w:val="20"/>
              </w:rPr>
              <w:t>The charter, the intake and approval workflow, risk tier assignment, the AI system inventory, and the operation of the governance council</w:t>
            </w:r>
          </w:p>
        </w:tc>
      </w:tr>
      <w:tr w:rsidR="00E2764D" w14:paraId="5E33879E" w14:textId="77777777">
        <w:tc>
          <w:tcPr>
            <w:tcW w:w="3120" w:type="dxa"/>
          </w:tcPr>
          <w:p w14:paraId="6754D6FB" w14:textId="77777777" w:rsidR="00E2764D" w:rsidRDefault="00F75996">
            <w:r>
              <w:rPr>
                <w:sz w:val="20"/>
              </w:rPr>
              <w:t>AI Risk, Assurance and Regulatory Readiness</w:t>
            </w:r>
          </w:p>
        </w:tc>
        <w:tc>
          <w:tcPr>
            <w:tcW w:w="3120" w:type="dxa"/>
          </w:tcPr>
          <w:p w14:paraId="3CC83B2B" w14:textId="77777777" w:rsidR="00E2764D" w:rsidRDefault="00F75996">
            <w:r>
              <w:rPr>
                <w:sz w:val="20"/>
              </w:rPr>
              <w:t>External scrutiny is arriving faster than most enterprises can respond to, and evidence cannot be assembled retrospectively. Building the assurance record alongside delivery costs far less than reconstructing it under examination.</w:t>
            </w:r>
          </w:p>
        </w:tc>
        <w:tc>
          <w:tcPr>
            <w:tcW w:w="3120" w:type="dxa"/>
          </w:tcPr>
          <w:p w14:paraId="6892AE3F" w14:textId="77777777" w:rsidR="00E2764D" w:rsidRDefault="00F75996">
            <w:r>
              <w:rPr>
                <w:sz w:val="20"/>
              </w:rPr>
              <w:t>The control framework, the evaluation and red teaming release gates, the regulatory applicability mapping, and the attestations the officer personally signs</w:t>
            </w:r>
          </w:p>
        </w:tc>
      </w:tr>
      <w:tr w:rsidR="00E2764D" w14:paraId="073B825F" w14:textId="77777777">
        <w:tc>
          <w:tcPr>
            <w:tcW w:w="3120" w:type="dxa"/>
          </w:tcPr>
          <w:p w14:paraId="79E6A557" w14:textId="77777777" w:rsidR="00E2764D" w:rsidRDefault="00F75996">
            <w:r>
              <w:rPr>
                <w:sz w:val="20"/>
              </w:rPr>
              <w:t>AI Platform and Data Foundation on Azure</w:t>
            </w:r>
          </w:p>
        </w:tc>
        <w:tc>
          <w:tcPr>
            <w:tcW w:w="3120" w:type="dxa"/>
          </w:tcPr>
          <w:p w14:paraId="2061FEDB" w14:textId="77777777" w:rsidR="00E2764D" w:rsidRDefault="00F75996">
            <w:r>
              <w:rPr>
                <w:sz w:val="20"/>
              </w:rPr>
              <w:t>A shared, governed platform makes every subsequent use case faster, cheaper, and safer, and it is the only practical way to replace ungoverned adoption with a sanctioned alternative that teams prefer.</w:t>
            </w:r>
          </w:p>
        </w:tc>
        <w:tc>
          <w:tcPr>
            <w:tcW w:w="3120" w:type="dxa"/>
          </w:tcPr>
          <w:p w14:paraId="6A7AE1F6" w14:textId="77777777" w:rsidR="00E2764D" w:rsidRDefault="00F75996">
            <w:r>
              <w:rPr>
                <w:sz w:val="20"/>
              </w:rPr>
              <w:t>The reference architecture standard, the AI landing zone design authority, grounding and retrieval standards, and cost and quota governance</w:t>
            </w:r>
          </w:p>
        </w:tc>
      </w:tr>
    </w:tbl>
    <w:p w14:paraId="11052E7D" w14:textId="77777777" w:rsidR="00E2764D" w:rsidRDefault="00E2764D"/>
    <w:p w14:paraId="0ED518D3" w14:textId="77777777" w:rsidR="00E2764D" w:rsidRDefault="00F75996">
      <w:r>
        <w:lastRenderedPageBreak/>
        <w:t>Several adjacent areas were deliberately deferred to the second wave rather than rejected. Enterprise copilot deployment and workforce productivity adoption is high in visible value but depends on the identity, permission, and content governance that the platform mandate establishes, and deploying it prematurely propagates existing permission errors at scale. Agentic automation of end-to-end business processes is deferred because it requires the guardrail, evaluation, and oversight machinery that the assurance mandate builds. Customer-facing generative applications are deferred until the disclosure, escalation, and incident capabilities in Sections 12 and 13 are operational and tested. Sequencing is itself a control: each deferred item becomes materially safer and cheaper once its prerequisite is in place.</w:t>
      </w:r>
    </w:p>
    <w:p w14:paraId="20261EF6" w14:textId="77777777" w:rsidR="00E2764D" w:rsidRDefault="00F75996">
      <w:r>
        <w:rPr>
          <w:i/>
          <w:color w:val="808080"/>
        </w:rPr>
        <w:t>[PLACEHOLDER - Replace the three mandates above with the organization's own priorities where they differ, record the assessment scores against the five selection criteria, and name the executive sponsor for each mandate.]</w:t>
      </w:r>
    </w:p>
    <w:p w14:paraId="717E81B4" w14:textId="77777777" w:rsidR="00E2764D" w:rsidRDefault="00F75996">
      <w:pPr>
        <w:pStyle w:val="Heading1"/>
        <w:pageBreakBefore/>
      </w:pPr>
      <w:bookmarkStart w:id="25" w:name="_Toc241649693"/>
      <w:r>
        <w:lastRenderedPageBreak/>
        <w:t>6. How the Organization Should Approach AI Deployment</w:t>
      </w:r>
      <w:bookmarkEnd w:id="25"/>
    </w:p>
    <w:p w14:paraId="1D42DB64" w14:textId="77777777" w:rsidR="00E2764D" w:rsidRDefault="00F75996">
      <w:r>
        <w:t>This section defines the operating discipline that turns individual AI projects into a managed portfolio. It covers the principles that resolve close decisions, the shared architecture that every workload inherits, the phasing of adoption, the gates each use case must clear, the distribution of responsibility across the enterprise, the criteria for building versus buying, and the way the work is funded. These elements are interdependent. An intake process without an architecture produces compliant projects that cannot be operated; an architecture without a funding model produces a platform nobody pays to maintain.</w:t>
      </w:r>
    </w:p>
    <w:p w14:paraId="28E74EB1" w14:textId="77777777" w:rsidR="00E2764D" w:rsidRDefault="00F75996">
      <w:pPr>
        <w:pStyle w:val="Heading2"/>
      </w:pPr>
      <w:bookmarkStart w:id="26" w:name="_Toc241649694"/>
      <w:r>
        <w:t>6.1 Guiding Principles</w:t>
      </w:r>
      <w:bookmarkEnd w:id="26"/>
    </w:p>
    <w:p w14:paraId="4CC29B17" w14:textId="77777777" w:rsidR="00E2764D" w:rsidRDefault="00F75996">
      <w:r>
        <w:t>Principles exist to settle the decisions that a process cannot anticipate. The seven below are stated so that each can be applied as a test rather than admired as a value, and the officer should be prepared to cite them when refusing a request as well as when approving one.</w:t>
      </w:r>
    </w:p>
    <w:p w14:paraId="60C4A36F" w14:textId="77777777" w:rsidR="00E2764D" w:rsidRDefault="00F75996">
      <w:pPr>
        <w:pStyle w:val="ListBullet"/>
      </w:pPr>
      <w:r>
        <w:rPr>
          <w:b/>
        </w:rPr>
        <w:t>Human accountability is non-negotiable</w:t>
      </w:r>
      <w:r>
        <w:t>: a named business owner and a named technical owner are accountable for every AI system's outcomes, regardless of vendor, automation level, or how the system was acquired.</w:t>
      </w:r>
    </w:p>
    <w:p w14:paraId="72BED09B" w14:textId="77777777" w:rsidR="00E2764D" w:rsidRDefault="00F75996">
      <w:pPr>
        <w:pStyle w:val="ListBullet"/>
      </w:pPr>
      <w:r>
        <w:rPr>
          <w:b/>
        </w:rPr>
        <w:t>Ground before you generate</w:t>
      </w:r>
      <w:r>
        <w:t>: any system that answers questions about organizational fact retrieves from a governed source and cites it, rather than relying on the model's training to supply the answer.</w:t>
      </w:r>
    </w:p>
    <w:p w14:paraId="1D55D11B" w14:textId="77777777" w:rsidR="00E2764D" w:rsidRDefault="00F75996">
      <w:pPr>
        <w:pStyle w:val="ListBullet"/>
      </w:pPr>
      <w:r>
        <w:rPr>
          <w:b/>
        </w:rPr>
        <w:t>Constrain agency deterministically</w:t>
      </w:r>
      <w:r>
        <w:t>: what an AI system is permitted to do is enforced by code, permissions, and policy rather than by instructions in a prompt, which can be circumvented.</w:t>
      </w:r>
    </w:p>
    <w:p w14:paraId="0043C9F6" w14:textId="77777777" w:rsidR="00E2764D" w:rsidRDefault="00F75996">
      <w:pPr>
        <w:pStyle w:val="ListBullet"/>
      </w:pPr>
      <w:r>
        <w:rPr>
          <w:b/>
        </w:rPr>
        <w:t>Start where the data is ready</w:t>
      </w:r>
      <w:r>
        <w:t>: use case selection follows data readiness, because a compelling idea grounded in incomplete or unreliable data produces a confident, unreliable system.</w:t>
      </w:r>
    </w:p>
    <w:p w14:paraId="43A78AFA" w14:textId="77777777" w:rsidR="00E2764D" w:rsidRDefault="00F75996">
      <w:pPr>
        <w:pStyle w:val="ListBullet"/>
      </w:pPr>
      <w:r>
        <w:rPr>
          <w:b/>
        </w:rPr>
        <w:t>Build once, reuse everywhere</w:t>
      </w:r>
      <w:r>
        <w:t>: shared platform components, evaluation harnesses, and control implementations are the mechanism by which the marginal cost and risk of each new use case fall over time.</w:t>
      </w:r>
    </w:p>
    <w:p w14:paraId="0D8B83E6" w14:textId="77777777" w:rsidR="00E2764D" w:rsidRDefault="00F75996">
      <w:pPr>
        <w:pStyle w:val="ListBullet"/>
      </w:pPr>
      <w:r>
        <w:rPr>
          <w:b/>
        </w:rPr>
        <w:t>Measure against a baseline established before launch</w:t>
      </w:r>
      <w:r>
        <w:t>: value claims that were not baselined in advance cannot be verified afterwards and will not survive scrutiny by finance or the board.</w:t>
      </w:r>
    </w:p>
    <w:p w14:paraId="3C4FBFB5" w14:textId="77777777" w:rsidR="00E2764D" w:rsidRDefault="00F75996">
      <w:pPr>
        <w:pStyle w:val="ListBullet"/>
      </w:pPr>
      <w:r>
        <w:rPr>
          <w:b/>
        </w:rPr>
        <w:t>Prefer the reversible decision</w:t>
      </w:r>
      <w:r>
        <w:t>: where two approaches are comparable, choose the one that can be unwound, because the pace of change in this field makes optionality more valuable than optimization.</w:t>
      </w:r>
    </w:p>
    <w:p w14:paraId="5A7A6296" w14:textId="77777777" w:rsidR="00E2764D" w:rsidRDefault="00F75996">
      <w:pPr>
        <w:pStyle w:val="Heading2"/>
      </w:pPr>
      <w:bookmarkStart w:id="27" w:name="_Toc241649695"/>
      <w:r>
        <w:t>6.2 Reference Architecture on Microsoft Azure</w:t>
      </w:r>
      <w:bookmarkEnd w:id="27"/>
    </w:p>
    <w:p w14:paraId="2424FA8C" w14:textId="77777777" w:rsidR="00E2764D" w:rsidRDefault="00F75996">
      <w:r>
        <w:t xml:space="preserve">The reference architecture describes one path from source data to a governed user experience, and every AI workload is expected to follow it unless an exception is recorded. Data originates in the organization's systems of record and operational stores. It is ingested on a defined schedule into a lakehouse foundation built on Microsoft Fabric with Azure Data Lake Storage Gen2, where it is curated into governed, documented data products rather than consumed in </w:t>
      </w:r>
      <w:r>
        <w:lastRenderedPageBreak/>
        <w:t>raw form. Classification, lineage, and sensitivity labelling are applied at this layer through Microsoft Purview, so that every downstream consumer inherits the classification rather than reasserting it.</w:t>
      </w:r>
    </w:p>
    <w:p w14:paraId="39AC8F79" w14:textId="77777777" w:rsidR="00E2764D" w:rsidRDefault="00F75996">
      <w:r>
        <w:t>Above the data layer sits the model and agent layer. Generative applications and agents are built and hosted in Azure AI Foundry, drawing on models served through Azure OpenAI Service, with retrieval provided by Azure AI Search over indexed and permission-trimmed content. Predictive models are trained, registered, and deployed through Azure Machine Learning. Orchestration connects these components to the systems of record through Azure API Management, Azure Logic Apps, and Azure Functions, so that integration is mediated, throttled, and observable rather than direct. The application layer delivers the experience through Power Apps, Microsoft Copilot Studio, Microsoft 365 Copilot, or a custom application hosted in Azure Container Apps. Monitoring spans the whole stack through Azure Monitor, Application Insights, Microsoft Defender for Cloud, Microsoft Sentinel, and Microsoft Cost Management.</w:t>
      </w:r>
    </w:p>
    <w:p w14:paraId="2C08DACB" w14:textId="77777777" w:rsidR="00E2764D" w:rsidRDefault="00F75996">
      <w:r>
        <w:rPr>
          <w:i/>
          <w:sz w:val="20"/>
        </w:rPr>
        <w:t>Table 6.2 - Architecture layers and the canonical Azure service for each.</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2172B7BA" w14:textId="77777777">
        <w:trPr>
          <w:tblHeader/>
        </w:trPr>
        <w:tc>
          <w:tcPr>
            <w:tcW w:w="3120" w:type="dxa"/>
            <w:shd w:val="clear" w:color="auto" w:fill="D5E8F0"/>
          </w:tcPr>
          <w:p w14:paraId="6ABE5C4F" w14:textId="77777777" w:rsidR="00E2764D" w:rsidRDefault="00F75996">
            <w:r>
              <w:rPr>
                <w:b/>
                <w:sz w:val="20"/>
              </w:rPr>
              <w:t>Architecture Layer</w:t>
            </w:r>
          </w:p>
        </w:tc>
        <w:tc>
          <w:tcPr>
            <w:tcW w:w="3120" w:type="dxa"/>
            <w:shd w:val="clear" w:color="auto" w:fill="D5E8F0"/>
          </w:tcPr>
          <w:p w14:paraId="23E8363E" w14:textId="77777777" w:rsidR="00E2764D" w:rsidRDefault="00F75996">
            <w:r>
              <w:rPr>
                <w:b/>
                <w:sz w:val="20"/>
              </w:rPr>
              <w:t>Azure / Microsoft Service</w:t>
            </w:r>
          </w:p>
        </w:tc>
        <w:tc>
          <w:tcPr>
            <w:tcW w:w="3120" w:type="dxa"/>
            <w:shd w:val="clear" w:color="auto" w:fill="D5E8F0"/>
          </w:tcPr>
          <w:p w14:paraId="1E759F73" w14:textId="77777777" w:rsidR="00E2764D" w:rsidRDefault="00F75996">
            <w:r>
              <w:rPr>
                <w:b/>
                <w:sz w:val="20"/>
              </w:rPr>
              <w:t>Purpose</w:t>
            </w:r>
          </w:p>
        </w:tc>
      </w:tr>
      <w:tr w:rsidR="00E2764D" w14:paraId="792D66C6" w14:textId="77777777">
        <w:tc>
          <w:tcPr>
            <w:tcW w:w="3120" w:type="dxa"/>
          </w:tcPr>
          <w:p w14:paraId="48FF0FD8" w14:textId="77777777" w:rsidR="00E2764D" w:rsidRDefault="00F75996">
            <w:r>
              <w:rPr>
                <w:sz w:val="20"/>
              </w:rPr>
              <w:t>Source systems and ingestion</w:t>
            </w:r>
          </w:p>
        </w:tc>
        <w:tc>
          <w:tcPr>
            <w:tcW w:w="3120" w:type="dxa"/>
          </w:tcPr>
          <w:p w14:paraId="7C0FB0ED" w14:textId="77777777" w:rsidR="00E2764D" w:rsidRDefault="00F75996">
            <w:r>
              <w:rPr>
                <w:sz w:val="20"/>
              </w:rPr>
              <w:t>Microsoft Fabric data pipelines with Azure Data Factory capabilities</w:t>
            </w:r>
          </w:p>
        </w:tc>
        <w:tc>
          <w:tcPr>
            <w:tcW w:w="3120" w:type="dxa"/>
          </w:tcPr>
          <w:p w14:paraId="01035DAD" w14:textId="77777777" w:rsidR="00E2764D" w:rsidRDefault="00F75996">
            <w:r>
              <w:rPr>
                <w:sz w:val="20"/>
              </w:rPr>
              <w:t>Scheduled and event-driven movement of data from systems of record into the governed foundation</w:t>
            </w:r>
          </w:p>
        </w:tc>
      </w:tr>
      <w:tr w:rsidR="00E2764D" w14:paraId="64A6C913" w14:textId="77777777">
        <w:tc>
          <w:tcPr>
            <w:tcW w:w="3120" w:type="dxa"/>
          </w:tcPr>
          <w:p w14:paraId="5DCCAB39" w14:textId="77777777" w:rsidR="00E2764D" w:rsidRDefault="00F75996">
            <w:r>
              <w:rPr>
                <w:sz w:val="20"/>
              </w:rPr>
              <w:t>Storage and lakehouse</w:t>
            </w:r>
          </w:p>
        </w:tc>
        <w:tc>
          <w:tcPr>
            <w:tcW w:w="3120" w:type="dxa"/>
          </w:tcPr>
          <w:p w14:paraId="0FD1814D" w14:textId="77777777" w:rsidR="00E2764D" w:rsidRDefault="00F75996">
            <w:r>
              <w:rPr>
                <w:sz w:val="20"/>
              </w:rPr>
              <w:t>Microsoft Fabric with Azure Data Lake Storage Gen2</w:t>
            </w:r>
          </w:p>
        </w:tc>
        <w:tc>
          <w:tcPr>
            <w:tcW w:w="3120" w:type="dxa"/>
          </w:tcPr>
          <w:p w14:paraId="735A2768" w14:textId="77777777" w:rsidR="00E2764D" w:rsidRDefault="00F75996">
            <w:r>
              <w:rPr>
                <w:sz w:val="20"/>
              </w:rPr>
              <w:t>Durable, governed storage of raw, curated, and serving layers with a single logical view for analytics and AI</w:t>
            </w:r>
          </w:p>
        </w:tc>
      </w:tr>
      <w:tr w:rsidR="00E2764D" w14:paraId="70CA2C3A" w14:textId="77777777">
        <w:tc>
          <w:tcPr>
            <w:tcW w:w="3120" w:type="dxa"/>
          </w:tcPr>
          <w:p w14:paraId="6D7CC753" w14:textId="77777777" w:rsidR="00E2764D" w:rsidRDefault="00F75996">
            <w:r>
              <w:rPr>
                <w:sz w:val="20"/>
              </w:rPr>
              <w:t>Data governance and classification</w:t>
            </w:r>
          </w:p>
        </w:tc>
        <w:tc>
          <w:tcPr>
            <w:tcW w:w="3120" w:type="dxa"/>
          </w:tcPr>
          <w:p w14:paraId="66F7AACB" w14:textId="77777777" w:rsidR="00E2764D" w:rsidRDefault="00F75996">
            <w:r>
              <w:rPr>
                <w:sz w:val="20"/>
              </w:rPr>
              <w:t>Microsoft Purview</w:t>
            </w:r>
          </w:p>
        </w:tc>
        <w:tc>
          <w:tcPr>
            <w:tcW w:w="3120" w:type="dxa"/>
          </w:tcPr>
          <w:p w14:paraId="46602076" w14:textId="77777777" w:rsidR="00E2764D" w:rsidRDefault="00F75996">
            <w:r>
              <w:rPr>
                <w:sz w:val="20"/>
              </w:rPr>
              <w:t>Catalog, lineage, sensitivity labelling, and policy enforcement applied once and inherited downstream</w:t>
            </w:r>
          </w:p>
        </w:tc>
      </w:tr>
      <w:tr w:rsidR="00E2764D" w14:paraId="1AAE51B4" w14:textId="77777777">
        <w:tc>
          <w:tcPr>
            <w:tcW w:w="3120" w:type="dxa"/>
          </w:tcPr>
          <w:p w14:paraId="170F935A" w14:textId="77777777" w:rsidR="00E2764D" w:rsidRDefault="00F75996">
            <w:r>
              <w:rPr>
                <w:sz w:val="20"/>
              </w:rPr>
              <w:t>Retrieval and grounding</w:t>
            </w:r>
          </w:p>
        </w:tc>
        <w:tc>
          <w:tcPr>
            <w:tcW w:w="3120" w:type="dxa"/>
          </w:tcPr>
          <w:p w14:paraId="4B9494EC" w14:textId="77777777" w:rsidR="00E2764D" w:rsidRDefault="00F75996">
            <w:r>
              <w:rPr>
                <w:sz w:val="20"/>
              </w:rPr>
              <w:t>Azure AI Search</w:t>
            </w:r>
          </w:p>
        </w:tc>
        <w:tc>
          <w:tcPr>
            <w:tcW w:w="3120" w:type="dxa"/>
          </w:tcPr>
          <w:p w14:paraId="1E22088A" w14:textId="77777777" w:rsidR="00E2764D" w:rsidRDefault="00F75996">
            <w:r>
              <w:rPr>
                <w:sz w:val="20"/>
              </w:rPr>
              <w:t>Hybrid semantic indexing of approved content with security trimming so retrieval respects user entitlements</w:t>
            </w:r>
          </w:p>
        </w:tc>
      </w:tr>
      <w:tr w:rsidR="00E2764D" w14:paraId="759706E8" w14:textId="77777777">
        <w:tc>
          <w:tcPr>
            <w:tcW w:w="3120" w:type="dxa"/>
          </w:tcPr>
          <w:p w14:paraId="2C812961" w14:textId="77777777" w:rsidR="00E2764D" w:rsidRDefault="00F75996">
            <w:r>
              <w:rPr>
                <w:sz w:val="20"/>
              </w:rPr>
              <w:t>Generative model and agent layer</w:t>
            </w:r>
          </w:p>
        </w:tc>
        <w:tc>
          <w:tcPr>
            <w:tcW w:w="3120" w:type="dxa"/>
          </w:tcPr>
          <w:p w14:paraId="721D308C" w14:textId="77777777" w:rsidR="00E2764D" w:rsidRDefault="00F75996">
            <w:r>
              <w:rPr>
                <w:sz w:val="20"/>
              </w:rPr>
              <w:t>Azure AI Foundry with Azure AI Foundry Agent Service and Azure OpenAI Service</w:t>
            </w:r>
          </w:p>
        </w:tc>
        <w:tc>
          <w:tcPr>
            <w:tcW w:w="3120" w:type="dxa"/>
          </w:tcPr>
          <w:p w14:paraId="64DC618B" w14:textId="77777777" w:rsidR="00E2764D" w:rsidRDefault="00F75996">
            <w:r>
              <w:rPr>
                <w:sz w:val="20"/>
              </w:rPr>
              <w:t>Development, evaluation, deployment, and hosting of generative applications and tool-using agents</w:t>
            </w:r>
          </w:p>
        </w:tc>
      </w:tr>
      <w:tr w:rsidR="00E2764D" w14:paraId="62BC757B" w14:textId="77777777">
        <w:tc>
          <w:tcPr>
            <w:tcW w:w="3120" w:type="dxa"/>
          </w:tcPr>
          <w:p w14:paraId="3DF0E453" w14:textId="77777777" w:rsidR="00E2764D" w:rsidRDefault="00F75996">
            <w:r>
              <w:rPr>
                <w:sz w:val="20"/>
              </w:rPr>
              <w:t>Predictive model layer</w:t>
            </w:r>
          </w:p>
        </w:tc>
        <w:tc>
          <w:tcPr>
            <w:tcW w:w="3120" w:type="dxa"/>
          </w:tcPr>
          <w:p w14:paraId="5D74094F" w14:textId="77777777" w:rsidR="00E2764D" w:rsidRDefault="00F75996">
            <w:r>
              <w:rPr>
                <w:sz w:val="20"/>
              </w:rPr>
              <w:t>Azure Machine Learning</w:t>
            </w:r>
          </w:p>
        </w:tc>
        <w:tc>
          <w:tcPr>
            <w:tcW w:w="3120" w:type="dxa"/>
          </w:tcPr>
          <w:p w14:paraId="47960EA4" w14:textId="77777777" w:rsidR="00E2764D" w:rsidRDefault="00F75996">
            <w:r>
              <w:rPr>
                <w:sz w:val="20"/>
              </w:rPr>
              <w:t>Training, registration, versioning, and deployment of classic machine learning models with full lineage</w:t>
            </w:r>
          </w:p>
        </w:tc>
      </w:tr>
      <w:tr w:rsidR="00E2764D" w14:paraId="6F220B4A" w14:textId="77777777">
        <w:tc>
          <w:tcPr>
            <w:tcW w:w="3120" w:type="dxa"/>
          </w:tcPr>
          <w:p w14:paraId="72F3C998" w14:textId="77777777" w:rsidR="00E2764D" w:rsidRDefault="00F75996">
            <w:r>
              <w:rPr>
                <w:sz w:val="20"/>
              </w:rPr>
              <w:lastRenderedPageBreak/>
              <w:t>Safety and guardrails</w:t>
            </w:r>
          </w:p>
        </w:tc>
        <w:tc>
          <w:tcPr>
            <w:tcW w:w="3120" w:type="dxa"/>
          </w:tcPr>
          <w:p w14:paraId="0D89CB3A" w14:textId="77777777" w:rsidR="00E2764D" w:rsidRDefault="00F75996">
            <w:r>
              <w:rPr>
                <w:sz w:val="20"/>
              </w:rPr>
              <w:t>Azure AI Content Safety</w:t>
            </w:r>
          </w:p>
        </w:tc>
        <w:tc>
          <w:tcPr>
            <w:tcW w:w="3120" w:type="dxa"/>
          </w:tcPr>
          <w:p w14:paraId="7A461F0C" w14:textId="77777777" w:rsidR="00E2764D" w:rsidRDefault="00F75996">
            <w:r>
              <w:rPr>
                <w:sz w:val="20"/>
              </w:rPr>
              <w:t>Input and output classification against harm categories and groundedness checks applied before content reaches a user</w:t>
            </w:r>
          </w:p>
        </w:tc>
      </w:tr>
      <w:tr w:rsidR="00E2764D" w14:paraId="44750986" w14:textId="77777777">
        <w:tc>
          <w:tcPr>
            <w:tcW w:w="3120" w:type="dxa"/>
          </w:tcPr>
          <w:p w14:paraId="08180082" w14:textId="77777777" w:rsidR="00E2764D" w:rsidRDefault="00F75996">
            <w:r>
              <w:rPr>
                <w:sz w:val="20"/>
              </w:rPr>
              <w:t>Orchestration and integration</w:t>
            </w:r>
          </w:p>
        </w:tc>
        <w:tc>
          <w:tcPr>
            <w:tcW w:w="3120" w:type="dxa"/>
          </w:tcPr>
          <w:p w14:paraId="1BD840FD" w14:textId="77777777" w:rsidR="00E2764D" w:rsidRDefault="00F75996">
            <w:r>
              <w:rPr>
                <w:sz w:val="20"/>
              </w:rPr>
              <w:t>Azure API Management, Azure Logic Apps, and Azure Functions</w:t>
            </w:r>
          </w:p>
        </w:tc>
        <w:tc>
          <w:tcPr>
            <w:tcW w:w="3120" w:type="dxa"/>
          </w:tcPr>
          <w:p w14:paraId="5241E182" w14:textId="77777777" w:rsidR="00E2764D" w:rsidRDefault="00F75996">
            <w:r>
              <w:rPr>
                <w:sz w:val="20"/>
              </w:rPr>
              <w:t>Mediated, authenticated, rate-limited connectivity between AI components and the systems of record</w:t>
            </w:r>
          </w:p>
        </w:tc>
      </w:tr>
      <w:tr w:rsidR="00E2764D" w14:paraId="0D2CFD84" w14:textId="77777777">
        <w:tc>
          <w:tcPr>
            <w:tcW w:w="3120" w:type="dxa"/>
          </w:tcPr>
          <w:p w14:paraId="58FB3697" w14:textId="77777777" w:rsidR="00E2764D" w:rsidRDefault="00F75996">
            <w:r>
              <w:rPr>
                <w:sz w:val="20"/>
              </w:rPr>
              <w:t>Application and experience</w:t>
            </w:r>
          </w:p>
        </w:tc>
        <w:tc>
          <w:tcPr>
            <w:tcW w:w="3120" w:type="dxa"/>
          </w:tcPr>
          <w:p w14:paraId="386A21B0" w14:textId="77777777" w:rsidR="00E2764D" w:rsidRDefault="00F75996">
            <w:r>
              <w:rPr>
                <w:sz w:val="20"/>
              </w:rPr>
              <w:t>Power Apps, Microsoft Copilot Studio, Microsoft 365 Copilot, and Azure Container Apps</w:t>
            </w:r>
          </w:p>
        </w:tc>
        <w:tc>
          <w:tcPr>
            <w:tcW w:w="3120" w:type="dxa"/>
          </w:tcPr>
          <w:p w14:paraId="5A9B26D1" w14:textId="77777777" w:rsidR="00E2764D" w:rsidRDefault="00F75996">
            <w:r>
              <w:rPr>
                <w:sz w:val="20"/>
              </w:rPr>
              <w:t>Delivery of the user experience through low-code or custom applications under a single identity model</w:t>
            </w:r>
          </w:p>
        </w:tc>
      </w:tr>
      <w:tr w:rsidR="00E2764D" w14:paraId="4074242A" w14:textId="77777777">
        <w:tc>
          <w:tcPr>
            <w:tcW w:w="3120" w:type="dxa"/>
          </w:tcPr>
          <w:p w14:paraId="12065F69" w14:textId="77777777" w:rsidR="00E2764D" w:rsidRDefault="00F75996">
            <w:r>
              <w:rPr>
                <w:sz w:val="20"/>
              </w:rPr>
              <w:t>Monitoring, security, and cost</w:t>
            </w:r>
          </w:p>
        </w:tc>
        <w:tc>
          <w:tcPr>
            <w:tcW w:w="3120" w:type="dxa"/>
          </w:tcPr>
          <w:p w14:paraId="19870A4D" w14:textId="77777777" w:rsidR="00E2764D" w:rsidRDefault="00F75996">
            <w:r>
              <w:rPr>
                <w:sz w:val="20"/>
              </w:rPr>
              <w:t>Azure Monitor, Application Insights, Microsoft Defender for Cloud, Microsoft Sentinel, and Microsoft Cost Management</w:t>
            </w:r>
          </w:p>
        </w:tc>
        <w:tc>
          <w:tcPr>
            <w:tcW w:w="3120" w:type="dxa"/>
          </w:tcPr>
          <w:p w14:paraId="6CA2E690" w14:textId="77777777" w:rsidR="00E2764D" w:rsidRDefault="00F75996">
            <w:r>
              <w:rPr>
                <w:sz w:val="20"/>
              </w:rPr>
              <w:t>Unified observability of performance, quality, security posture, threat detection, and consumption</w:t>
            </w:r>
          </w:p>
        </w:tc>
      </w:tr>
    </w:tbl>
    <w:p w14:paraId="429C30DB" w14:textId="77777777" w:rsidR="00E2764D" w:rsidRDefault="00E2764D"/>
    <w:p w14:paraId="7D0B13FA" w14:textId="77777777" w:rsidR="00E2764D" w:rsidRDefault="00F75996">
      <w:r>
        <w:t>One point of vocabulary must be settled permanently, because confusing it produces duplicated platforms and inconsistent controls. Azure Machine Learning is the authoritative platform for classic, predictive machine learning: models trained on the organization's own labelled data to produce scores, classifications, and forecasts. Azure AI Foundry, together with Azure AI Foundry Agent Service and Azure OpenAI Service, is the authoritative platform for generative and agentic artificial intelligence: applications built on large language models, retrieval-augmented systems, and tool-using agents. Both are governed by this playbook and both feed the same monitoring and cost instrumentation, but they are not interchangeable and proposals that conflate them should be returned for clarification.</w:t>
      </w:r>
    </w:p>
    <w:p w14:paraId="2D0A5688" w14:textId="77777777" w:rsidR="00E2764D" w:rsidRDefault="00F75996">
      <w:pPr>
        <w:pStyle w:val="Heading2"/>
      </w:pPr>
      <w:bookmarkStart w:id="28" w:name="_Toc241649696"/>
      <w:r>
        <w:t>6.3 Phased Roadmap</w:t>
      </w:r>
      <w:bookmarkEnd w:id="28"/>
    </w:p>
    <w:p w14:paraId="00A66ADD" w14:textId="77777777" w:rsidR="00E2764D" w:rsidRDefault="00F75996">
      <w:r>
        <w:t>Adoption proceeds in four phases, each with a distinct objective. The temptation to compress them is strong and should be resisted, because each phase produces the prerequisite for the next. The durations below are indicative and should be adjusted to the organization's starting maturity rather than treated as commitments.</w:t>
      </w:r>
    </w:p>
    <w:p w14:paraId="0B5E5065" w14:textId="77777777" w:rsidR="00E2764D" w:rsidRDefault="00F75996">
      <w:pPr>
        <w:pStyle w:val="ListBullet"/>
      </w:pPr>
      <w:r>
        <w:rPr>
          <w:b/>
        </w:rPr>
        <w:t>Foundation, Months 0-6</w:t>
      </w:r>
      <w:r>
        <w:t>: establish the charter and governance council, complete the AI system inventory including embedded and shadow adoption, stand up the AI landing zone and identity model, select the first mandates, and launch one controlled pilot with a measured baseline.</w:t>
      </w:r>
    </w:p>
    <w:p w14:paraId="3C3ED755" w14:textId="77777777" w:rsidR="00E2764D" w:rsidRDefault="00F75996">
      <w:pPr>
        <w:pStyle w:val="ListBullet"/>
      </w:pPr>
      <w:r>
        <w:rPr>
          <w:b/>
        </w:rPr>
        <w:t>Scale Early Wins, Months 6-12</w:t>
      </w:r>
      <w:r>
        <w:t>: move the pilot to production under full controls, establish the evaluation and red teaming release gates as automated pipeline steps, publish reusable platform components, and report the first verified value to the board.</w:t>
      </w:r>
    </w:p>
    <w:p w14:paraId="51D7B666" w14:textId="77777777" w:rsidR="00E2764D" w:rsidRDefault="00F75996">
      <w:pPr>
        <w:pStyle w:val="ListBullet"/>
      </w:pPr>
      <w:r>
        <w:rPr>
          <w:b/>
        </w:rPr>
        <w:lastRenderedPageBreak/>
        <w:t>Expand and Integrate, Year 2</w:t>
      </w:r>
      <w:r>
        <w:t>: extend the portfolio into adjacent processes, integrate AI outputs into the systems of record rather than into parallel tools, federate delivery into business units under central standards, and introduce agentic automation for bounded processes.</w:t>
      </w:r>
    </w:p>
    <w:p w14:paraId="5B7D5965" w14:textId="77777777" w:rsidR="00E2764D" w:rsidRDefault="00F75996">
      <w:pPr>
        <w:pStyle w:val="ListBullet"/>
      </w:pPr>
      <w:r>
        <w:rPr>
          <w:b/>
        </w:rPr>
        <w:t>Optimize and Innovate, Year 3 and beyond</w:t>
      </w:r>
      <w:r>
        <w:t>: optimize cost per transaction and model selection, retire systems that no longer earn their place, mature the data foundation into a shared asset, and evaluate emerging capability against a portfolio that is now stable enough to absorb it.</w:t>
      </w:r>
    </w:p>
    <w:p w14:paraId="72DB5892" w14:textId="77777777" w:rsidR="00E2764D" w:rsidRDefault="00F75996">
      <w:pPr>
        <w:pStyle w:val="Heading2"/>
      </w:pPr>
      <w:bookmarkStart w:id="29" w:name="_Toc241649697"/>
      <w:r>
        <w:t>6.4 Intake and Approval Workflow</w:t>
      </w:r>
      <w:bookmarkEnd w:id="29"/>
    </w:p>
    <w:p w14:paraId="63E1D3EB" w14:textId="77777777" w:rsidR="00E2764D" w:rsidRDefault="00F75996">
      <w:r>
        <w:t>Every use case passes through the same eight gates regardless of size, sponsor, or whether the underlying technology is built, bought, or already embedded in a purchased product. The gates are cumulative and each has a defined owner and a defined evidence artifact that closes it. Recording who holds the pen at each gate is what prevents the workflow from degrading into a circulated document that everyone comments on and no one approves.</w:t>
      </w:r>
    </w:p>
    <w:p w14:paraId="698BDA60" w14:textId="77777777" w:rsidR="00E2764D" w:rsidRDefault="00F75996">
      <w:pPr>
        <w:pStyle w:val="ListNumber"/>
      </w:pPr>
      <w:r>
        <w:t>Register the use case in the AI system inventory with a business owner, a technical owner, and a plain-language description of what the system will do and decide. Evidence: an inventory record per Section 8.4. Owner: business sponsor.</w:t>
      </w:r>
    </w:p>
    <w:p w14:paraId="35458651" w14:textId="77777777" w:rsidR="00E2764D" w:rsidRDefault="00F75996">
      <w:pPr>
        <w:pStyle w:val="ListNumber"/>
      </w:pPr>
      <w:r>
        <w:t>Assess and assign the risk tier against the rubric in Section 8.5, documenting which criterion triggered the tier. Evidence: a recorded tier with justification. Owner: Chief AI Officer.</w:t>
      </w:r>
    </w:p>
    <w:p w14:paraId="473EAB6A" w14:textId="77777777" w:rsidR="00E2764D" w:rsidRDefault="00F75996">
      <w:pPr>
        <w:pStyle w:val="ListNumber"/>
      </w:pPr>
      <w:r>
        <w:t>Confirm data readiness and entitlement, establishing that the required data exists, is of adequate quality, and may lawfully be used for this purpose. Evidence: a data readiness assessment per Section 15.4. Owner: Chief Data Officer with the officer.</w:t>
      </w:r>
    </w:p>
    <w:p w14:paraId="4A42E11E" w14:textId="77777777" w:rsidR="00E2764D" w:rsidRDefault="00F75996">
      <w:pPr>
        <w:pStyle w:val="ListNumber"/>
      </w:pPr>
      <w:r>
        <w:t>Complete the privacy and legal review, covering purpose limitation, disclosure obligations, and jurisdictional applicability. Evidence: a completed applicability mapping per Section 11.3. Owner: General Counsel and privacy office.</w:t>
      </w:r>
    </w:p>
    <w:p w14:paraId="02C30D0D" w14:textId="77777777" w:rsidR="00E2764D" w:rsidRDefault="00F75996">
      <w:pPr>
        <w:pStyle w:val="ListNumber"/>
      </w:pPr>
      <w:r>
        <w:t>Complete the security design review, covering identity, network isolation, agent permission scope, and the threats in Section 7.2. Evidence: a security sign-off. Owner: Chief Information Security Officer, who holds a blocking right.</w:t>
      </w:r>
    </w:p>
    <w:p w14:paraId="0FD85456" w14:textId="77777777" w:rsidR="00E2764D" w:rsidRDefault="00F75996">
      <w:pPr>
        <w:pStyle w:val="ListNumber"/>
      </w:pPr>
      <w:r>
        <w:t>Define the measurement plan, establishing the pre-deployment baseline, the target metrics, and the system in which each will be measured. Evidence: a baselined KPI set per Section 17.2. Owner: business sponsor with finance.</w:t>
      </w:r>
    </w:p>
    <w:p w14:paraId="79282BF3" w14:textId="77777777" w:rsidR="00E2764D" w:rsidRDefault="00F75996">
      <w:pPr>
        <w:pStyle w:val="ListNumber"/>
      </w:pPr>
      <w:r>
        <w:t>Pass the evaluation and red teaming release gate, demonstrating quality against a curated evaluation set and resistance to prompt injection and misuse. Evidence: an evaluation report. Owner: technical owner, reviewed by the officer.</w:t>
      </w:r>
    </w:p>
    <w:p w14:paraId="152B0FC7" w14:textId="77777777" w:rsidR="00E2764D" w:rsidRDefault="00F75996">
      <w:pPr>
        <w:pStyle w:val="ListNumber"/>
      </w:pPr>
      <w:r>
        <w:t>Obtain the release decision, granted by the Chief AI Officer for Tier 2 and Tier 3 systems and by the AI Governance Council in Section 8.3 for Tier 1 systems. Evidence: a minuted approval and a tested kill switch per Section 13.3. Owner: Chief AI Officer.</w:t>
      </w:r>
    </w:p>
    <w:p w14:paraId="3008FA91" w14:textId="77777777" w:rsidR="00E2764D" w:rsidRDefault="00F75996">
      <w:pPr>
        <w:pStyle w:val="Heading2"/>
      </w:pPr>
      <w:bookmarkStart w:id="30" w:name="_Toc241649698"/>
      <w:r>
        <w:t>6.5 Operating Model</w:t>
      </w:r>
      <w:bookmarkEnd w:id="30"/>
    </w:p>
    <w:p w14:paraId="63816C22" w14:textId="77777777" w:rsidR="00E2764D" w:rsidRDefault="00F75996">
      <w:r>
        <w:t xml:space="preserve">Three operating models are available and the correct choice depends on maturity rather than preference. A centralized model, in which a single team builds everything, is appropriate at the outset because it concentrates scarce expertise, enforces standards by construction, and </w:t>
      </w:r>
      <w:r>
        <w:lastRenderedPageBreak/>
        <w:t>produces the reusable components that later phases depend on. Its limitation is throughput: the central team becomes the constraint on the whole enterprise within a year of success. A fully federated model, in which business units build independently, scales throughput but reproduces the inconsistency the officer was appointed to eliminate, and it is only safe once controls are enforced by the platform rather than by people.</w:t>
      </w:r>
    </w:p>
    <w:p w14:paraId="771E3DEC" w14:textId="77777777" w:rsidR="00E2764D" w:rsidRDefault="00F75996">
      <w:r>
        <w:t>The hub-and-spoke model is the durable end state and the target for most organizations by the second year. A central hub owns the platform, the standards, the shared components, the evaluation harness, and the governance mechanism. Spokes in business units own their use cases, their subject matter expertise, and their outcomes, and they build within an environment where the controls are inherited automatically. The AI Governance Council described in Section 8.3 provides independent challenge across both, and its role is deliberately advisory and decisional rather than executional, so that it does not become an approval bottleneck for routine work. The responsibilities below assume this target model.</w:t>
      </w:r>
    </w:p>
    <w:p w14:paraId="5E3A8450" w14:textId="77777777" w:rsidR="00E2764D" w:rsidRDefault="00F75996">
      <w:r>
        <w:rPr>
          <w:i/>
          <w:sz w:val="20"/>
        </w:rPr>
        <w:t>Table 6.5 - Responsibility assignment across core AI activities, using R for responsible, A for accountable, C for consulted, and I for informed.</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1872"/>
        <w:gridCol w:w="1872"/>
        <w:gridCol w:w="1872"/>
        <w:gridCol w:w="1872"/>
        <w:gridCol w:w="1872"/>
      </w:tblGrid>
      <w:tr w:rsidR="00E2764D" w14:paraId="7406F046" w14:textId="77777777">
        <w:trPr>
          <w:tblHeader/>
        </w:trPr>
        <w:tc>
          <w:tcPr>
            <w:tcW w:w="1872" w:type="dxa"/>
            <w:shd w:val="clear" w:color="auto" w:fill="D5E8F0"/>
          </w:tcPr>
          <w:p w14:paraId="05F2DB64" w14:textId="77777777" w:rsidR="00E2764D" w:rsidRDefault="00F75996">
            <w:r>
              <w:rPr>
                <w:b/>
                <w:sz w:val="20"/>
              </w:rPr>
              <w:t>Activity</w:t>
            </w:r>
          </w:p>
        </w:tc>
        <w:tc>
          <w:tcPr>
            <w:tcW w:w="1872" w:type="dxa"/>
            <w:shd w:val="clear" w:color="auto" w:fill="D5E8F0"/>
          </w:tcPr>
          <w:p w14:paraId="50D73523" w14:textId="77777777" w:rsidR="00E2764D" w:rsidRDefault="00F75996">
            <w:r>
              <w:rPr>
                <w:b/>
                <w:sz w:val="20"/>
              </w:rPr>
              <w:t>Business Sponsor</w:t>
            </w:r>
          </w:p>
        </w:tc>
        <w:tc>
          <w:tcPr>
            <w:tcW w:w="1872" w:type="dxa"/>
            <w:shd w:val="clear" w:color="auto" w:fill="D5E8F0"/>
          </w:tcPr>
          <w:p w14:paraId="6B1E6730" w14:textId="77777777" w:rsidR="00E2764D" w:rsidRDefault="00F75996">
            <w:r>
              <w:rPr>
                <w:b/>
                <w:sz w:val="20"/>
              </w:rPr>
              <w:t>Chief AI Officer</w:t>
            </w:r>
          </w:p>
        </w:tc>
        <w:tc>
          <w:tcPr>
            <w:tcW w:w="1872" w:type="dxa"/>
            <w:shd w:val="clear" w:color="auto" w:fill="D5E8F0"/>
          </w:tcPr>
          <w:p w14:paraId="086996B9" w14:textId="77777777" w:rsidR="00E2764D" w:rsidRDefault="00F75996">
            <w:r>
              <w:rPr>
                <w:b/>
                <w:sz w:val="20"/>
              </w:rPr>
              <w:t>Technical Owner</w:t>
            </w:r>
          </w:p>
        </w:tc>
        <w:tc>
          <w:tcPr>
            <w:tcW w:w="1872" w:type="dxa"/>
            <w:shd w:val="clear" w:color="auto" w:fill="D5E8F0"/>
          </w:tcPr>
          <w:p w14:paraId="55C7FB77" w14:textId="77777777" w:rsidR="00E2764D" w:rsidRDefault="00F75996">
            <w:r>
              <w:rPr>
                <w:b/>
                <w:sz w:val="20"/>
              </w:rPr>
              <w:t>Compliance and Legal</w:t>
            </w:r>
          </w:p>
        </w:tc>
      </w:tr>
      <w:tr w:rsidR="00E2764D" w14:paraId="279D74C7" w14:textId="77777777">
        <w:tc>
          <w:tcPr>
            <w:tcW w:w="1872" w:type="dxa"/>
          </w:tcPr>
          <w:p w14:paraId="493CAAC9" w14:textId="77777777" w:rsidR="00E2764D" w:rsidRDefault="00F75996">
            <w:r>
              <w:rPr>
                <w:sz w:val="20"/>
              </w:rPr>
              <w:t>Propose a use case and define the business outcome</w:t>
            </w:r>
          </w:p>
        </w:tc>
        <w:tc>
          <w:tcPr>
            <w:tcW w:w="1872" w:type="dxa"/>
          </w:tcPr>
          <w:p w14:paraId="3770B683" w14:textId="77777777" w:rsidR="00E2764D" w:rsidRDefault="00F75996">
            <w:r>
              <w:rPr>
                <w:sz w:val="20"/>
              </w:rPr>
              <w:t>A/R</w:t>
            </w:r>
          </w:p>
        </w:tc>
        <w:tc>
          <w:tcPr>
            <w:tcW w:w="1872" w:type="dxa"/>
          </w:tcPr>
          <w:p w14:paraId="7A16A317" w14:textId="77777777" w:rsidR="00E2764D" w:rsidRDefault="00F75996">
            <w:r>
              <w:rPr>
                <w:sz w:val="20"/>
              </w:rPr>
              <w:t>C</w:t>
            </w:r>
          </w:p>
        </w:tc>
        <w:tc>
          <w:tcPr>
            <w:tcW w:w="1872" w:type="dxa"/>
          </w:tcPr>
          <w:p w14:paraId="517BB1F3" w14:textId="77777777" w:rsidR="00E2764D" w:rsidRDefault="00F75996">
            <w:r>
              <w:rPr>
                <w:sz w:val="20"/>
              </w:rPr>
              <w:t>I</w:t>
            </w:r>
          </w:p>
        </w:tc>
        <w:tc>
          <w:tcPr>
            <w:tcW w:w="1872" w:type="dxa"/>
          </w:tcPr>
          <w:p w14:paraId="11669637" w14:textId="77777777" w:rsidR="00E2764D" w:rsidRDefault="00F75996">
            <w:r>
              <w:rPr>
                <w:sz w:val="20"/>
              </w:rPr>
              <w:t>I</w:t>
            </w:r>
          </w:p>
        </w:tc>
      </w:tr>
      <w:tr w:rsidR="00E2764D" w14:paraId="3B4C45A3" w14:textId="77777777">
        <w:tc>
          <w:tcPr>
            <w:tcW w:w="1872" w:type="dxa"/>
          </w:tcPr>
          <w:p w14:paraId="5E95C3FE" w14:textId="77777777" w:rsidR="00E2764D" w:rsidRDefault="00F75996">
            <w:r>
              <w:rPr>
                <w:sz w:val="20"/>
              </w:rPr>
              <w:t>Assign and defend the risk tier</w:t>
            </w:r>
          </w:p>
        </w:tc>
        <w:tc>
          <w:tcPr>
            <w:tcW w:w="1872" w:type="dxa"/>
          </w:tcPr>
          <w:p w14:paraId="328CCEFA" w14:textId="77777777" w:rsidR="00E2764D" w:rsidRDefault="00F75996">
            <w:r>
              <w:rPr>
                <w:sz w:val="20"/>
              </w:rPr>
              <w:t>C</w:t>
            </w:r>
          </w:p>
        </w:tc>
        <w:tc>
          <w:tcPr>
            <w:tcW w:w="1872" w:type="dxa"/>
          </w:tcPr>
          <w:p w14:paraId="5EED0F48" w14:textId="77777777" w:rsidR="00E2764D" w:rsidRDefault="00F75996">
            <w:r>
              <w:rPr>
                <w:sz w:val="20"/>
              </w:rPr>
              <w:t>A/R</w:t>
            </w:r>
          </w:p>
        </w:tc>
        <w:tc>
          <w:tcPr>
            <w:tcW w:w="1872" w:type="dxa"/>
          </w:tcPr>
          <w:p w14:paraId="47701B6A" w14:textId="77777777" w:rsidR="00E2764D" w:rsidRDefault="00F75996">
            <w:r>
              <w:rPr>
                <w:sz w:val="20"/>
              </w:rPr>
              <w:t>C</w:t>
            </w:r>
          </w:p>
        </w:tc>
        <w:tc>
          <w:tcPr>
            <w:tcW w:w="1872" w:type="dxa"/>
          </w:tcPr>
          <w:p w14:paraId="32D89EAE" w14:textId="77777777" w:rsidR="00E2764D" w:rsidRDefault="00F75996">
            <w:r>
              <w:rPr>
                <w:sz w:val="20"/>
              </w:rPr>
              <w:t>C</w:t>
            </w:r>
          </w:p>
        </w:tc>
      </w:tr>
      <w:tr w:rsidR="00E2764D" w14:paraId="7298F945" w14:textId="77777777">
        <w:tc>
          <w:tcPr>
            <w:tcW w:w="1872" w:type="dxa"/>
          </w:tcPr>
          <w:p w14:paraId="7818628A" w14:textId="77777777" w:rsidR="00E2764D" w:rsidRDefault="00F75996">
            <w:r>
              <w:rPr>
                <w:sz w:val="20"/>
              </w:rPr>
              <w:t>Approve the data sources and confirm lawful basis</w:t>
            </w:r>
          </w:p>
        </w:tc>
        <w:tc>
          <w:tcPr>
            <w:tcW w:w="1872" w:type="dxa"/>
          </w:tcPr>
          <w:p w14:paraId="5A8950A7" w14:textId="77777777" w:rsidR="00E2764D" w:rsidRDefault="00F75996">
            <w:r>
              <w:rPr>
                <w:sz w:val="20"/>
              </w:rPr>
              <w:t>C</w:t>
            </w:r>
          </w:p>
        </w:tc>
        <w:tc>
          <w:tcPr>
            <w:tcW w:w="1872" w:type="dxa"/>
          </w:tcPr>
          <w:p w14:paraId="60E7EEB5" w14:textId="77777777" w:rsidR="00E2764D" w:rsidRDefault="00F75996">
            <w:r>
              <w:rPr>
                <w:sz w:val="20"/>
              </w:rPr>
              <w:t>A</w:t>
            </w:r>
          </w:p>
        </w:tc>
        <w:tc>
          <w:tcPr>
            <w:tcW w:w="1872" w:type="dxa"/>
          </w:tcPr>
          <w:p w14:paraId="3CBD8001" w14:textId="77777777" w:rsidR="00E2764D" w:rsidRDefault="00F75996">
            <w:r>
              <w:rPr>
                <w:sz w:val="20"/>
              </w:rPr>
              <w:t>R</w:t>
            </w:r>
          </w:p>
        </w:tc>
        <w:tc>
          <w:tcPr>
            <w:tcW w:w="1872" w:type="dxa"/>
          </w:tcPr>
          <w:p w14:paraId="4CE46F91" w14:textId="77777777" w:rsidR="00E2764D" w:rsidRDefault="00F75996">
            <w:r>
              <w:rPr>
                <w:sz w:val="20"/>
              </w:rPr>
              <w:t>C</w:t>
            </w:r>
          </w:p>
        </w:tc>
      </w:tr>
      <w:tr w:rsidR="00E2764D" w14:paraId="0C93F051" w14:textId="77777777">
        <w:tc>
          <w:tcPr>
            <w:tcW w:w="1872" w:type="dxa"/>
          </w:tcPr>
          <w:p w14:paraId="719FC5F9" w14:textId="77777777" w:rsidR="00E2764D" w:rsidRDefault="00F75996">
            <w:r>
              <w:rPr>
                <w:sz w:val="20"/>
              </w:rPr>
              <w:t>Design the solution architecture and select services</w:t>
            </w:r>
          </w:p>
        </w:tc>
        <w:tc>
          <w:tcPr>
            <w:tcW w:w="1872" w:type="dxa"/>
          </w:tcPr>
          <w:p w14:paraId="197ACFAE" w14:textId="77777777" w:rsidR="00E2764D" w:rsidRDefault="00F75996">
            <w:r>
              <w:rPr>
                <w:sz w:val="20"/>
              </w:rPr>
              <w:t>I</w:t>
            </w:r>
          </w:p>
        </w:tc>
        <w:tc>
          <w:tcPr>
            <w:tcW w:w="1872" w:type="dxa"/>
          </w:tcPr>
          <w:p w14:paraId="177E012F" w14:textId="77777777" w:rsidR="00E2764D" w:rsidRDefault="00F75996">
            <w:r>
              <w:rPr>
                <w:sz w:val="20"/>
              </w:rPr>
              <w:t>A</w:t>
            </w:r>
          </w:p>
        </w:tc>
        <w:tc>
          <w:tcPr>
            <w:tcW w:w="1872" w:type="dxa"/>
          </w:tcPr>
          <w:p w14:paraId="580019AD" w14:textId="77777777" w:rsidR="00E2764D" w:rsidRDefault="00F75996">
            <w:r>
              <w:rPr>
                <w:sz w:val="20"/>
              </w:rPr>
              <w:t>R</w:t>
            </w:r>
          </w:p>
        </w:tc>
        <w:tc>
          <w:tcPr>
            <w:tcW w:w="1872" w:type="dxa"/>
          </w:tcPr>
          <w:p w14:paraId="16E5E521" w14:textId="77777777" w:rsidR="00E2764D" w:rsidRDefault="00F75996">
            <w:r>
              <w:rPr>
                <w:sz w:val="20"/>
              </w:rPr>
              <w:t>I</w:t>
            </w:r>
          </w:p>
        </w:tc>
      </w:tr>
      <w:tr w:rsidR="00E2764D" w14:paraId="234D9F28" w14:textId="77777777">
        <w:tc>
          <w:tcPr>
            <w:tcW w:w="1872" w:type="dxa"/>
          </w:tcPr>
          <w:p w14:paraId="22771849" w14:textId="77777777" w:rsidR="00E2764D" w:rsidRDefault="00F75996">
            <w:r>
              <w:rPr>
                <w:sz w:val="20"/>
              </w:rPr>
              <w:t>Complete the security and privacy reviews</w:t>
            </w:r>
          </w:p>
        </w:tc>
        <w:tc>
          <w:tcPr>
            <w:tcW w:w="1872" w:type="dxa"/>
          </w:tcPr>
          <w:p w14:paraId="4DEB7F96" w14:textId="77777777" w:rsidR="00E2764D" w:rsidRDefault="00F75996">
            <w:r>
              <w:rPr>
                <w:sz w:val="20"/>
              </w:rPr>
              <w:t>I</w:t>
            </w:r>
          </w:p>
        </w:tc>
        <w:tc>
          <w:tcPr>
            <w:tcW w:w="1872" w:type="dxa"/>
          </w:tcPr>
          <w:p w14:paraId="5E8A79E1" w14:textId="77777777" w:rsidR="00E2764D" w:rsidRDefault="00F75996">
            <w:r>
              <w:rPr>
                <w:sz w:val="20"/>
              </w:rPr>
              <w:t>A</w:t>
            </w:r>
          </w:p>
        </w:tc>
        <w:tc>
          <w:tcPr>
            <w:tcW w:w="1872" w:type="dxa"/>
          </w:tcPr>
          <w:p w14:paraId="01728528" w14:textId="77777777" w:rsidR="00E2764D" w:rsidRDefault="00F75996">
            <w:r>
              <w:rPr>
                <w:sz w:val="20"/>
              </w:rPr>
              <w:t>R</w:t>
            </w:r>
          </w:p>
        </w:tc>
        <w:tc>
          <w:tcPr>
            <w:tcW w:w="1872" w:type="dxa"/>
          </w:tcPr>
          <w:p w14:paraId="216B0FE6" w14:textId="77777777" w:rsidR="00E2764D" w:rsidRDefault="00F75996">
            <w:r>
              <w:rPr>
                <w:sz w:val="20"/>
              </w:rPr>
              <w:t>C</w:t>
            </w:r>
          </w:p>
        </w:tc>
      </w:tr>
      <w:tr w:rsidR="00E2764D" w14:paraId="0A247F96" w14:textId="77777777">
        <w:tc>
          <w:tcPr>
            <w:tcW w:w="1872" w:type="dxa"/>
          </w:tcPr>
          <w:p w14:paraId="73DF9423" w14:textId="77777777" w:rsidR="00E2764D" w:rsidRDefault="00F75996">
            <w:r>
              <w:rPr>
                <w:sz w:val="20"/>
              </w:rPr>
              <w:t>Grant the production release decision</w:t>
            </w:r>
          </w:p>
        </w:tc>
        <w:tc>
          <w:tcPr>
            <w:tcW w:w="1872" w:type="dxa"/>
          </w:tcPr>
          <w:p w14:paraId="6342F9A9" w14:textId="77777777" w:rsidR="00E2764D" w:rsidRDefault="00F75996">
            <w:r>
              <w:rPr>
                <w:sz w:val="20"/>
              </w:rPr>
              <w:t>C</w:t>
            </w:r>
          </w:p>
        </w:tc>
        <w:tc>
          <w:tcPr>
            <w:tcW w:w="1872" w:type="dxa"/>
          </w:tcPr>
          <w:p w14:paraId="1B70C30E" w14:textId="77777777" w:rsidR="00E2764D" w:rsidRDefault="00F75996">
            <w:r>
              <w:rPr>
                <w:sz w:val="20"/>
              </w:rPr>
              <w:t>A/R</w:t>
            </w:r>
          </w:p>
        </w:tc>
        <w:tc>
          <w:tcPr>
            <w:tcW w:w="1872" w:type="dxa"/>
          </w:tcPr>
          <w:p w14:paraId="4FF7B0D3" w14:textId="77777777" w:rsidR="00E2764D" w:rsidRDefault="00F75996">
            <w:r>
              <w:rPr>
                <w:sz w:val="20"/>
              </w:rPr>
              <w:t>C</w:t>
            </w:r>
          </w:p>
        </w:tc>
        <w:tc>
          <w:tcPr>
            <w:tcW w:w="1872" w:type="dxa"/>
          </w:tcPr>
          <w:p w14:paraId="6C476617" w14:textId="77777777" w:rsidR="00E2764D" w:rsidRDefault="00F75996">
            <w:r>
              <w:rPr>
                <w:sz w:val="20"/>
              </w:rPr>
              <w:t>C</w:t>
            </w:r>
          </w:p>
        </w:tc>
      </w:tr>
      <w:tr w:rsidR="00E2764D" w14:paraId="60E18A03" w14:textId="77777777">
        <w:tc>
          <w:tcPr>
            <w:tcW w:w="1872" w:type="dxa"/>
          </w:tcPr>
          <w:p w14:paraId="353F6174" w14:textId="77777777" w:rsidR="00E2764D" w:rsidRDefault="00F75996">
            <w:r>
              <w:rPr>
                <w:sz w:val="20"/>
              </w:rPr>
              <w:lastRenderedPageBreak/>
              <w:t>Operate, monitor, and maintain the live system</w:t>
            </w:r>
          </w:p>
        </w:tc>
        <w:tc>
          <w:tcPr>
            <w:tcW w:w="1872" w:type="dxa"/>
          </w:tcPr>
          <w:p w14:paraId="5B8A6F50" w14:textId="77777777" w:rsidR="00E2764D" w:rsidRDefault="00F75996">
            <w:r>
              <w:rPr>
                <w:sz w:val="20"/>
              </w:rPr>
              <w:t>C</w:t>
            </w:r>
          </w:p>
        </w:tc>
        <w:tc>
          <w:tcPr>
            <w:tcW w:w="1872" w:type="dxa"/>
          </w:tcPr>
          <w:p w14:paraId="68DD3789" w14:textId="77777777" w:rsidR="00E2764D" w:rsidRDefault="00F75996">
            <w:r>
              <w:rPr>
                <w:sz w:val="20"/>
              </w:rPr>
              <w:t>A</w:t>
            </w:r>
          </w:p>
        </w:tc>
        <w:tc>
          <w:tcPr>
            <w:tcW w:w="1872" w:type="dxa"/>
          </w:tcPr>
          <w:p w14:paraId="09A87D0E" w14:textId="77777777" w:rsidR="00E2764D" w:rsidRDefault="00F75996">
            <w:r>
              <w:rPr>
                <w:sz w:val="20"/>
              </w:rPr>
              <w:t>R</w:t>
            </w:r>
          </w:p>
        </w:tc>
        <w:tc>
          <w:tcPr>
            <w:tcW w:w="1872" w:type="dxa"/>
          </w:tcPr>
          <w:p w14:paraId="1FD24659" w14:textId="77777777" w:rsidR="00E2764D" w:rsidRDefault="00F75996">
            <w:r>
              <w:rPr>
                <w:sz w:val="20"/>
              </w:rPr>
              <w:t>I</w:t>
            </w:r>
          </w:p>
        </w:tc>
      </w:tr>
      <w:tr w:rsidR="00E2764D" w14:paraId="48B69AC1" w14:textId="77777777">
        <w:tc>
          <w:tcPr>
            <w:tcW w:w="1872" w:type="dxa"/>
          </w:tcPr>
          <w:p w14:paraId="47789272" w14:textId="77777777" w:rsidR="00E2764D" w:rsidRDefault="00F75996">
            <w:r>
              <w:rPr>
                <w:sz w:val="20"/>
              </w:rPr>
              <w:t>Suspend or decommission a system</w:t>
            </w:r>
          </w:p>
        </w:tc>
        <w:tc>
          <w:tcPr>
            <w:tcW w:w="1872" w:type="dxa"/>
          </w:tcPr>
          <w:p w14:paraId="7796F4D4" w14:textId="77777777" w:rsidR="00E2764D" w:rsidRDefault="00F75996">
            <w:r>
              <w:rPr>
                <w:sz w:val="20"/>
              </w:rPr>
              <w:t>C</w:t>
            </w:r>
          </w:p>
        </w:tc>
        <w:tc>
          <w:tcPr>
            <w:tcW w:w="1872" w:type="dxa"/>
          </w:tcPr>
          <w:p w14:paraId="753B6BEA" w14:textId="77777777" w:rsidR="00E2764D" w:rsidRDefault="00F75996">
            <w:r>
              <w:rPr>
                <w:sz w:val="20"/>
              </w:rPr>
              <w:t>A/R</w:t>
            </w:r>
          </w:p>
        </w:tc>
        <w:tc>
          <w:tcPr>
            <w:tcW w:w="1872" w:type="dxa"/>
          </w:tcPr>
          <w:p w14:paraId="03A7D670" w14:textId="77777777" w:rsidR="00E2764D" w:rsidRDefault="00F75996">
            <w:r>
              <w:rPr>
                <w:sz w:val="20"/>
              </w:rPr>
              <w:t>R</w:t>
            </w:r>
          </w:p>
        </w:tc>
        <w:tc>
          <w:tcPr>
            <w:tcW w:w="1872" w:type="dxa"/>
          </w:tcPr>
          <w:p w14:paraId="58DA45DA" w14:textId="77777777" w:rsidR="00E2764D" w:rsidRDefault="00F75996">
            <w:r>
              <w:rPr>
                <w:sz w:val="20"/>
              </w:rPr>
              <w:t>I</w:t>
            </w:r>
          </w:p>
        </w:tc>
      </w:tr>
    </w:tbl>
    <w:p w14:paraId="205BC0CC" w14:textId="77777777" w:rsidR="00E2764D" w:rsidRDefault="00E2764D"/>
    <w:p w14:paraId="7B000E0C" w14:textId="77777777" w:rsidR="00E2764D" w:rsidRDefault="00F75996">
      <w:pPr>
        <w:pStyle w:val="Heading2"/>
      </w:pPr>
      <w:bookmarkStart w:id="31" w:name="_Toc241649699"/>
      <w:r>
        <w:t>6.6 Build vs. Buy vs. Partner</w:t>
      </w:r>
      <w:bookmarkEnd w:id="31"/>
    </w:p>
    <w:p w14:paraId="4C27EE8D" w14:textId="77777777" w:rsidR="00E2764D" w:rsidRDefault="00F75996">
      <w:r>
        <w:t>Most organizations build too much and buy too carelessly. The default should be to buy the capability where it is undifferentiated and to build only where the organization's own data, process, or judgment creates advantage that a vendor cannot replicate. The factors below convert that principle into a repeatable assessment applied at intake.</w:t>
      </w:r>
    </w:p>
    <w:p w14:paraId="32F76B5E" w14:textId="77777777" w:rsidR="00E2764D" w:rsidRDefault="00F75996">
      <w:r>
        <w:rPr>
          <w:i/>
          <w:sz w:val="20"/>
        </w:rPr>
        <w:t>Table 6.6 - Factors favouring each acquisition approach.</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2DFB83EE" w14:textId="77777777">
        <w:trPr>
          <w:tblHeader/>
        </w:trPr>
        <w:tc>
          <w:tcPr>
            <w:tcW w:w="2340" w:type="dxa"/>
            <w:shd w:val="clear" w:color="auto" w:fill="D5E8F0"/>
          </w:tcPr>
          <w:p w14:paraId="58DECE50" w14:textId="77777777" w:rsidR="00E2764D" w:rsidRDefault="00F75996">
            <w:r>
              <w:rPr>
                <w:b/>
                <w:sz w:val="20"/>
              </w:rPr>
              <w:t>Decision Factor</w:t>
            </w:r>
          </w:p>
        </w:tc>
        <w:tc>
          <w:tcPr>
            <w:tcW w:w="2340" w:type="dxa"/>
            <w:shd w:val="clear" w:color="auto" w:fill="D5E8F0"/>
          </w:tcPr>
          <w:p w14:paraId="769DB2BE" w14:textId="77777777" w:rsidR="00E2764D" w:rsidRDefault="00F75996">
            <w:r>
              <w:rPr>
                <w:b/>
                <w:sz w:val="20"/>
              </w:rPr>
              <w:t>Favors Buy / Azure-Native</w:t>
            </w:r>
          </w:p>
        </w:tc>
        <w:tc>
          <w:tcPr>
            <w:tcW w:w="2340" w:type="dxa"/>
            <w:shd w:val="clear" w:color="auto" w:fill="D5E8F0"/>
          </w:tcPr>
          <w:p w14:paraId="1ADF2181" w14:textId="77777777" w:rsidR="00E2764D" w:rsidRDefault="00F75996">
            <w:r>
              <w:rPr>
                <w:b/>
                <w:sz w:val="20"/>
              </w:rPr>
              <w:t>Favors Partner</w:t>
            </w:r>
          </w:p>
        </w:tc>
        <w:tc>
          <w:tcPr>
            <w:tcW w:w="2340" w:type="dxa"/>
            <w:shd w:val="clear" w:color="auto" w:fill="D5E8F0"/>
          </w:tcPr>
          <w:p w14:paraId="7D151CB7" w14:textId="77777777" w:rsidR="00E2764D" w:rsidRDefault="00F75996">
            <w:r>
              <w:rPr>
                <w:b/>
                <w:sz w:val="20"/>
              </w:rPr>
              <w:t>Favors Build</w:t>
            </w:r>
          </w:p>
        </w:tc>
      </w:tr>
      <w:tr w:rsidR="00E2764D" w14:paraId="1FF61CAC" w14:textId="77777777">
        <w:tc>
          <w:tcPr>
            <w:tcW w:w="2340" w:type="dxa"/>
          </w:tcPr>
          <w:p w14:paraId="25010739" w14:textId="77777777" w:rsidR="00E2764D" w:rsidRDefault="00F75996">
            <w:r>
              <w:rPr>
                <w:sz w:val="20"/>
              </w:rPr>
              <w:t>Differentiation of the capability</w:t>
            </w:r>
          </w:p>
        </w:tc>
        <w:tc>
          <w:tcPr>
            <w:tcW w:w="2340" w:type="dxa"/>
          </w:tcPr>
          <w:p w14:paraId="337ECD4E" w14:textId="77777777" w:rsidR="00E2764D" w:rsidRDefault="00F75996">
            <w:r>
              <w:rPr>
                <w:sz w:val="20"/>
              </w:rPr>
              <w:t>The capability is common across the industry and confers no advantage</w:t>
            </w:r>
          </w:p>
        </w:tc>
        <w:tc>
          <w:tcPr>
            <w:tcW w:w="2340" w:type="dxa"/>
          </w:tcPr>
          <w:p w14:paraId="2296FAA3" w14:textId="77777777" w:rsidR="00E2764D" w:rsidRDefault="00F75996">
            <w:r>
              <w:rPr>
                <w:sz w:val="20"/>
              </w:rPr>
              <w:t>The capability is valuable but the organization lacks the skills to deliver it now</w:t>
            </w:r>
          </w:p>
        </w:tc>
        <w:tc>
          <w:tcPr>
            <w:tcW w:w="2340" w:type="dxa"/>
          </w:tcPr>
          <w:p w14:paraId="1519F5C4" w14:textId="77777777" w:rsidR="00E2764D" w:rsidRDefault="00F75996">
            <w:r>
              <w:rPr>
                <w:sz w:val="20"/>
              </w:rPr>
              <w:t>The capability depends on proprietary data, process, or judgment</w:t>
            </w:r>
          </w:p>
        </w:tc>
      </w:tr>
      <w:tr w:rsidR="00E2764D" w14:paraId="28D351DD" w14:textId="77777777">
        <w:tc>
          <w:tcPr>
            <w:tcW w:w="2340" w:type="dxa"/>
          </w:tcPr>
          <w:p w14:paraId="3FB6BC5D" w14:textId="77777777" w:rsidR="00E2764D" w:rsidRDefault="00F75996">
            <w:r>
              <w:rPr>
                <w:sz w:val="20"/>
              </w:rPr>
              <w:t>Speed to first value</w:t>
            </w:r>
          </w:p>
        </w:tc>
        <w:tc>
          <w:tcPr>
            <w:tcW w:w="2340" w:type="dxa"/>
          </w:tcPr>
          <w:p w14:paraId="6065195E" w14:textId="77777777" w:rsidR="00E2764D" w:rsidRDefault="00F75996">
            <w:r>
              <w:rPr>
                <w:sz w:val="20"/>
              </w:rPr>
              <w:t>A configured service can be in production within weeks</w:t>
            </w:r>
          </w:p>
        </w:tc>
        <w:tc>
          <w:tcPr>
            <w:tcW w:w="2340" w:type="dxa"/>
          </w:tcPr>
          <w:p w14:paraId="218B2655" w14:textId="77777777" w:rsidR="00E2764D" w:rsidRDefault="00F75996">
            <w:r>
              <w:rPr>
                <w:sz w:val="20"/>
              </w:rPr>
              <w:t>A partner can compress delivery while transferring skills to internal staff</w:t>
            </w:r>
          </w:p>
        </w:tc>
        <w:tc>
          <w:tcPr>
            <w:tcW w:w="2340" w:type="dxa"/>
          </w:tcPr>
          <w:p w14:paraId="724A5607" w14:textId="77777777" w:rsidR="00E2764D" w:rsidRDefault="00F75996">
            <w:r>
              <w:rPr>
                <w:sz w:val="20"/>
              </w:rPr>
              <w:t>Time is available and the long-term cost of licensing exceeds the build cost</w:t>
            </w:r>
          </w:p>
        </w:tc>
      </w:tr>
      <w:tr w:rsidR="00E2764D" w14:paraId="0BE2EEAF" w14:textId="77777777">
        <w:tc>
          <w:tcPr>
            <w:tcW w:w="2340" w:type="dxa"/>
          </w:tcPr>
          <w:p w14:paraId="4DF866EC" w14:textId="77777777" w:rsidR="00E2764D" w:rsidRDefault="00F75996">
            <w:r>
              <w:rPr>
                <w:sz w:val="20"/>
              </w:rPr>
              <w:t>Data sensitivity and residency</w:t>
            </w:r>
          </w:p>
        </w:tc>
        <w:tc>
          <w:tcPr>
            <w:tcW w:w="2340" w:type="dxa"/>
          </w:tcPr>
          <w:p w14:paraId="4D914B31" w14:textId="77777777" w:rsidR="00E2764D" w:rsidRDefault="00F75996">
            <w:r>
              <w:rPr>
                <w:sz w:val="20"/>
              </w:rPr>
              <w:t>The service supports private networking and residency requirements natively</w:t>
            </w:r>
          </w:p>
        </w:tc>
        <w:tc>
          <w:tcPr>
            <w:tcW w:w="2340" w:type="dxa"/>
          </w:tcPr>
          <w:p w14:paraId="59FE8060" w14:textId="77777777" w:rsidR="00E2764D" w:rsidRDefault="00F75996">
            <w:r>
              <w:rPr>
                <w:sz w:val="20"/>
              </w:rPr>
              <w:t>The partner operates within the organization's own tenant and controls</w:t>
            </w:r>
          </w:p>
        </w:tc>
        <w:tc>
          <w:tcPr>
            <w:tcW w:w="2340" w:type="dxa"/>
          </w:tcPr>
          <w:p w14:paraId="138FBA18" w14:textId="77777777" w:rsidR="00E2764D" w:rsidRDefault="00F75996">
            <w:r>
              <w:rPr>
                <w:sz w:val="20"/>
              </w:rPr>
              <w:t>The data cannot leave a controlled boundary under any third-party arrangement</w:t>
            </w:r>
          </w:p>
        </w:tc>
      </w:tr>
      <w:tr w:rsidR="00E2764D" w14:paraId="696DE0B5" w14:textId="77777777">
        <w:tc>
          <w:tcPr>
            <w:tcW w:w="2340" w:type="dxa"/>
          </w:tcPr>
          <w:p w14:paraId="1BEB5963" w14:textId="77777777" w:rsidR="00E2764D" w:rsidRDefault="00F75996">
            <w:r>
              <w:rPr>
                <w:sz w:val="20"/>
              </w:rPr>
              <w:t>Internal capability and capacity</w:t>
            </w:r>
          </w:p>
        </w:tc>
        <w:tc>
          <w:tcPr>
            <w:tcW w:w="2340" w:type="dxa"/>
          </w:tcPr>
          <w:p w14:paraId="2ED0EC14" w14:textId="77777777" w:rsidR="00E2764D" w:rsidRDefault="00F75996">
            <w:r>
              <w:rPr>
                <w:sz w:val="20"/>
              </w:rPr>
              <w:t>Internal teams are fully committed to higher-value work</w:t>
            </w:r>
          </w:p>
        </w:tc>
        <w:tc>
          <w:tcPr>
            <w:tcW w:w="2340" w:type="dxa"/>
          </w:tcPr>
          <w:p w14:paraId="1FFD8F30" w14:textId="77777777" w:rsidR="00E2764D" w:rsidRDefault="00F75996">
            <w:r>
              <w:rPr>
                <w:sz w:val="20"/>
              </w:rPr>
              <w:t>Internal capability exists but must be augmented and developed</w:t>
            </w:r>
          </w:p>
        </w:tc>
        <w:tc>
          <w:tcPr>
            <w:tcW w:w="2340" w:type="dxa"/>
          </w:tcPr>
          <w:p w14:paraId="5D6AE8B2" w14:textId="77777777" w:rsidR="00E2764D" w:rsidRDefault="00F75996">
            <w:r>
              <w:rPr>
                <w:sz w:val="20"/>
              </w:rPr>
              <w:t>A capable, retained engineering team exists and can support the system for its life</w:t>
            </w:r>
          </w:p>
        </w:tc>
      </w:tr>
      <w:tr w:rsidR="00E2764D" w14:paraId="716D4090" w14:textId="77777777">
        <w:tc>
          <w:tcPr>
            <w:tcW w:w="2340" w:type="dxa"/>
          </w:tcPr>
          <w:p w14:paraId="37527D1C" w14:textId="77777777" w:rsidR="00E2764D" w:rsidRDefault="00F75996">
            <w:r>
              <w:rPr>
                <w:sz w:val="20"/>
              </w:rPr>
              <w:t>Regulatory and audit burden</w:t>
            </w:r>
          </w:p>
        </w:tc>
        <w:tc>
          <w:tcPr>
            <w:tcW w:w="2340" w:type="dxa"/>
          </w:tcPr>
          <w:p w14:paraId="72967096" w14:textId="77777777" w:rsidR="00E2764D" w:rsidRDefault="00F75996">
            <w:r>
              <w:rPr>
                <w:sz w:val="20"/>
              </w:rPr>
              <w:t>The provider supplies compliance artifacts and certifications directly</w:t>
            </w:r>
          </w:p>
        </w:tc>
        <w:tc>
          <w:tcPr>
            <w:tcW w:w="2340" w:type="dxa"/>
          </w:tcPr>
          <w:p w14:paraId="106A2D65" w14:textId="77777777" w:rsidR="00E2764D" w:rsidRDefault="00F75996">
            <w:r>
              <w:rPr>
                <w:sz w:val="20"/>
              </w:rPr>
              <w:t>The partner has demonstrable experience with the applicable regime</w:t>
            </w:r>
          </w:p>
        </w:tc>
        <w:tc>
          <w:tcPr>
            <w:tcW w:w="2340" w:type="dxa"/>
          </w:tcPr>
          <w:p w14:paraId="545C3BC1" w14:textId="77777777" w:rsidR="00E2764D" w:rsidRDefault="00F75996">
            <w:r>
              <w:rPr>
                <w:sz w:val="20"/>
              </w:rPr>
              <w:t>Full control over evidence, explainability, and change history is required</w:t>
            </w:r>
          </w:p>
        </w:tc>
      </w:tr>
      <w:tr w:rsidR="00E2764D" w14:paraId="5D67FDAB" w14:textId="77777777">
        <w:tc>
          <w:tcPr>
            <w:tcW w:w="2340" w:type="dxa"/>
          </w:tcPr>
          <w:p w14:paraId="0752D245" w14:textId="77777777" w:rsidR="00E2764D" w:rsidRDefault="00F75996">
            <w:r>
              <w:rPr>
                <w:sz w:val="20"/>
              </w:rPr>
              <w:lastRenderedPageBreak/>
              <w:t>Total cost over the system lifetime</w:t>
            </w:r>
          </w:p>
        </w:tc>
        <w:tc>
          <w:tcPr>
            <w:tcW w:w="2340" w:type="dxa"/>
          </w:tcPr>
          <w:p w14:paraId="0F596195" w14:textId="77777777" w:rsidR="00E2764D" w:rsidRDefault="00F75996">
            <w:r>
              <w:rPr>
                <w:sz w:val="20"/>
              </w:rPr>
              <w:t>Consumption cost is predictable and scales with realized value</w:t>
            </w:r>
          </w:p>
        </w:tc>
        <w:tc>
          <w:tcPr>
            <w:tcW w:w="2340" w:type="dxa"/>
          </w:tcPr>
          <w:p w14:paraId="730153AA" w14:textId="77777777" w:rsidR="00E2764D" w:rsidRDefault="00F75996">
            <w:r>
              <w:rPr>
                <w:sz w:val="20"/>
              </w:rPr>
              <w:t>Cost is bounded by a defined engagement with knowledge transfer</w:t>
            </w:r>
          </w:p>
        </w:tc>
        <w:tc>
          <w:tcPr>
            <w:tcW w:w="2340" w:type="dxa"/>
          </w:tcPr>
          <w:p w14:paraId="14F385FD" w14:textId="77777777" w:rsidR="00E2764D" w:rsidRDefault="00F75996">
            <w:r>
              <w:rPr>
                <w:sz w:val="20"/>
              </w:rPr>
              <w:t>Volume is high enough that per-transaction licensing becomes uneconomic</w:t>
            </w:r>
          </w:p>
        </w:tc>
      </w:tr>
    </w:tbl>
    <w:p w14:paraId="797B8340" w14:textId="77777777" w:rsidR="00E2764D" w:rsidRDefault="00E2764D"/>
    <w:p w14:paraId="1267314D" w14:textId="77777777" w:rsidR="00E2764D" w:rsidRDefault="00F75996">
      <w:pPr>
        <w:pStyle w:val="Heading2"/>
      </w:pPr>
      <w:bookmarkStart w:id="32" w:name="_Toc241649700"/>
      <w:r>
        <w:t>6.7 Funding Model and Capital Allocation</w:t>
      </w:r>
      <w:bookmarkEnd w:id="32"/>
    </w:p>
    <w:p w14:paraId="1BDB24FA" w14:textId="77777777" w:rsidR="00E2764D" w:rsidRDefault="00F75996">
      <w:r>
        <w:t>How the work is funded determines what gets built more powerfully than any strategy document. A central program budget produces coherence and a platform but weak business commitment. Business unit funding produces committed sponsors but a fragmented estate. Showback and chargeback models expose true consumption but can suppress the early experimentation that a portfolio needs to find value. Most organizations should fund the platform and governance centrally and fund use cases from the business units that benefit, so that the shared foundation is treated as infrastructure and each application carries its own value obligation.</w:t>
      </w:r>
    </w:p>
    <w:p w14:paraId="412641AB" w14:textId="77777777" w:rsidR="00E2764D" w:rsidRDefault="00F75996">
      <w:r>
        <w:rPr>
          <w:i/>
          <w:sz w:val="20"/>
        </w:rPr>
        <w:t>Table 6.7 - Funding models, their fit, and their characteristic failure mode.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7DB20815" w14:textId="77777777">
        <w:trPr>
          <w:tblHeader/>
        </w:trPr>
        <w:tc>
          <w:tcPr>
            <w:tcW w:w="2340" w:type="dxa"/>
            <w:shd w:val="clear" w:color="auto" w:fill="D5E8F0"/>
          </w:tcPr>
          <w:p w14:paraId="73B21575" w14:textId="77777777" w:rsidR="00E2764D" w:rsidRDefault="00F75996">
            <w:r>
              <w:rPr>
                <w:b/>
                <w:sz w:val="20"/>
              </w:rPr>
              <w:t>Funding Model</w:t>
            </w:r>
          </w:p>
        </w:tc>
        <w:tc>
          <w:tcPr>
            <w:tcW w:w="2340" w:type="dxa"/>
            <w:shd w:val="clear" w:color="auto" w:fill="D5E8F0"/>
          </w:tcPr>
          <w:p w14:paraId="11EE2FA1" w14:textId="77777777" w:rsidR="00E2764D" w:rsidRDefault="00F75996">
            <w:r>
              <w:rPr>
                <w:b/>
                <w:sz w:val="20"/>
              </w:rPr>
              <w:t>How It Works</w:t>
            </w:r>
          </w:p>
        </w:tc>
        <w:tc>
          <w:tcPr>
            <w:tcW w:w="2340" w:type="dxa"/>
            <w:shd w:val="clear" w:color="auto" w:fill="D5E8F0"/>
          </w:tcPr>
          <w:p w14:paraId="79A5EC5B" w14:textId="77777777" w:rsidR="00E2764D" w:rsidRDefault="00F75996">
            <w:r>
              <w:rPr>
                <w:b/>
                <w:sz w:val="20"/>
              </w:rPr>
              <w:t>When It Fits</w:t>
            </w:r>
          </w:p>
        </w:tc>
        <w:tc>
          <w:tcPr>
            <w:tcW w:w="2340" w:type="dxa"/>
            <w:shd w:val="clear" w:color="auto" w:fill="D5E8F0"/>
          </w:tcPr>
          <w:p w14:paraId="6D695A17" w14:textId="77777777" w:rsidR="00E2764D" w:rsidRDefault="00F75996">
            <w:r>
              <w:rPr>
                <w:b/>
                <w:sz w:val="20"/>
              </w:rPr>
              <w:t>Failure Mode</w:t>
            </w:r>
          </w:p>
        </w:tc>
      </w:tr>
      <w:tr w:rsidR="00E2764D" w14:paraId="487A6842" w14:textId="77777777">
        <w:tc>
          <w:tcPr>
            <w:tcW w:w="2340" w:type="dxa"/>
          </w:tcPr>
          <w:p w14:paraId="31ED04D7" w14:textId="77777777" w:rsidR="00E2764D" w:rsidRDefault="00F75996">
            <w:r>
              <w:rPr>
                <w:sz w:val="20"/>
              </w:rPr>
              <w:t>Central program budget</w:t>
            </w:r>
          </w:p>
        </w:tc>
        <w:tc>
          <w:tcPr>
            <w:tcW w:w="2340" w:type="dxa"/>
          </w:tcPr>
          <w:p w14:paraId="6CDF85A4" w14:textId="77777777" w:rsidR="00E2764D" w:rsidRDefault="00F75996">
            <w:r>
              <w:rPr>
                <w:sz w:val="20"/>
              </w:rPr>
              <w:t>A single AI budget owned by the officer funds platform, governance, and delivery for all use cases</w:t>
            </w:r>
          </w:p>
        </w:tc>
        <w:tc>
          <w:tcPr>
            <w:tcW w:w="2340" w:type="dxa"/>
          </w:tcPr>
          <w:p w14:paraId="5616E71A" w14:textId="77777777" w:rsidR="00E2764D" w:rsidRDefault="00F75996">
            <w:r>
              <w:rPr>
                <w:sz w:val="20"/>
              </w:rPr>
              <w:t>Early maturity, where the priority is building the foundation and demonstrating the first outcomes</w:t>
            </w:r>
          </w:p>
        </w:tc>
        <w:tc>
          <w:tcPr>
            <w:tcW w:w="2340" w:type="dxa"/>
          </w:tcPr>
          <w:p w14:paraId="47ACBA78" w14:textId="77777777" w:rsidR="00E2764D" w:rsidRDefault="00F75996">
            <w:r>
              <w:rPr>
                <w:sz w:val="20"/>
              </w:rPr>
              <w:t>Business units treat AI as free, propose weak use cases, and disclaim responsibility for realizing benefits</w:t>
            </w:r>
          </w:p>
        </w:tc>
      </w:tr>
      <w:tr w:rsidR="00E2764D" w14:paraId="737A1AE2" w14:textId="77777777">
        <w:tc>
          <w:tcPr>
            <w:tcW w:w="2340" w:type="dxa"/>
          </w:tcPr>
          <w:p w14:paraId="1AFE7D93" w14:textId="77777777" w:rsidR="00E2764D" w:rsidRDefault="00F75996">
            <w:r>
              <w:rPr>
                <w:sz w:val="20"/>
              </w:rPr>
              <w:t>Business unit funded</w:t>
            </w:r>
          </w:p>
        </w:tc>
        <w:tc>
          <w:tcPr>
            <w:tcW w:w="2340" w:type="dxa"/>
          </w:tcPr>
          <w:p w14:paraId="302442D3" w14:textId="77777777" w:rsidR="00E2764D" w:rsidRDefault="00F75996">
            <w:r>
              <w:rPr>
                <w:sz w:val="20"/>
              </w:rPr>
              <w:t>Each unit funds the use cases it sponsors, with the platform charged back on consumption</w:t>
            </w:r>
          </w:p>
        </w:tc>
        <w:tc>
          <w:tcPr>
            <w:tcW w:w="2340" w:type="dxa"/>
          </w:tcPr>
          <w:p w14:paraId="7A246AFF" w14:textId="77777777" w:rsidR="00E2764D" w:rsidRDefault="00F75996">
            <w:r>
              <w:rPr>
                <w:sz w:val="20"/>
              </w:rPr>
              <w:t>Established maturity where the platform is stable and units have credible value cases</w:t>
            </w:r>
          </w:p>
        </w:tc>
        <w:tc>
          <w:tcPr>
            <w:tcW w:w="2340" w:type="dxa"/>
          </w:tcPr>
          <w:p w14:paraId="6229AA60" w14:textId="77777777" w:rsidR="00E2764D" w:rsidRDefault="00F75996">
            <w:r>
              <w:rPr>
                <w:sz w:val="20"/>
              </w:rPr>
              <w:t>Shared platform investment is underfunded because no single unit will pay for capability others also use</w:t>
            </w:r>
          </w:p>
        </w:tc>
      </w:tr>
      <w:tr w:rsidR="00E2764D" w14:paraId="50880DA6" w14:textId="77777777">
        <w:tc>
          <w:tcPr>
            <w:tcW w:w="2340" w:type="dxa"/>
          </w:tcPr>
          <w:p w14:paraId="2E665387" w14:textId="77777777" w:rsidR="00E2764D" w:rsidRDefault="00F75996">
            <w:r>
              <w:rPr>
                <w:sz w:val="20"/>
              </w:rPr>
              <w:t>Hybrid platform and application split</w:t>
            </w:r>
          </w:p>
        </w:tc>
        <w:tc>
          <w:tcPr>
            <w:tcW w:w="2340" w:type="dxa"/>
          </w:tcPr>
          <w:p w14:paraId="269F2C99" w14:textId="77777777" w:rsidR="00E2764D" w:rsidRDefault="00F75996">
            <w:r>
              <w:rPr>
                <w:sz w:val="20"/>
              </w:rPr>
              <w:t>Platform, governance, and shared components are funded centrally; applications are funded by the sponsoring unit</w:t>
            </w:r>
          </w:p>
        </w:tc>
        <w:tc>
          <w:tcPr>
            <w:tcW w:w="2340" w:type="dxa"/>
          </w:tcPr>
          <w:p w14:paraId="437EB928" w14:textId="77777777" w:rsidR="00E2764D" w:rsidRDefault="00F75996">
            <w:r>
              <w:rPr>
                <w:sz w:val="20"/>
              </w:rPr>
              <w:t>Most organizations, from the point at which the second use case begins</w:t>
            </w:r>
          </w:p>
        </w:tc>
        <w:tc>
          <w:tcPr>
            <w:tcW w:w="2340" w:type="dxa"/>
          </w:tcPr>
          <w:p w14:paraId="6F92099F" w14:textId="77777777" w:rsidR="00E2764D" w:rsidRDefault="00F75996">
            <w:r>
              <w:rPr>
                <w:sz w:val="20"/>
              </w:rPr>
              <w:t>The boundary between platform and application is disputed at each new request and requires active arbitration</w:t>
            </w:r>
          </w:p>
        </w:tc>
      </w:tr>
      <w:tr w:rsidR="00E2764D" w14:paraId="5843DEBF" w14:textId="77777777">
        <w:tc>
          <w:tcPr>
            <w:tcW w:w="2340" w:type="dxa"/>
          </w:tcPr>
          <w:p w14:paraId="0E8080EF" w14:textId="77777777" w:rsidR="00E2764D" w:rsidRDefault="00F75996">
            <w:r>
              <w:rPr>
                <w:sz w:val="20"/>
              </w:rPr>
              <w:t>Showback with central funding</w:t>
            </w:r>
          </w:p>
        </w:tc>
        <w:tc>
          <w:tcPr>
            <w:tcW w:w="2340" w:type="dxa"/>
          </w:tcPr>
          <w:p w14:paraId="72DF0C51" w14:textId="77777777" w:rsidR="00E2764D" w:rsidRDefault="00F75996">
            <w:r>
              <w:rPr>
                <w:sz w:val="20"/>
              </w:rPr>
              <w:t>Costs are attributed and reported to consuming units without transfer of funds</w:t>
            </w:r>
          </w:p>
        </w:tc>
        <w:tc>
          <w:tcPr>
            <w:tcW w:w="2340" w:type="dxa"/>
          </w:tcPr>
          <w:p w14:paraId="71E861CE" w14:textId="77777777" w:rsidR="00E2764D" w:rsidRDefault="00F75996">
            <w:r>
              <w:rPr>
                <w:sz w:val="20"/>
              </w:rPr>
              <w:t>Transitional periods, and organizations wanting behavioral change before financial change</w:t>
            </w:r>
          </w:p>
        </w:tc>
        <w:tc>
          <w:tcPr>
            <w:tcW w:w="2340" w:type="dxa"/>
          </w:tcPr>
          <w:p w14:paraId="7AFD08B4" w14:textId="77777777" w:rsidR="00E2764D" w:rsidRDefault="00F75996">
            <w:r>
              <w:rPr>
                <w:sz w:val="20"/>
              </w:rPr>
              <w:t>Attribution without consequence changes little, and the reporting effort exceeds the behavioral benefit</w:t>
            </w:r>
          </w:p>
        </w:tc>
      </w:tr>
    </w:tbl>
    <w:p w14:paraId="3EC51AE1" w14:textId="77777777" w:rsidR="00E2764D" w:rsidRDefault="00E2764D"/>
    <w:p w14:paraId="2AA50D3F" w14:textId="77777777" w:rsidR="00E2764D" w:rsidRDefault="00F75996">
      <w:r>
        <w:rPr>
          <w:i/>
          <w:color w:val="808080"/>
        </w:rPr>
        <w:t>[PLACEHOLDER - Record the funding model selected, the annual envelope agreed with the Chief Financial Officer, the officer's delegated financial authority, and the threshold above which an individual commitment requires additional approval.]</w:t>
      </w:r>
    </w:p>
    <w:p w14:paraId="18F9E5C2" w14:textId="77777777" w:rsidR="00E2764D" w:rsidRDefault="00F75996">
      <w:pPr>
        <w:pStyle w:val="Heading1"/>
        <w:pageBreakBefore/>
      </w:pPr>
      <w:bookmarkStart w:id="33" w:name="_Toc241649701"/>
      <w:r>
        <w:lastRenderedPageBreak/>
        <w:t>7. Security</w:t>
      </w:r>
      <w:bookmarkEnd w:id="33"/>
    </w:p>
    <w:p w14:paraId="45EFFBF9" w14:textId="77777777" w:rsidR="00E2764D" w:rsidRDefault="00F75996">
      <w:r>
        <w:t>Artificial intelligence introduces a class of vulnerability that traditional application security practice does not address. A conventional application has a fixed set of code paths that can be reviewed; a generative system accepts arbitrary natural language and produces arbitrary natural language, and an agentic system converts that language into actions against real systems. The organization's existing security programme remains necessary and is not replaced by anything in this section. What follows are the additional controls specific to AI workloads, and the boundary between the officer's authority and the Chief Information Security Officer's.</w:t>
      </w:r>
    </w:p>
    <w:p w14:paraId="22A257A6" w14:textId="77777777" w:rsidR="00E2764D" w:rsidRDefault="00F75996">
      <w:pPr>
        <w:pStyle w:val="Heading2"/>
      </w:pPr>
      <w:bookmarkStart w:id="34" w:name="_Toc241649702"/>
      <w:r>
        <w:t>7.1 Security Architecture Principles</w:t>
      </w:r>
      <w:bookmarkEnd w:id="34"/>
    </w:p>
    <w:p w14:paraId="49094D20" w14:textId="77777777" w:rsidR="00E2764D" w:rsidRDefault="00F75996">
      <w:r>
        <w:t>The principles below apply to every AI workload without exception and are enforced through platform configuration and Azure Policy rather than through documentation. An officer should be able to demonstrate each of them as a technical control, not as a statement of intent.</w:t>
      </w:r>
    </w:p>
    <w:p w14:paraId="04E0ABF4" w14:textId="77777777" w:rsidR="00E2764D" w:rsidRDefault="00F75996">
      <w:pPr>
        <w:pStyle w:val="ListBullet"/>
      </w:pPr>
      <w:r>
        <w:rPr>
          <w:b/>
        </w:rPr>
        <w:t>Assume breach and verify explicitly</w:t>
      </w:r>
      <w:r>
        <w:t>: every request between components is authenticated and authorized on its own merits, and no component is trusted because of its network location.</w:t>
      </w:r>
    </w:p>
    <w:p w14:paraId="3A3175A0" w14:textId="77777777" w:rsidR="00E2764D" w:rsidRDefault="00F75996">
      <w:pPr>
        <w:pStyle w:val="ListBullet"/>
      </w:pPr>
      <w:r>
        <w:rPr>
          <w:b/>
        </w:rPr>
        <w:t>Isolate the network path</w:t>
      </w:r>
      <w:r>
        <w:t>: model endpoints, search indexes, and data stores are reachable only over private connectivity using Azure Private Link within an Azure Virtual Network, and public endpoints are disabled by policy.</w:t>
      </w:r>
    </w:p>
    <w:p w14:paraId="167A47A1" w14:textId="77777777" w:rsidR="00E2764D" w:rsidRDefault="00F75996">
      <w:pPr>
        <w:pStyle w:val="ListBullet"/>
      </w:pPr>
      <w:r>
        <w:rPr>
          <w:b/>
        </w:rPr>
        <w:t>Encrypt and centralize secrets</w:t>
      </w:r>
      <w:r>
        <w:t>: data is encrypted at rest and in transit, and keys, connection strings, and credentials are held in Azure Key Vault rather than in configuration, code, or prompts.</w:t>
      </w:r>
    </w:p>
    <w:p w14:paraId="6C1AB06C" w14:textId="77777777" w:rsidR="00E2764D" w:rsidRDefault="00F75996">
      <w:pPr>
        <w:pStyle w:val="ListBullet"/>
      </w:pPr>
      <w:r>
        <w:rPr>
          <w:b/>
        </w:rPr>
        <w:t>Grant least privilege by default</w:t>
      </w:r>
      <w:r>
        <w:t>: every identity, human or machine, receives the minimum permissions required for its function, and elevated access is time-bound and requested rather than standing.</w:t>
      </w:r>
    </w:p>
    <w:p w14:paraId="56EEFD45" w14:textId="77777777" w:rsidR="00E2764D" w:rsidRDefault="00F75996">
      <w:pPr>
        <w:pStyle w:val="ListBullet"/>
      </w:pPr>
      <w:r>
        <w:rPr>
          <w:b/>
        </w:rPr>
        <w:t>Segregate environments completely</w:t>
      </w:r>
      <w:r>
        <w:t>: development, test, and production are separate subscriptions with separate identities and separate data, and production data is not used for development without an approved masking process.</w:t>
      </w:r>
    </w:p>
    <w:p w14:paraId="29771869" w14:textId="77777777" w:rsidR="00E2764D" w:rsidRDefault="00F75996">
      <w:pPr>
        <w:pStyle w:val="ListBullet"/>
      </w:pPr>
      <w:r>
        <w:rPr>
          <w:b/>
        </w:rPr>
        <w:t>Secure the delivery pipeline</w:t>
      </w:r>
      <w:r>
        <w:t>: infrastructure and application changes are deployed through Azure DevOps or GitHub Actions with code review, automated security scanning, and no manual changes to production configuration.</w:t>
      </w:r>
    </w:p>
    <w:p w14:paraId="58F02D8A" w14:textId="77777777" w:rsidR="00E2764D" w:rsidRDefault="00F75996">
      <w:pPr>
        <w:pStyle w:val="ListBullet"/>
      </w:pPr>
      <w:r>
        <w:rPr>
          <w:b/>
        </w:rPr>
        <w:t>Log comprehensively and immutably</w:t>
      </w:r>
      <w:r>
        <w:t>: prompts, retrieved context references, responses, tool invocations, and administrative actions are logged to a tamper-evident store with retention aligned to Section 10.3.</w:t>
      </w:r>
    </w:p>
    <w:p w14:paraId="110FE638" w14:textId="77777777" w:rsidR="00E2764D" w:rsidRDefault="00F75996">
      <w:pPr>
        <w:pStyle w:val="Heading2"/>
      </w:pPr>
      <w:bookmarkStart w:id="35" w:name="_Toc241649703"/>
      <w:r>
        <w:t>7.2 AI-Specific Threats</w:t>
      </w:r>
      <w:bookmarkEnd w:id="35"/>
    </w:p>
    <w:p w14:paraId="29FFB914" w14:textId="77777777" w:rsidR="00E2764D" w:rsidRDefault="00F75996">
      <w:r>
        <w:t>The threats below are specific to AI systems and are the minimum set that a security design review under Section 6.4 must address. Each is paired with the primary control, though defence in depth requires more than one control for any threat that reaches a customer or a system of record.</w:t>
      </w:r>
    </w:p>
    <w:p w14:paraId="526BF9B9" w14:textId="77777777" w:rsidR="00E2764D" w:rsidRDefault="00F75996">
      <w:r>
        <w:rPr>
          <w:i/>
          <w:sz w:val="20"/>
        </w:rPr>
        <w:lastRenderedPageBreak/>
        <w:t>Table 7.2 - AI-specific threats and their primary controls.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3233DB60" w14:textId="77777777">
        <w:trPr>
          <w:tblHeader/>
        </w:trPr>
        <w:tc>
          <w:tcPr>
            <w:tcW w:w="3120" w:type="dxa"/>
            <w:shd w:val="clear" w:color="auto" w:fill="D5E8F0"/>
          </w:tcPr>
          <w:p w14:paraId="135816A9" w14:textId="77777777" w:rsidR="00E2764D" w:rsidRDefault="00F75996">
            <w:r>
              <w:rPr>
                <w:b/>
                <w:sz w:val="20"/>
              </w:rPr>
              <w:t>Threat</w:t>
            </w:r>
          </w:p>
        </w:tc>
        <w:tc>
          <w:tcPr>
            <w:tcW w:w="3120" w:type="dxa"/>
            <w:shd w:val="clear" w:color="auto" w:fill="D5E8F0"/>
          </w:tcPr>
          <w:p w14:paraId="356A0CD0" w14:textId="77777777" w:rsidR="00E2764D" w:rsidRDefault="00F75996">
            <w:r>
              <w:rPr>
                <w:b/>
                <w:sz w:val="20"/>
              </w:rPr>
              <w:t>How It Manifests</w:t>
            </w:r>
          </w:p>
        </w:tc>
        <w:tc>
          <w:tcPr>
            <w:tcW w:w="3120" w:type="dxa"/>
            <w:shd w:val="clear" w:color="auto" w:fill="D5E8F0"/>
          </w:tcPr>
          <w:p w14:paraId="407A62FA" w14:textId="77777777" w:rsidR="00E2764D" w:rsidRDefault="00F75996">
            <w:r>
              <w:rPr>
                <w:b/>
                <w:sz w:val="20"/>
              </w:rPr>
              <w:t>Primary Control</w:t>
            </w:r>
          </w:p>
        </w:tc>
      </w:tr>
      <w:tr w:rsidR="00E2764D" w14:paraId="39954265" w14:textId="77777777">
        <w:tc>
          <w:tcPr>
            <w:tcW w:w="3120" w:type="dxa"/>
          </w:tcPr>
          <w:p w14:paraId="0A73C174" w14:textId="77777777" w:rsidR="00E2764D" w:rsidRDefault="00F75996">
            <w:r>
              <w:rPr>
                <w:sz w:val="20"/>
              </w:rPr>
              <w:t>Direct prompt injection</w:t>
            </w:r>
          </w:p>
        </w:tc>
        <w:tc>
          <w:tcPr>
            <w:tcW w:w="3120" w:type="dxa"/>
          </w:tcPr>
          <w:p w14:paraId="15D12EDF" w14:textId="77777777" w:rsidR="00E2764D" w:rsidRDefault="00F75996">
            <w:r>
              <w:rPr>
                <w:sz w:val="20"/>
              </w:rPr>
              <w:t>A user crafts input that overrides the system's instructions, causing it to ignore restrictions or reveal its configuration</w:t>
            </w:r>
          </w:p>
        </w:tc>
        <w:tc>
          <w:tcPr>
            <w:tcW w:w="3120" w:type="dxa"/>
          </w:tcPr>
          <w:p w14:paraId="14FFEF8A" w14:textId="77777777" w:rsidR="00E2764D" w:rsidRDefault="00F75996">
            <w:r>
              <w:rPr>
                <w:sz w:val="20"/>
              </w:rPr>
              <w:t>Deterministic input and output filtering through Azure AI Content Safety, with instruction and user content separated architecturally</w:t>
            </w:r>
          </w:p>
        </w:tc>
      </w:tr>
      <w:tr w:rsidR="00E2764D" w14:paraId="7069D1F3" w14:textId="77777777">
        <w:tc>
          <w:tcPr>
            <w:tcW w:w="3120" w:type="dxa"/>
          </w:tcPr>
          <w:p w14:paraId="2E20FE8D" w14:textId="77777777" w:rsidR="00E2764D" w:rsidRDefault="00F75996">
            <w:r>
              <w:rPr>
                <w:sz w:val="20"/>
              </w:rPr>
              <w:t>Indirect prompt injection via retrieved content</w:t>
            </w:r>
          </w:p>
        </w:tc>
        <w:tc>
          <w:tcPr>
            <w:tcW w:w="3120" w:type="dxa"/>
          </w:tcPr>
          <w:p w14:paraId="42D2233E" w14:textId="77777777" w:rsidR="00E2764D" w:rsidRDefault="00F75996">
            <w:r>
              <w:rPr>
                <w:sz w:val="20"/>
              </w:rPr>
              <w:t>Malicious instructions are embedded in a document, web page, or email that the system later retrieves and treats as trustworthy context</w:t>
            </w:r>
          </w:p>
        </w:tc>
        <w:tc>
          <w:tcPr>
            <w:tcW w:w="3120" w:type="dxa"/>
          </w:tcPr>
          <w:p w14:paraId="129EC7F6" w14:textId="77777777" w:rsidR="00E2764D" w:rsidRDefault="00F75996">
            <w:r>
              <w:rPr>
                <w:sz w:val="20"/>
              </w:rPr>
              <w:t>Retrieval restricted to curated, permissioned sources, with retrieved content treated as data rather than instruction and scanned before use</w:t>
            </w:r>
          </w:p>
        </w:tc>
      </w:tr>
      <w:tr w:rsidR="00E2764D" w14:paraId="16D2791E" w14:textId="77777777">
        <w:tc>
          <w:tcPr>
            <w:tcW w:w="3120" w:type="dxa"/>
          </w:tcPr>
          <w:p w14:paraId="26A85037" w14:textId="77777777" w:rsidR="00E2764D" w:rsidRDefault="00F75996">
            <w:r>
              <w:rPr>
                <w:sz w:val="20"/>
              </w:rPr>
              <w:t>Sensitive data exfiltration through prompts or outputs</w:t>
            </w:r>
          </w:p>
        </w:tc>
        <w:tc>
          <w:tcPr>
            <w:tcW w:w="3120" w:type="dxa"/>
          </w:tcPr>
          <w:p w14:paraId="221A080D" w14:textId="77777777" w:rsidR="00E2764D" w:rsidRDefault="00F75996">
            <w:r>
              <w:rPr>
                <w:sz w:val="20"/>
              </w:rPr>
              <w:t>Users paste confidential material into a system that logs it, or the system discloses information the requesting user is not entitled to see</w:t>
            </w:r>
          </w:p>
        </w:tc>
        <w:tc>
          <w:tcPr>
            <w:tcW w:w="3120" w:type="dxa"/>
          </w:tcPr>
          <w:p w14:paraId="5BB3ABCB" w14:textId="77777777" w:rsidR="00E2764D" w:rsidRDefault="00F75996">
            <w:r>
              <w:rPr>
                <w:sz w:val="20"/>
              </w:rPr>
              <w:t>Microsoft Purview classification with data loss prevention, security-trimmed retrieval in Azure AI Search, and output inspection</w:t>
            </w:r>
          </w:p>
        </w:tc>
      </w:tr>
      <w:tr w:rsidR="00E2764D" w14:paraId="6E774A43" w14:textId="77777777">
        <w:tc>
          <w:tcPr>
            <w:tcW w:w="3120" w:type="dxa"/>
          </w:tcPr>
          <w:p w14:paraId="237D3CBB" w14:textId="77777777" w:rsidR="00E2764D" w:rsidRDefault="00F75996">
            <w:r>
              <w:rPr>
                <w:sz w:val="20"/>
              </w:rPr>
              <w:t>Excessive agency and unauthorized action</w:t>
            </w:r>
          </w:p>
        </w:tc>
        <w:tc>
          <w:tcPr>
            <w:tcW w:w="3120" w:type="dxa"/>
          </w:tcPr>
          <w:p w14:paraId="168F9AB1" w14:textId="77777777" w:rsidR="00E2764D" w:rsidRDefault="00F75996">
            <w:r>
              <w:rPr>
                <w:sz w:val="20"/>
              </w:rPr>
              <w:t>An agent takes a consequential action that was technically permitted but never intended, such as modifying or transmitting a record</w:t>
            </w:r>
          </w:p>
        </w:tc>
        <w:tc>
          <w:tcPr>
            <w:tcW w:w="3120" w:type="dxa"/>
          </w:tcPr>
          <w:p w14:paraId="1E2E3A17" w14:textId="77777777" w:rsidR="00E2764D" w:rsidRDefault="00F75996">
            <w:r>
              <w:rPr>
                <w:sz w:val="20"/>
              </w:rPr>
              <w:t>Explicit allow-listing of tools, scoped Microsoft Entra Workload ID permissions, and mandatory human confirmation for enumerated actions</w:t>
            </w:r>
          </w:p>
        </w:tc>
      </w:tr>
      <w:tr w:rsidR="00E2764D" w14:paraId="02D16B3D" w14:textId="77777777">
        <w:tc>
          <w:tcPr>
            <w:tcW w:w="3120" w:type="dxa"/>
          </w:tcPr>
          <w:p w14:paraId="7168D83C" w14:textId="77777777" w:rsidR="00E2764D" w:rsidRDefault="00F75996">
            <w:r>
              <w:rPr>
                <w:sz w:val="20"/>
              </w:rPr>
              <w:t>Insecure tool and plugin invocation</w:t>
            </w:r>
          </w:p>
        </w:tc>
        <w:tc>
          <w:tcPr>
            <w:tcW w:w="3120" w:type="dxa"/>
          </w:tcPr>
          <w:p w14:paraId="5E3C6537" w14:textId="77777777" w:rsidR="00E2764D" w:rsidRDefault="00F75996">
            <w:r>
              <w:rPr>
                <w:sz w:val="20"/>
              </w:rPr>
              <w:t>An agent calls an integration that lacks its own authorization checks, allowing the agent to exceed the requesting user's rights</w:t>
            </w:r>
          </w:p>
        </w:tc>
        <w:tc>
          <w:tcPr>
            <w:tcW w:w="3120" w:type="dxa"/>
          </w:tcPr>
          <w:p w14:paraId="4E03CCB7" w14:textId="77777777" w:rsidR="00E2764D" w:rsidRDefault="00F75996">
            <w:r>
              <w:rPr>
                <w:sz w:val="20"/>
              </w:rPr>
              <w:t>Mediation of every integration through Azure API Management with per-call authorization evaluated against the originating user</w:t>
            </w:r>
          </w:p>
        </w:tc>
      </w:tr>
      <w:tr w:rsidR="00E2764D" w14:paraId="674B26D9" w14:textId="77777777">
        <w:tc>
          <w:tcPr>
            <w:tcW w:w="3120" w:type="dxa"/>
          </w:tcPr>
          <w:p w14:paraId="370BC612" w14:textId="77777777" w:rsidR="00E2764D" w:rsidRDefault="00F75996">
            <w:r>
              <w:rPr>
                <w:sz w:val="20"/>
              </w:rPr>
              <w:t>Training or grounding data poisoning</w:t>
            </w:r>
          </w:p>
        </w:tc>
        <w:tc>
          <w:tcPr>
            <w:tcW w:w="3120" w:type="dxa"/>
          </w:tcPr>
          <w:p w14:paraId="59BA823F" w14:textId="77777777" w:rsidR="00E2764D" w:rsidRDefault="00F75996">
            <w:r>
              <w:rPr>
                <w:sz w:val="20"/>
              </w:rPr>
              <w:t>Content is introduced into an indexed repository specifically to alter what the system tells users</w:t>
            </w:r>
          </w:p>
        </w:tc>
        <w:tc>
          <w:tcPr>
            <w:tcW w:w="3120" w:type="dxa"/>
          </w:tcPr>
          <w:p w14:paraId="63239655" w14:textId="77777777" w:rsidR="00E2764D" w:rsidRDefault="00F75996">
            <w:r>
              <w:rPr>
                <w:sz w:val="20"/>
              </w:rPr>
              <w:t>Source allow-listing, change monitoring on indexed repositories, and evaluation set regression testing before each index refresh</w:t>
            </w:r>
          </w:p>
        </w:tc>
      </w:tr>
      <w:tr w:rsidR="00E2764D" w14:paraId="2101D837" w14:textId="77777777">
        <w:tc>
          <w:tcPr>
            <w:tcW w:w="3120" w:type="dxa"/>
          </w:tcPr>
          <w:p w14:paraId="491E4938" w14:textId="77777777" w:rsidR="00E2764D" w:rsidRDefault="00F75996">
            <w:r>
              <w:rPr>
                <w:sz w:val="20"/>
              </w:rPr>
              <w:t>Credential and key compromise</w:t>
            </w:r>
          </w:p>
        </w:tc>
        <w:tc>
          <w:tcPr>
            <w:tcW w:w="3120" w:type="dxa"/>
          </w:tcPr>
          <w:p w14:paraId="29EBC2E2" w14:textId="77777777" w:rsidR="00E2764D" w:rsidRDefault="00F75996">
            <w:r>
              <w:rPr>
                <w:sz w:val="20"/>
              </w:rPr>
              <w:t>Keys embedded in code, notebooks, or prompts are exposed and used to call model endpoints or data stores directly</w:t>
            </w:r>
          </w:p>
        </w:tc>
        <w:tc>
          <w:tcPr>
            <w:tcW w:w="3120" w:type="dxa"/>
          </w:tcPr>
          <w:p w14:paraId="54A03443" w14:textId="77777777" w:rsidR="00E2764D" w:rsidRDefault="00F75996">
            <w:r>
              <w:rPr>
                <w:sz w:val="20"/>
              </w:rPr>
              <w:t>Managed identities and secretless authentication, Azure Key Vault for any residual secret, and detection through Microsoft Defender for Cloud</w:t>
            </w:r>
          </w:p>
        </w:tc>
      </w:tr>
      <w:tr w:rsidR="00E2764D" w14:paraId="41874738" w14:textId="77777777">
        <w:tc>
          <w:tcPr>
            <w:tcW w:w="3120" w:type="dxa"/>
          </w:tcPr>
          <w:p w14:paraId="5ED082B5" w14:textId="77777777" w:rsidR="00E2764D" w:rsidRDefault="00F75996">
            <w:r>
              <w:rPr>
                <w:sz w:val="20"/>
              </w:rPr>
              <w:t>Shadow AI adoption</w:t>
            </w:r>
          </w:p>
        </w:tc>
        <w:tc>
          <w:tcPr>
            <w:tcW w:w="3120" w:type="dxa"/>
          </w:tcPr>
          <w:p w14:paraId="00333399" w14:textId="77777777" w:rsidR="00E2764D" w:rsidRDefault="00F75996">
            <w:r>
              <w:rPr>
                <w:sz w:val="20"/>
              </w:rPr>
              <w:t>Staff use unsanctioned consumer AI tools with organizational data, outside any inventory, logging, or contractual protection</w:t>
            </w:r>
          </w:p>
        </w:tc>
        <w:tc>
          <w:tcPr>
            <w:tcW w:w="3120" w:type="dxa"/>
          </w:tcPr>
          <w:p w14:paraId="474F1FE4" w14:textId="77777777" w:rsidR="00E2764D" w:rsidRDefault="00F75996">
            <w:r>
              <w:rPr>
                <w:sz w:val="20"/>
              </w:rPr>
              <w:t xml:space="preserve">Discovery through Microsoft Defender for Cloud Apps and network telemetry, a sanctioned alternative that is genuinely better, and enforced conditional </w:t>
            </w:r>
            <w:r>
              <w:rPr>
                <w:sz w:val="20"/>
              </w:rPr>
              <w:lastRenderedPageBreak/>
              <w:t>access</w:t>
            </w:r>
          </w:p>
        </w:tc>
      </w:tr>
    </w:tbl>
    <w:p w14:paraId="7DC40BF4" w14:textId="77777777" w:rsidR="00E2764D" w:rsidRDefault="00E2764D"/>
    <w:p w14:paraId="650B7CF6" w14:textId="77777777" w:rsidR="00E2764D" w:rsidRDefault="00F75996">
      <w:pPr>
        <w:pStyle w:val="Heading2"/>
      </w:pPr>
      <w:bookmarkStart w:id="36" w:name="_Toc241649704"/>
      <w:r>
        <w:t>7.3 Required Controls</w:t>
      </w:r>
      <w:bookmarkEnd w:id="36"/>
    </w:p>
    <w:p w14:paraId="04C5C3CF" w14:textId="77777777" w:rsidR="00E2764D" w:rsidRDefault="00F75996">
      <w:r>
        <w:t>The following controls are mandatory for every AI system at Tier 1 or Tier 2 and are recommended for Tier 3. Each names the product that enforces it, because a control that is not attached to an enforcing mechanism is an aspiration.</w:t>
      </w:r>
    </w:p>
    <w:p w14:paraId="31F598E4" w14:textId="77777777" w:rsidR="00E2764D" w:rsidRDefault="00F75996">
      <w:pPr>
        <w:pStyle w:val="ListBullet"/>
      </w:pPr>
      <w:r>
        <w:rPr>
          <w:b/>
        </w:rPr>
        <w:t>Private network isolation</w:t>
      </w:r>
      <w:r>
        <w:t>: model endpoints, search services, and data stores are exposed only through Azure Private Link within a controlled Azure Virtual Network, enforced by Azure Policy.</w:t>
      </w:r>
    </w:p>
    <w:p w14:paraId="35F7419D" w14:textId="77777777" w:rsidR="00E2764D" w:rsidRDefault="00F75996">
      <w:pPr>
        <w:pStyle w:val="ListBullet"/>
      </w:pPr>
      <w:r>
        <w:rPr>
          <w:b/>
        </w:rPr>
        <w:t>Centralized secret management</w:t>
      </w:r>
      <w:r>
        <w:t>: all credentials and keys reside in Azure Key Vault with access governed by managed identity and audited on every retrieval.</w:t>
      </w:r>
    </w:p>
    <w:p w14:paraId="699CF541" w14:textId="77777777" w:rsidR="00E2764D" w:rsidRDefault="00F75996">
      <w:pPr>
        <w:pStyle w:val="ListBullet"/>
      </w:pPr>
      <w:r>
        <w:rPr>
          <w:b/>
        </w:rPr>
        <w:t>Identity-based authorization</w:t>
      </w:r>
      <w:r>
        <w:t>: access is granted through Microsoft Entra ID role assignments with conditional access, and no AI service accepts shared keys for interactive use.</w:t>
      </w:r>
    </w:p>
    <w:p w14:paraId="4579BAEB" w14:textId="77777777" w:rsidR="00E2764D" w:rsidRDefault="00F75996">
      <w:pPr>
        <w:pStyle w:val="ListBullet"/>
      </w:pPr>
      <w:r>
        <w:rPr>
          <w:b/>
        </w:rPr>
        <w:t>Agent workload identity</w:t>
      </w:r>
      <w:r>
        <w:t>: agents authenticate through Microsoft Entra Workload ID with scoped permissions that never exceed those of the user on whose behalf they act.</w:t>
      </w:r>
    </w:p>
    <w:p w14:paraId="6A04B052" w14:textId="77777777" w:rsidR="00E2764D" w:rsidRDefault="00F75996">
      <w:pPr>
        <w:pStyle w:val="ListBullet"/>
      </w:pPr>
      <w:r>
        <w:rPr>
          <w:b/>
        </w:rPr>
        <w:t>Content safety enforcement</w:t>
      </w:r>
      <w:r>
        <w:t>: Azure AI Content Safety evaluates both inbound prompts and outbound responses against harm categories and groundedness before content reaches a user.</w:t>
      </w:r>
    </w:p>
    <w:p w14:paraId="50ED29A8" w14:textId="77777777" w:rsidR="00E2764D" w:rsidRDefault="00F75996">
      <w:pPr>
        <w:pStyle w:val="ListBullet"/>
      </w:pPr>
      <w:r>
        <w:rPr>
          <w:b/>
        </w:rPr>
        <w:t>Data classification and loss prevention</w:t>
      </w:r>
      <w:r>
        <w:t>: Microsoft Purview applies sensitivity labels to source content and enforces policies that prevent classified material from leaving approved boundaries.</w:t>
      </w:r>
    </w:p>
    <w:p w14:paraId="3563F324" w14:textId="77777777" w:rsidR="00E2764D" w:rsidRDefault="00F75996">
      <w:pPr>
        <w:pStyle w:val="ListBullet"/>
      </w:pPr>
      <w:r>
        <w:rPr>
          <w:b/>
        </w:rPr>
        <w:t>Security posture management</w:t>
      </w:r>
      <w:r>
        <w:t>: Microsoft Defender for Cloud continuously assesses configuration of AI and data resources against benchmark and flags drift from the approved baseline.</w:t>
      </w:r>
    </w:p>
    <w:p w14:paraId="56736F23" w14:textId="77777777" w:rsidR="00E2764D" w:rsidRDefault="00F75996">
      <w:pPr>
        <w:pStyle w:val="ListBullet"/>
      </w:pPr>
      <w:r>
        <w:rPr>
          <w:b/>
        </w:rPr>
        <w:t>Threat detection and response</w:t>
      </w:r>
      <w:r>
        <w:t>: Microsoft Sentinel ingests AI workload telemetry with detection rules for anomalous prompt volume, atypical tool invocation, and credential misuse.</w:t>
      </w:r>
    </w:p>
    <w:p w14:paraId="257B815C" w14:textId="77777777" w:rsidR="00E2764D" w:rsidRDefault="00F75996">
      <w:pPr>
        <w:pStyle w:val="ListBullet"/>
      </w:pPr>
      <w:r>
        <w:rPr>
          <w:b/>
        </w:rPr>
        <w:t>Policy-enforced provisioning</w:t>
      </w:r>
      <w:r>
        <w:t>: Azure Policy prevents creation of non-conforming AI resources, including public endpoints, unapproved regions, and untagged workloads.</w:t>
      </w:r>
    </w:p>
    <w:p w14:paraId="0E1E72A1" w14:textId="77777777" w:rsidR="00E2764D" w:rsidRDefault="00F75996">
      <w:pPr>
        <w:pStyle w:val="ListBullet"/>
      </w:pPr>
      <w:r>
        <w:rPr>
          <w:b/>
        </w:rPr>
        <w:t>Pipeline-enforced change control</w:t>
      </w:r>
      <w:r>
        <w:t>: all infrastructure and application changes flow through Azure DevOps or GitHub Actions with mandatory review, so that production configuration cannot be altered manually.</w:t>
      </w:r>
    </w:p>
    <w:p w14:paraId="4120338D" w14:textId="77777777" w:rsidR="00E2764D" w:rsidRDefault="00F75996">
      <w:pPr>
        <w:pStyle w:val="Heading2"/>
      </w:pPr>
      <w:bookmarkStart w:id="37" w:name="_Toc241649705"/>
      <w:r>
        <w:t>7.4 Continuous Security Validation</w:t>
      </w:r>
      <w:bookmarkEnd w:id="37"/>
    </w:p>
    <w:p w14:paraId="0B667062" w14:textId="77777777" w:rsidR="00E2764D" w:rsidRDefault="00F75996">
      <w:r>
        <w:t xml:space="preserve">AI systems cannot be validated once and assumed sound, because their behavior depends on inputs that change continuously and on models and grounding content that are updated over </w:t>
      </w:r>
      <w:r>
        <w:lastRenderedPageBreak/>
        <w:t>time. Validation is therefore a recurring pipeline activity rather than a pre-launch milestone, and its results are retained as the evidence that supports the officer's attestations in Section 11.4.</w:t>
      </w:r>
    </w:p>
    <w:p w14:paraId="73F21001" w14:textId="77777777" w:rsidR="00E2764D" w:rsidRDefault="00F75996">
      <w:pPr>
        <w:pStyle w:val="ListBullet"/>
      </w:pPr>
      <w:r>
        <w:rPr>
          <w:b/>
        </w:rPr>
        <w:t>Adversarial red teaming before each significant release</w:t>
      </w:r>
      <w:r>
        <w:t>: a dedicated exercise attempts prompt injection, jailbreaking, data extraction, and unauthorized action, with findings triaged and closed before the release gate opens.</w:t>
      </w:r>
    </w:p>
    <w:p w14:paraId="285CDD3E" w14:textId="77777777" w:rsidR="00E2764D" w:rsidRDefault="00F75996">
      <w:pPr>
        <w:pStyle w:val="ListBullet"/>
      </w:pPr>
      <w:r>
        <w:rPr>
          <w:b/>
        </w:rPr>
        <w:t>Evaluation as an automated release gate</w:t>
      </w:r>
      <w:r>
        <w:t>: each system is scored against a curated evaluation set for accuracy, groundedness, refusal behavior, and tone, and a regression below the agreed threshold blocks deployment automatically.</w:t>
      </w:r>
    </w:p>
    <w:p w14:paraId="0DA05623" w14:textId="77777777" w:rsidR="00E2764D" w:rsidRDefault="00F75996">
      <w:pPr>
        <w:pStyle w:val="ListBullet"/>
      </w:pPr>
      <w:r>
        <w:rPr>
          <w:b/>
        </w:rPr>
        <w:t>Penetration testing of the surrounding application</w:t>
      </w:r>
      <w:r>
        <w:t>: the interfaces, integrations, and identity flows around the model are tested to the same standard as any other production application.</w:t>
      </w:r>
    </w:p>
    <w:p w14:paraId="5B15428C" w14:textId="77777777" w:rsidR="00E2764D" w:rsidRDefault="00F75996">
      <w:pPr>
        <w:pStyle w:val="ListBullet"/>
      </w:pPr>
      <w:r>
        <w:rPr>
          <w:b/>
        </w:rPr>
        <w:t>Continuous posture assessment</w:t>
      </w:r>
      <w:r>
        <w:t>: Microsoft Defender for Cloud monitors configuration drift across AI and data resources, and material findings are treated as incidents rather than as backlog items.</w:t>
      </w:r>
    </w:p>
    <w:p w14:paraId="59A6D9C9" w14:textId="77777777" w:rsidR="00E2764D" w:rsidRDefault="00F75996">
      <w:pPr>
        <w:pStyle w:val="ListBullet"/>
      </w:pPr>
      <w:r>
        <w:rPr>
          <w:b/>
        </w:rPr>
        <w:t>Runtime threat monitoring</w:t>
      </w:r>
      <w:r>
        <w:t>: Microsoft Sentinel correlates AI workload telemetry with identity and network signals to detect misuse patterns that no single log source would reveal.</w:t>
      </w:r>
    </w:p>
    <w:p w14:paraId="70FDE78E" w14:textId="77777777" w:rsidR="00E2764D" w:rsidRDefault="00F75996">
      <w:pPr>
        <w:pStyle w:val="ListBullet"/>
      </w:pPr>
      <w:r>
        <w:rPr>
          <w:b/>
        </w:rPr>
        <w:t>Periodic revalidation of live systems</w:t>
      </w:r>
      <w:r>
        <w:t>: every Tier 1 system is re-evaluated and re-red-teamed on a fixed cadence defined in Section 17.4, irrespective of whether it has been changed.</w:t>
      </w:r>
    </w:p>
    <w:p w14:paraId="57A9363C" w14:textId="77777777" w:rsidR="00E2764D" w:rsidRDefault="00F75996">
      <w:pPr>
        <w:pStyle w:val="Heading2"/>
      </w:pPr>
      <w:bookmarkStart w:id="38" w:name="_Toc241649706"/>
      <w:r>
        <w:t>7.5 The CAIO and CISO Interface</w:t>
      </w:r>
      <w:bookmarkEnd w:id="38"/>
    </w:p>
    <w:p w14:paraId="11927B2F" w14:textId="77777777" w:rsidR="00E2764D" w:rsidRDefault="00F75996">
      <w:r>
        <w:t>The officer and the Chief Information Security Officer will disagree, and the value of settling the interface in advance is that the disagreement becomes a documented decision rather than a contest of influence. The principle is straightforward: the officer decides what the organization builds and at what risk tier, and the security officer decides whether it is secure enough to run. Neither can overrule the other on the other's ground.</w:t>
      </w:r>
    </w:p>
    <w:p w14:paraId="3B8C7651" w14:textId="77777777" w:rsidR="00E2764D" w:rsidRDefault="00F75996">
      <w:pPr>
        <w:pStyle w:val="ListBullet"/>
      </w:pPr>
      <w:r>
        <w:t>The CISO retains an absolute blocking right on production release: the Chief AI Officer cannot waive a security objection, and no delivery deadline constitutes grounds for exception.</w:t>
      </w:r>
    </w:p>
    <w:p w14:paraId="16A3DCC4" w14:textId="77777777" w:rsidR="00E2764D" w:rsidRDefault="00F75996">
      <w:pPr>
        <w:pStyle w:val="ListBullet"/>
      </w:pPr>
      <w:r>
        <w:t>Security standards are set by the CISO and applied by the officer: the officer may propose AI-specific additions to the standard but does not vary the enterprise baseline for AI workloads.</w:t>
      </w:r>
    </w:p>
    <w:p w14:paraId="27590ECA" w14:textId="77777777" w:rsidR="00E2764D" w:rsidRDefault="00F75996">
      <w:pPr>
        <w:pStyle w:val="ListBullet"/>
      </w:pPr>
      <w:r>
        <w:rPr>
          <w:b/>
        </w:rPr>
        <w:t>The officer owns AI-specific threat coverage</w:t>
      </w:r>
      <w:r>
        <w:t>: prompt injection, agent agency, grounding poisoning, and evaluation gating are the officer's design responsibility, executed to the CISO's standard.</w:t>
      </w:r>
    </w:p>
    <w:p w14:paraId="1E992F15" w14:textId="77777777" w:rsidR="00E2764D" w:rsidRDefault="00F75996">
      <w:pPr>
        <w:pStyle w:val="ListBullet"/>
      </w:pPr>
      <w:r>
        <w:rPr>
          <w:b/>
        </w:rPr>
        <w:t>Incident command sits with security</w:t>
      </w:r>
      <w:r>
        <w:t>: during any incident classified under Section 13.1, the CISO or their delegate directs the response and the officer supplies AI-specific expertise and decisions on suspension.</w:t>
      </w:r>
    </w:p>
    <w:p w14:paraId="75AFE7FB" w14:textId="77777777" w:rsidR="00E2764D" w:rsidRDefault="00F75996">
      <w:pPr>
        <w:pStyle w:val="ListBullet"/>
      </w:pPr>
      <w:r>
        <w:t>Disputes are resolved at the executive committee within a defined period: an unresolved objection is escalated with both positions recorded in writing, and the system does not go live while the dispute is open.</w:t>
      </w:r>
    </w:p>
    <w:p w14:paraId="78638097" w14:textId="77777777" w:rsidR="00E2764D" w:rsidRDefault="00F75996">
      <w:pPr>
        <w:pStyle w:val="ListBullet"/>
      </w:pPr>
      <w:r>
        <w:rPr>
          <w:b/>
        </w:rPr>
        <w:lastRenderedPageBreak/>
        <w:t>Both officers report the same facts</w:t>
      </w:r>
      <w:r>
        <w:t>: security findings relating to AI systems appear in the officer's board pack under Section 17.3 in the form the CISO agrees, without softening or restatement.</w:t>
      </w:r>
    </w:p>
    <w:p w14:paraId="1C491D2A" w14:textId="77777777" w:rsidR="00E2764D" w:rsidRDefault="00F75996">
      <w:pPr>
        <w:pStyle w:val="Heading1"/>
        <w:pageBreakBefore/>
      </w:pPr>
      <w:bookmarkStart w:id="39" w:name="_Toc241649707"/>
      <w:r>
        <w:lastRenderedPageBreak/>
        <w:t>8. Governance</w:t>
      </w:r>
      <w:bookmarkEnd w:id="39"/>
    </w:p>
    <w:p w14:paraId="3BF094EC" w14:textId="77777777" w:rsidR="00E2764D" w:rsidRDefault="00F75996">
      <w:r>
        <w:t>Governance is the mechanism through which the officer's accountability is exercised. It determines which systems exist, under what constraints, reviewed by whom, and on what evidence. Weak governance is not merely a compliance exposure; it is the reason AI portfolios stall, because without a tiering rubric every use case is treated as maximally risky and every approval becomes a negotiation. Well-designed governance is a throughput mechanism as much as a control: it allows low-risk work to proceed quickly precisely because high-risk work is identified reliably.</w:t>
      </w:r>
    </w:p>
    <w:p w14:paraId="178DF236" w14:textId="77777777" w:rsidR="00E2764D" w:rsidRDefault="00F75996">
      <w:pPr>
        <w:pStyle w:val="Heading2"/>
      </w:pPr>
      <w:bookmarkStart w:id="40" w:name="_Toc241649708"/>
      <w:r>
        <w:t>8.1 AI Governance Framework</w:t>
      </w:r>
      <w:bookmarkEnd w:id="40"/>
    </w:p>
    <w:p w14:paraId="3B91B83E" w14:textId="77777777" w:rsidR="00E2764D" w:rsidRDefault="00F75996">
      <w:r>
        <w:t>The framework rests on the three lines of defence. The first line is the business and the delivery teams that own and operate AI systems and their outcomes. The second line is independent oversight, comprising risk, compliance, privacy, and security, which challenges the first line and validates that controls operate. The third line is internal audit, which provides independent assurance to the board on whether the whole framework functions. This structure creates a specific difficulty for the Chief AI Officer role, because the officer typically both promotes AI adoption and governs it, which places one person on both sides of the challenge relationship.</w:t>
      </w:r>
    </w:p>
    <w:p w14:paraId="6055E5F5" w14:textId="77777777" w:rsidR="00E2764D" w:rsidRDefault="00F75996">
      <w:r>
        <w:t>That tension is managed rather than eliminated, and how it is managed should be stated openly to the board and to auditors. The officer's delivery organization sits in the first line. The officer's governance function, including the risk tiering, the inventory, and the control standards, is aligned to the second line and reports its findings to the risk function without the officer's editorial control. The AI Governance Council provides collective challenge with members who do not report to the officer, and internal audit reviews the framework on its own schedule with unrestricted access. The controls below make the arrangement operable.</w:t>
      </w:r>
    </w:p>
    <w:p w14:paraId="5A63D420" w14:textId="77777777" w:rsidR="00E2764D" w:rsidRDefault="00F75996">
      <w:pPr>
        <w:pStyle w:val="ListBullet"/>
      </w:pPr>
      <w:r>
        <w:rPr>
          <w:b/>
        </w:rPr>
        <w:t>Decision rights are published, not negotiated</w:t>
      </w:r>
      <w:r>
        <w:t>: the charter in Section 2.2 states who decides what, and decisions outside it are escalated rather than absorbed.</w:t>
      </w:r>
    </w:p>
    <w:p w14:paraId="42CDAD96" w14:textId="77777777" w:rsidR="00E2764D" w:rsidRDefault="00F75996">
      <w:pPr>
        <w:pStyle w:val="ListBullet"/>
      </w:pPr>
      <w:r>
        <w:rPr>
          <w:b/>
        </w:rPr>
        <w:t>Every AI system has a recorded risk tier</w:t>
      </w:r>
      <w:r>
        <w:t>: the tier is assigned by the officer against the rubric in Section 8.5 and cannot be lowered by the delivery team or the sponsor.</w:t>
      </w:r>
    </w:p>
    <w:p w14:paraId="678924CA" w14:textId="77777777" w:rsidR="00E2764D" w:rsidRDefault="00F75996">
      <w:pPr>
        <w:pStyle w:val="ListBullet"/>
      </w:pPr>
      <w:r>
        <w:rPr>
          <w:b/>
        </w:rPr>
        <w:t>Second-line challenge is structurally independent</w:t>
      </w:r>
      <w:r>
        <w:t>: risk, compliance, and security may record a formal objection that must be resolved by the council or the executive committee, not by the officer alone.</w:t>
      </w:r>
    </w:p>
    <w:p w14:paraId="1355364C" w14:textId="77777777" w:rsidR="00E2764D" w:rsidRDefault="00F75996">
      <w:pPr>
        <w:pStyle w:val="ListBullet"/>
      </w:pPr>
      <w:r>
        <w:rPr>
          <w:b/>
        </w:rPr>
        <w:t>Governance findings reach the board unfiltered</w:t>
      </w:r>
      <w:r>
        <w:t>: the officer reports the council's dissents and internal audit's findings in the pack described in Section 17.3 without restatement.</w:t>
      </w:r>
    </w:p>
    <w:p w14:paraId="4710BE14" w14:textId="77777777" w:rsidR="00E2764D" w:rsidRDefault="00F75996">
      <w:pPr>
        <w:pStyle w:val="ListBullet"/>
      </w:pPr>
      <w:r>
        <w:rPr>
          <w:b/>
        </w:rPr>
        <w:t>Approval authority scales with risk</w:t>
      </w:r>
      <w:r>
        <w:t>: Tier 3 systems are approved by the officer's delegate, Tier 2 by the officer, and Tier 1 by the council, so that oversight is concentrated where consequence is greatest.</w:t>
      </w:r>
    </w:p>
    <w:p w14:paraId="6858CF25" w14:textId="77777777" w:rsidR="00E2764D" w:rsidRDefault="00F75996">
      <w:pPr>
        <w:pStyle w:val="ListBullet"/>
      </w:pPr>
      <w:r>
        <w:t>Evidence is generated by the process, not assembled for the audit: inventory records, evaluation results, and decision logs are produced as a by-product of delivery and retained continuously.</w:t>
      </w:r>
    </w:p>
    <w:p w14:paraId="320F9C07" w14:textId="77777777" w:rsidR="00E2764D" w:rsidRDefault="00F75996">
      <w:pPr>
        <w:pStyle w:val="ListBullet"/>
      </w:pPr>
      <w:r>
        <w:rPr>
          <w:b/>
        </w:rPr>
        <w:lastRenderedPageBreak/>
        <w:t>Exceptions are time-bound and owned</w:t>
      </w:r>
      <w:r>
        <w:t>: any deviation from this framework is recorded with an owner, a justification, a compensating control, and an expiry date after which it lapses automatically.</w:t>
      </w:r>
    </w:p>
    <w:p w14:paraId="1BE18D5D" w14:textId="77777777" w:rsidR="00E2764D" w:rsidRDefault="00F75996">
      <w:pPr>
        <w:pStyle w:val="Heading2"/>
      </w:pPr>
      <w:bookmarkStart w:id="41" w:name="_Toc241649709"/>
      <w:r>
        <w:t>8.2 Responsible AI Principles</w:t>
      </w:r>
      <w:bookmarkEnd w:id="41"/>
    </w:p>
    <w:p w14:paraId="36F8F3F0" w14:textId="77777777" w:rsidR="00E2764D" w:rsidRDefault="00F75996">
      <w:r>
        <w:t>Responsible AI principles are widely published and rarely operationalized. The table below states, for each principle, both what it requires in practice and how the organization evidences it, because a principle that cannot be evidenced cannot be relied on by the board or demonstrated to a regulator.</w:t>
      </w:r>
    </w:p>
    <w:p w14:paraId="07B31F26" w14:textId="77777777" w:rsidR="00E2764D" w:rsidRDefault="00F75996">
      <w:r>
        <w:rPr>
          <w:i/>
          <w:sz w:val="20"/>
        </w:rPr>
        <w:t>Table 8.2 - Responsible AI principles, their practical requirements, and the evidence that demonstrates them.</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1A45A978" w14:textId="77777777">
        <w:trPr>
          <w:tblHeader/>
        </w:trPr>
        <w:tc>
          <w:tcPr>
            <w:tcW w:w="3120" w:type="dxa"/>
            <w:shd w:val="clear" w:color="auto" w:fill="D5E8F0"/>
          </w:tcPr>
          <w:p w14:paraId="7DBEA9ED" w14:textId="77777777" w:rsidR="00E2764D" w:rsidRDefault="00F75996">
            <w:r>
              <w:rPr>
                <w:b/>
                <w:sz w:val="20"/>
              </w:rPr>
              <w:t>Principle</w:t>
            </w:r>
          </w:p>
        </w:tc>
        <w:tc>
          <w:tcPr>
            <w:tcW w:w="3120" w:type="dxa"/>
            <w:shd w:val="clear" w:color="auto" w:fill="D5E8F0"/>
          </w:tcPr>
          <w:p w14:paraId="1689E0FC" w14:textId="77777777" w:rsidR="00E2764D" w:rsidRDefault="00F75996">
            <w:r>
              <w:rPr>
                <w:b/>
                <w:sz w:val="20"/>
              </w:rPr>
              <w:t>What It Requires in Practice</w:t>
            </w:r>
          </w:p>
        </w:tc>
        <w:tc>
          <w:tcPr>
            <w:tcW w:w="3120" w:type="dxa"/>
            <w:shd w:val="clear" w:color="auto" w:fill="D5E8F0"/>
          </w:tcPr>
          <w:p w14:paraId="4288EF00" w14:textId="77777777" w:rsidR="00E2764D" w:rsidRDefault="00F75996">
            <w:r>
              <w:rPr>
                <w:b/>
                <w:sz w:val="20"/>
              </w:rPr>
              <w:t>How It Is Evidenced</w:t>
            </w:r>
          </w:p>
        </w:tc>
      </w:tr>
      <w:tr w:rsidR="00E2764D" w14:paraId="1FDB0F9F" w14:textId="77777777">
        <w:tc>
          <w:tcPr>
            <w:tcW w:w="3120" w:type="dxa"/>
          </w:tcPr>
          <w:p w14:paraId="7D832B98" w14:textId="77777777" w:rsidR="00E2764D" w:rsidRDefault="00F75996">
            <w:r>
              <w:rPr>
                <w:sz w:val="20"/>
              </w:rPr>
              <w:t>Fairness</w:t>
            </w:r>
          </w:p>
        </w:tc>
        <w:tc>
          <w:tcPr>
            <w:tcW w:w="3120" w:type="dxa"/>
          </w:tcPr>
          <w:p w14:paraId="2C2C5F9B" w14:textId="77777777" w:rsidR="00E2764D" w:rsidRDefault="00F75996">
            <w:r>
              <w:rPr>
                <w:sz w:val="20"/>
              </w:rPr>
              <w:t>Systems that affect access to services, employment, credit, or entitlements are tested for materially different outcomes across protected groups before release and periodically thereafter</w:t>
            </w:r>
          </w:p>
        </w:tc>
        <w:tc>
          <w:tcPr>
            <w:tcW w:w="3120" w:type="dxa"/>
          </w:tcPr>
          <w:p w14:paraId="3D5C7AAD" w14:textId="77777777" w:rsidR="00E2764D" w:rsidRDefault="00F75996">
            <w:r>
              <w:rPr>
                <w:sz w:val="20"/>
              </w:rPr>
              <w:t>Documented fairness testing methodology, results by cohort, and the remediation decisions taken where disparity was found</w:t>
            </w:r>
          </w:p>
        </w:tc>
      </w:tr>
      <w:tr w:rsidR="00E2764D" w14:paraId="151C7ABD" w14:textId="77777777">
        <w:tc>
          <w:tcPr>
            <w:tcW w:w="3120" w:type="dxa"/>
          </w:tcPr>
          <w:p w14:paraId="31F31942" w14:textId="77777777" w:rsidR="00E2764D" w:rsidRDefault="00F75996">
            <w:r>
              <w:rPr>
                <w:sz w:val="20"/>
              </w:rPr>
              <w:t>Reliability and safety</w:t>
            </w:r>
          </w:p>
        </w:tc>
        <w:tc>
          <w:tcPr>
            <w:tcW w:w="3120" w:type="dxa"/>
          </w:tcPr>
          <w:p w14:paraId="561CD24A" w14:textId="77777777" w:rsidR="00E2764D" w:rsidRDefault="00F75996">
            <w:r>
              <w:rPr>
                <w:sz w:val="20"/>
              </w:rPr>
              <w:t>Performance is measured against a curated evaluation set, degradation is detected in production, and the system behaves predictably at the edges of its intended use</w:t>
            </w:r>
          </w:p>
        </w:tc>
        <w:tc>
          <w:tcPr>
            <w:tcW w:w="3120" w:type="dxa"/>
          </w:tcPr>
          <w:p w14:paraId="2ABC4E81" w14:textId="77777777" w:rsidR="00E2764D" w:rsidRDefault="00F75996">
            <w:r>
              <w:rPr>
                <w:sz w:val="20"/>
              </w:rPr>
              <w:t>Evaluation reports at each release, monitoring dashboards for quality and drift, and records of threshold breaches and responses</w:t>
            </w:r>
          </w:p>
        </w:tc>
      </w:tr>
      <w:tr w:rsidR="00E2764D" w14:paraId="34F13914" w14:textId="77777777">
        <w:tc>
          <w:tcPr>
            <w:tcW w:w="3120" w:type="dxa"/>
          </w:tcPr>
          <w:p w14:paraId="009D7044" w14:textId="77777777" w:rsidR="00E2764D" w:rsidRDefault="00F75996">
            <w:r>
              <w:rPr>
                <w:sz w:val="20"/>
              </w:rPr>
              <w:t>Privacy and security</w:t>
            </w:r>
          </w:p>
        </w:tc>
        <w:tc>
          <w:tcPr>
            <w:tcW w:w="3120" w:type="dxa"/>
          </w:tcPr>
          <w:p w14:paraId="32E89EBF" w14:textId="77777777" w:rsidR="00E2764D" w:rsidRDefault="00F75996">
            <w:r>
              <w:rPr>
                <w:sz w:val="20"/>
              </w:rPr>
              <w:t>Personal data is minimized, classified, protected in transit and at rest, and retained only as long as required for the stated purpose</w:t>
            </w:r>
          </w:p>
        </w:tc>
        <w:tc>
          <w:tcPr>
            <w:tcW w:w="3120" w:type="dxa"/>
          </w:tcPr>
          <w:p w14:paraId="211EC827" w14:textId="77777777" w:rsidR="00E2764D" w:rsidRDefault="00F75996">
            <w:r>
              <w:rPr>
                <w:sz w:val="20"/>
              </w:rPr>
              <w:t>Purview classification records, data protection assessments, retention configuration, and access audit logs</w:t>
            </w:r>
          </w:p>
        </w:tc>
      </w:tr>
      <w:tr w:rsidR="00E2764D" w14:paraId="04B3D9C6" w14:textId="77777777">
        <w:tc>
          <w:tcPr>
            <w:tcW w:w="3120" w:type="dxa"/>
          </w:tcPr>
          <w:p w14:paraId="2527793D" w14:textId="77777777" w:rsidR="00E2764D" w:rsidRDefault="00F75996">
            <w:r>
              <w:rPr>
                <w:sz w:val="20"/>
              </w:rPr>
              <w:t>Inclusiveness</w:t>
            </w:r>
          </w:p>
        </w:tc>
        <w:tc>
          <w:tcPr>
            <w:tcW w:w="3120" w:type="dxa"/>
          </w:tcPr>
          <w:p w14:paraId="7662E77F" w14:textId="77777777" w:rsidR="00E2764D" w:rsidRDefault="00F75996">
            <w:r>
              <w:rPr>
                <w:sz w:val="20"/>
              </w:rPr>
              <w:t>Interfaces are accessible, language needs are addressed, and the system does not assume a level of literacy, technology access, or fluency that excludes intended users</w:t>
            </w:r>
          </w:p>
        </w:tc>
        <w:tc>
          <w:tcPr>
            <w:tcW w:w="3120" w:type="dxa"/>
          </w:tcPr>
          <w:p w14:paraId="4B57DC86" w14:textId="77777777" w:rsidR="00E2764D" w:rsidRDefault="00F75996">
            <w:r>
              <w:rPr>
                <w:sz w:val="20"/>
              </w:rPr>
              <w:t>Accessibility conformance testing, language coverage records, and user research including under-served populations</w:t>
            </w:r>
          </w:p>
        </w:tc>
      </w:tr>
      <w:tr w:rsidR="00E2764D" w14:paraId="1CECE598" w14:textId="77777777">
        <w:tc>
          <w:tcPr>
            <w:tcW w:w="3120" w:type="dxa"/>
          </w:tcPr>
          <w:p w14:paraId="02B63349" w14:textId="77777777" w:rsidR="00E2764D" w:rsidRDefault="00F75996">
            <w:r>
              <w:rPr>
                <w:sz w:val="20"/>
              </w:rPr>
              <w:t>Transparency</w:t>
            </w:r>
          </w:p>
        </w:tc>
        <w:tc>
          <w:tcPr>
            <w:tcW w:w="3120" w:type="dxa"/>
          </w:tcPr>
          <w:p w14:paraId="22DA2D65" w14:textId="77777777" w:rsidR="00E2764D" w:rsidRDefault="00F75996">
            <w:r>
              <w:rPr>
                <w:sz w:val="20"/>
              </w:rPr>
              <w:t>Users are told when they are interacting with an AI system, answers cite their sources where they assert organizational fact, and material limitations are disclosed</w:t>
            </w:r>
          </w:p>
        </w:tc>
        <w:tc>
          <w:tcPr>
            <w:tcW w:w="3120" w:type="dxa"/>
          </w:tcPr>
          <w:p w14:paraId="270C462D" w14:textId="77777777" w:rsidR="00E2764D" w:rsidRDefault="00F75996">
            <w:r>
              <w:rPr>
                <w:sz w:val="20"/>
              </w:rPr>
              <w:t>Published disclosure text, citation coverage measurement, and the system description held in the inventory</w:t>
            </w:r>
          </w:p>
        </w:tc>
      </w:tr>
      <w:tr w:rsidR="00E2764D" w14:paraId="3605B660" w14:textId="77777777">
        <w:tc>
          <w:tcPr>
            <w:tcW w:w="3120" w:type="dxa"/>
          </w:tcPr>
          <w:p w14:paraId="4730C95E" w14:textId="77777777" w:rsidR="00E2764D" w:rsidRDefault="00F75996">
            <w:r>
              <w:rPr>
                <w:sz w:val="20"/>
              </w:rPr>
              <w:lastRenderedPageBreak/>
              <w:t>Accountability</w:t>
            </w:r>
          </w:p>
        </w:tc>
        <w:tc>
          <w:tcPr>
            <w:tcW w:w="3120" w:type="dxa"/>
          </w:tcPr>
          <w:p w14:paraId="35A9EA20" w14:textId="77777777" w:rsidR="00E2764D" w:rsidRDefault="00F75996">
            <w:r>
              <w:rPr>
                <w:sz w:val="20"/>
              </w:rPr>
              <w:t>A named business owner and technical owner exist for every system, decisions are logged with rationale, and human override authority is defined and exercisable</w:t>
            </w:r>
          </w:p>
        </w:tc>
        <w:tc>
          <w:tcPr>
            <w:tcW w:w="3120" w:type="dxa"/>
          </w:tcPr>
          <w:p w14:paraId="52879255" w14:textId="77777777" w:rsidR="00E2764D" w:rsidRDefault="00F75996">
            <w:r>
              <w:rPr>
                <w:sz w:val="20"/>
              </w:rPr>
              <w:t>Inventory ownership records, the decision log in Section 21.3, and evidence of override events and their outcomes</w:t>
            </w:r>
          </w:p>
        </w:tc>
      </w:tr>
    </w:tbl>
    <w:p w14:paraId="14323F25" w14:textId="77777777" w:rsidR="00E2764D" w:rsidRDefault="00E2764D"/>
    <w:p w14:paraId="66AD1FBE" w14:textId="77777777" w:rsidR="00E2764D" w:rsidRDefault="00F75996">
      <w:pPr>
        <w:pStyle w:val="Heading2"/>
      </w:pPr>
      <w:bookmarkStart w:id="42" w:name="_Toc241649710"/>
      <w:r>
        <w:t>8.3 AI Governance Council Charter</w:t>
      </w:r>
      <w:bookmarkEnd w:id="42"/>
    </w:p>
    <w:p w14:paraId="1AA7A9CC" w14:textId="77777777" w:rsidR="00E2764D" w:rsidRDefault="00F75996">
      <w:r>
        <w:t>The council is the forum in which cross-functional AI decisions are made and recorded. Its design objective is to be decisive rather than consultative: a council that reviews everything becomes a bottleneck, and a council that reviews nothing provides no assurance. The subsections below define its mandate, its composition, and how matters reach and leave it.</w:t>
      </w:r>
    </w:p>
    <w:p w14:paraId="2D29AE8F" w14:textId="77777777" w:rsidR="00E2764D" w:rsidRDefault="00F75996">
      <w:pPr>
        <w:pStyle w:val="Heading3"/>
      </w:pPr>
      <w:bookmarkStart w:id="43" w:name="_Toc241649711"/>
      <w:r>
        <w:t>8.3.1 Mandate</w:t>
      </w:r>
      <w:bookmarkEnd w:id="43"/>
    </w:p>
    <w:p w14:paraId="331A6750" w14:textId="77777777" w:rsidR="00E2764D" w:rsidRDefault="00F75996">
      <w:r>
        <w:t>The council approves the release of Tier 1 systems, adjudicates disputed risk tier assignments, approves material exceptions to this playbook, reviews the AI system inventory and the incident record on a fixed cadence, and recommends changes to the framework to the executive committee. It does not manage delivery, allocate budget, or select technology, all of which remain with the officer under Section 2.2. Matters within the officer's delegated authority do not come to the council, which preserves its capacity for decisions that genuinely require collective judgment.</w:t>
      </w:r>
    </w:p>
    <w:p w14:paraId="16FA26DB" w14:textId="77777777" w:rsidR="00E2764D" w:rsidRDefault="00F75996">
      <w:r>
        <w:t>The council operates under a standing presumption of documentation. Every decision is minuted with the options considered, the rationale, the dissents recorded by name, and the review date. This record is the primary evidence that the organization exercised judgment rather than deferred to a vendor or to a model, and it is the first artifact an examiner or plaintiff will request. The chair is responsible for ensuring that the record is complete enough to be understood by a reader who was not present.</w:t>
      </w:r>
    </w:p>
    <w:p w14:paraId="15B15B48" w14:textId="77777777" w:rsidR="00E2764D" w:rsidRDefault="00F75996">
      <w:pPr>
        <w:pStyle w:val="Heading3"/>
      </w:pPr>
      <w:bookmarkStart w:id="44" w:name="_Toc241649712"/>
      <w:r>
        <w:t>8.3.2 Membership and Voting</w:t>
      </w:r>
      <w:bookmarkEnd w:id="44"/>
    </w:p>
    <w:p w14:paraId="500783B7" w14:textId="77777777" w:rsidR="00E2764D" w:rsidRDefault="00F75996">
      <w:r>
        <w:t>Membership is deliberately cross-functional and deliberately small enough to convene reliably. Voting membership is restricted to those who carry independent accountability for an aspect of the outcome, while contributors who supply expertise attend without a vote so that the forum does not become a briefing.</w:t>
      </w:r>
    </w:p>
    <w:p w14:paraId="4B54E3EA" w14:textId="77777777" w:rsidR="00E2764D" w:rsidRDefault="00F75996">
      <w:r>
        <w:rPr>
          <w:i/>
          <w:sz w:val="20"/>
        </w:rPr>
        <w:t>Table 8.3.2 - Council membership, function, and voting rights.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1033051E" w14:textId="77777777">
        <w:trPr>
          <w:tblHeader/>
        </w:trPr>
        <w:tc>
          <w:tcPr>
            <w:tcW w:w="3120" w:type="dxa"/>
            <w:shd w:val="clear" w:color="auto" w:fill="D5E8F0"/>
          </w:tcPr>
          <w:p w14:paraId="12B85915" w14:textId="77777777" w:rsidR="00E2764D" w:rsidRDefault="00F75996">
            <w:r>
              <w:rPr>
                <w:b/>
                <w:sz w:val="20"/>
              </w:rPr>
              <w:t>Role</w:t>
            </w:r>
          </w:p>
        </w:tc>
        <w:tc>
          <w:tcPr>
            <w:tcW w:w="3120" w:type="dxa"/>
            <w:shd w:val="clear" w:color="auto" w:fill="D5E8F0"/>
          </w:tcPr>
          <w:p w14:paraId="453E42A3" w14:textId="77777777" w:rsidR="00E2764D" w:rsidRDefault="00F75996">
            <w:r>
              <w:rPr>
                <w:b/>
                <w:sz w:val="20"/>
              </w:rPr>
              <w:t>Council Function</w:t>
            </w:r>
          </w:p>
        </w:tc>
        <w:tc>
          <w:tcPr>
            <w:tcW w:w="3120" w:type="dxa"/>
            <w:shd w:val="clear" w:color="auto" w:fill="D5E8F0"/>
          </w:tcPr>
          <w:p w14:paraId="008F300D" w14:textId="77777777" w:rsidR="00E2764D" w:rsidRDefault="00F75996">
            <w:r>
              <w:rPr>
                <w:b/>
                <w:sz w:val="20"/>
              </w:rPr>
              <w:t>Voting</w:t>
            </w:r>
          </w:p>
        </w:tc>
      </w:tr>
      <w:tr w:rsidR="00E2764D" w14:paraId="47D0A16C" w14:textId="77777777">
        <w:tc>
          <w:tcPr>
            <w:tcW w:w="3120" w:type="dxa"/>
          </w:tcPr>
          <w:p w14:paraId="105811B1" w14:textId="77777777" w:rsidR="00E2764D" w:rsidRDefault="00F75996">
            <w:r>
              <w:rPr>
                <w:sz w:val="20"/>
              </w:rPr>
              <w:t>Chief AI Officer</w:t>
            </w:r>
          </w:p>
        </w:tc>
        <w:tc>
          <w:tcPr>
            <w:tcW w:w="3120" w:type="dxa"/>
          </w:tcPr>
          <w:p w14:paraId="1DAB5E59" w14:textId="77777777" w:rsidR="00E2764D" w:rsidRDefault="00F75996">
            <w:r>
              <w:rPr>
                <w:sz w:val="20"/>
              </w:rPr>
              <w:t xml:space="preserve">Chairs the council, tables decisions, and is accountable for the completeness of the </w:t>
            </w:r>
            <w:r>
              <w:rPr>
                <w:sz w:val="20"/>
              </w:rPr>
              <w:lastRenderedPageBreak/>
              <w:t>record</w:t>
            </w:r>
          </w:p>
        </w:tc>
        <w:tc>
          <w:tcPr>
            <w:tcW w:w="3120" w:type="dxa"/>
          </w:tcPr>
          <w:p w14:paraId="524F5083" w14:textId="77777777" w:rsidR="00E2764D" w:rsidRDefault="00F75996">
            <w:r>
              <w:rPr>
                <w:sz w:val="20"/>
              </w:rPr>
              <w:lastRenderedPageBreak/>
              <w:t xml:space="preserve">Yes, and does not hold a casting vote on matters concerning systems the officer's </w:t>
            </w:r>
            <w:r>
              <w:rPr>
                <w:sz w:val="20"/>
              </w:rPr>
              <w:lastRenderedPageBreak/>
              <w:t>own team delivered</w:t>
            </w:r>
          </w:p>
        </w:tc>
      </w:tr>
      <w:tr w:rsidR="00E2764D" w14:paraId="797C7867" w14:textId="77777777">
        <w:tc>
          <w:tcPr>
            <w:tcW w:w="3120" w:type="dxa"/>
          </w:tcPr>
          <w:p w14:paraId="29CD76B7" w14:textId="77777777" w:rsidR="00E2764D" w:rsidRDefault="00F75996">
            <w:r>
              <w:rPr>
                <w:sz w:val="20"/>
              </w:rPr>
              <w:lastRenderedPageBreak/>
              <w:t>Chief Risk Officer or delegate</w:t>
            </w:r>
          </w:p>
        </w:tc>
        <w:tc>
          <w:tcPr>
            <w:tcW w:w="3120" w:type="dxa"/>
          </w:tcPr>
          <w:p w14:paraId="4A501316" w14:textId="77777777" w:rsidR="00E2764D" w:rsidRDefault="00F75996">
            <w:r>
              <w:rPr>
                <w:sz w:val="20"/>
              </w:rPr>
              <w:t>Provides independent second-line challenge on risk tier, control adequacy, and appetite</w:t>
            </w:r>
          </w:p>
        </w:tc>
        <w:tc>
          <w:tcPr>
            <w:tcW w:w="3120" w:type="dxa"/>
          </w:tcPr>
          <w:p w14:paraId="7CF90D34" w14:textId="77777777" w:rsidR="00E2764D" w:rsidRDefault="00F75996">
            <w:r>
              <w:rPr>
                <w:sz w:val="20"/>
              </w:rPr>
              <w:t>Yes</w:t>
            </w:r>
          </w:p>
        </w:tc>
      </w:tr>
      <w:tr w:rsidR="00E2764D" w14:paraId="1EB14AF9" w14:textId="77777777">
        <w:tc>
          <w:tcPr>
            <w:tcW w:w="3120" w:type="dxa"/>
          </w:tcPr>
          <w:p w14:paraId="3723F2A4" w14:textId="77777777" w:rsidR="00E2764D" w:rsidRDefault="00F75996">
            <w:r>
              <w:rPr>
                <w:sz w:val="20"/>
              </w:rPr>
              <w:t>Chief Information Security Officer or delegate</w:t>
            </w:r>
          </w:p>
        </w:tc>
        <w:tc>
          <w:tcPr>
            <w:tcW w:w="3120" w:type="dxa"/>
          </w:tcPr>
          <w:p w14:paraId="792054B7" w14:textId="77777777" w:rsidR="00E2764D" w:rsidRDefault="00F75996">
            <w:r>
              <w:rPr>
                <w:sz w:val="20"/>
              </w:rPr>
              <w:t>Confirms security sign-off and raises objections that block release under Section 7.5</w:t>
            </w:r>
          </w:p>
        </w:tc>
        <w:tc>
          <w:tcPr>
            <w:tcW w:w="3120" w:type="dxa"/>
          </w:tcPr>
          <w:p w14:paraId="685EFA32" w14:textId="77777777" w:rsidR="00E2764D" w:rsidRDefault="00F75996">
            <w:r>
              <w:rPr>
                <w:sz w:val="20"/>
              </w:rPr>
              <w:t>Yes</w:t>
            </w:r>
          </w:p>
        </w:tc>
      </w:tr>
      <w:tr w:rsidR="00E2764D" w14:paraId="33F02AE0" w14:textId="77777777">
        <w:tc>
          <w:tcPr>
            <w:tcW w:w="3120" w:type="dxa"/>
          </w:tcPr>
          <w:p w14:paraId="12960123" w14:textId="77777777" w:rsidR="00E2764D" w:rsidRDefault="00F75996">
            <w:r>
              <w:rPr>
                <w:sz w:val="20"/>
              </w:rPr>
              <w:t>General Counsel or delegate</w:t>
            </w:r>
          </w:p>
        </w:tc>
        <w:tc>
          <w:tcPr>
            <w:tcW w:w="3120" w:type="dxa"/>
          </w:tcPr>
          <w:p w14:paraId="1FB6448E" w14:textId="77777777" w:rsidR="00E2764D" w:rsidRDefault="00F75996">
            <w:r>
              <w:rPr>
                <w:sz w:val="20"/>
              </w:rPr>
              <w:t>Advises on regulatory applicability, disclosure, and contractual exposure</w:t>
            </w:r>
          </w:p>
        </w:tc>
        <w:tc>
          <w:tcPr>
            <w:tcW w:w="3120" w:type="dxa"/>
          </w:tcPr>
          <w:p w14:paraId="2E70AED7" w14:textId="77777777" w:rsidR="00E2764D" w:rsidRDefault="00F75996">
            <w:r>
              <w:rPr>
                <w:sz w:val="20"/>
              </w:rPr>
              <w:t>Yes</w:t>
            </w:r>
          </w:p>
        </w:tc>
      </w:tr>
      <w:tr w:rsidR="00E2764D" w14:paraId="4FEAFE19" w14:textId="77777777">
        <w:tc>
          <w:tcPr>
            <w:tcW w:w="3120" w:type="dxa"/>
          </w:tcPr>
          <w:p w14:paraId="1FA992C4" w14:textId="77777777" w:rsidR="00E2764D" w:rsidRDefault="00F75996">
            <w:r>
              <w:rPr>
                <w:sz w:val="20"/>
              </w:rPr>
              <w:t>Chief Data Officer or delegate</w:t>
            </w:r>
          </w:p>
        </w:tc>
        <w:tc>
          <w:tcPr>
            <w:tcW w:w="3120" w:type="dxa"/>
          </w:tcPr>
          <w:p w14:paraId="4770364E" w14:textId="77777777" w:rsidR="00E2764D" w:rsidRDefault="00F75996">
            <w:r>
              <w:rPr>
                <w:sz w:val="20"/>
              </w:rPr>
              <w:t>Confirms data readiness, lawful basis, and the adequacy of grounding sources</w:t>
            </w:r>
          </w:p>
        </w:tc>
        <w:tc>
          <w:tcPr>
            <w:tcW w:w="3120" w:type="dxa"/>
          </w:tcPr>
          <w:p w14:paraId="36E024A7" w14:textId="77777777" w:rsidR="00E2764D" w:rsidRDefault="00F75996">
            <w:r>
              <w:rPr>
                <w:sz w:val="20"/>
              </w:rPr>
              <w:t>Yes</w:t>
            </w:r>
          </w:p>
        </w:tc>
      </w:tr>
      <w:tr w:rsidR="00E2764D" w14:paraId="3931EA10" w14:textId="77777777">
        <w:tc>
          <w:tcPr>
            <w:tcW w:w="3120" w:type="dxa"/>
          </w:tcPr>
          <w:p w14:paraId="0522E059" w14:textId="77777777" w:rsidR="00E2764D" w:rsidRDefault="00F75996">
            <w:r>
              <w:rPr>
                <w:sz w:val="20"/>
              </w:rPr>
              <w:t>Business sponsor of the system under review</w:t>
            </w:r>
          </w:p>
        </w:tc>
        <w:tc>
          <w:tcPr>
            <w:tcW w:w="3120" w:type="dxa"/>
          </w:tcPr>
          <w:p w14:paraId="260572F3" w14:textId="77777777" w:rsidR="00E2764D" w:rsidRDefault="00F75996">
            <w:r>
              <w:rPr>
                <w:sz w:val="20"/>
              </w:rPr>
              <w:t>Presents the value case, the operational context, and the human oversight arrangements</w:t>
            </w:r>
          </w:p>
        </w:tc>
        <w:tc>
          <w:tcPr>
            <w:tcW w:w="3120" w:type="dxa"/>
          </w:tcPr>
          <w:p w14:paraId="3A17AC18" w14:textId="77777777" w:rsidR="00E2764D" w:rsidRDefault="00F75996">
            <w:r>
              <w:rPr>
                <w:sz w:val="20"/>
              </w:rPr>
              <w:t>No, attends for the item concerning their system</w:t>
            </w:r>
          </w:p>
        </w:tc>
      </w:tr>
      <w:tr w:rsidR="00E2764D" w14:paraId="5CC1204E" w14:textId="77777777">
        <w:tc>
          <w:tcPr>
            <w:tcW w:w="3120" w:type="dxa"/>
          </w:tcPr>
          <w:p w14:paraId="4AED3D61" w14:textId="77777777" w:rsidR="00E2764D" w:rsidRDefault="00F75996">
            <w:r>
              <w:rPr>
                <w:sz w:val="20"/>
              </w:rPr>
              <w:t>Chief Information Officer or delegate</w:t>
            </w:r>
          </w:p>
        </w:tc>
        <w:tc>
          <w:tcPr>
            <w:tcW w:w="3120" w:type="dxa"/>
          </w:tcPr>
          <w:p w14:paraId="0A589CB7" w14:textId="77777777" w:rsidR="00E2764D" w:rsidRDefault="00F75996">
            <w:r>
              <w:rPr>
                <w:sz w:val="20"/>
              </w:rPr>
              <w:t>Advises on platform fit, operational supportability, and integration impact</w:t>
            </w:r>
          </w:p>
        </w:tc>
        <w:tc>
          <w:tcPr>
            <w:tcW w:w="3120" w:type="dxa"/>
          </w:tcPr>
          <w:p w14:paraId="0480D03B" w14:textId="77777777" w:rsidR="00E2764D" w:rsidRDefault="00F75996">
            <w:r>
              <w:rPr>
                <w:sz w:val="20"/>
              </w:rPr>
              <w:t>Yes</w:t>
            </w:r>
          </w:p>
        </w:tc>
      </w:tr>
      <w:tr w:rsidR="00E2764D" w14:paraId="12AE785D" w14:textId="77777777">
        <w:tc>
          <w:tcPr>
            <w:tcW w:w="3120" w:type="dxa"/>
          </w:tcPr>
          <w:p w14:paraId="78012500" w14:textId="77777777" w:rsidR="00E2764D" w:rsidRDefault="00F75996">
            <w:r>
              <w:rPr>
                <w:sz w:val="20"/>
              </w:rPr>
              <w:t>Internal audit representative</w:t>
            </w:r>
          </w:p>
        </w:tc>
        <w:tc>
          <w:tcPr>
            <w:tcW w:w="3120" w:type="dxa"/>
          </w:tcPr>
          <w:p w14:paraId="5EF57AF1" w14:textId="77777777" w:rsidR="00E2764D" w:rsidRDefault="00F75996">
            <w:r>
              <w:rPr>
                <w:sz w:val="20"/>
              </w:rPr>
              <w:t>Observes proceedings and assesses whether the framework operates as documented</w:t>
            </w:r>
          </w:p>
        </w:tc>
        <w:tc>
          <w:tcPr>
            <w:tcW w:w="3120" w:type="dxa"/>
          </w:tcPr>
          <w:p w14:paraId="0A7A58D4" w14:textId="77777777" w:rsidR="00E2764D" w:rsidRDefault="00F75996">
            <w:r>
              <w:rPr>
                <w:sz w:val="20"/>
              </w:rPr>
              <w:t>No, attends as an observer with unrestricted access to the record</w:t>
            </w:r>
          </w:p>
        </w:tc>
      </w:tr>
    </w:tbl>
    <w:p w14:paraId="4A4C35DE" w14:textId="77777777" w:rsidR="00E2764D" w:rsidRDefault="00E2764D"/>
    <w:p w14:paraId="68BB5452" w14:textId="77777777" w:rsidR="00E2764D" w:rsidRDefault="00F75996">
      <w:pPr>
        <w:pStyle w:val="Heading3"/>
      </w:pPr>
      <w:bookmarkStart w:id="45" w:name="_Toc241649713"/>
      <w:r>
        <w:t>8.3.3 Cadence and Escalation</w:t>
      </w:r>
      <w:bookmarkEnd w:id="45"/>
    </w:p>
    <w:p w14:paraId="759EC359" w14:textId="77777777" w:rsidR="00E2764D" w:rsidRDefault="00F75996">
      <w:r>
        <w:t>The council meets monthly as standard and convenes within two business days for any matter concerning a live Tier 1 system or a severity one incident under Section 13.1. A quorum requires the chair plus three voting members including at least one of risk, security, or legal, which prevents a quorum composed entirely of delivery-aligned members. Decisions are made by majority, and any member may record a formal dissent that is carried forward to the executive committee irrespective of the vote.</w:t>
      </w:r>
    </w:p>
    <w:p w14:paraId="66B92D4F" w14:textId="77777777" w:rsidR="00E2764D" w:rsidRDefault="00F75996">
      <w:r>
        <w:t xml:space="preserve">Escalation from the council runs to the executive committee and, for matters affecting regulatory standing, material public exposure, or the organization's stated risk appetite, to the audit or risk committee of the board. Escalation to the board is not a failure of the council; it is the mechanism by which decisions exceeding delegated authority reach the body that holds it. The officer reports the volume and nature of escalations in the pack described in Section 17.3, </w:t>
      </w:r>
      <w:r>
        <w:lastRenderedPageBreak/>
        <w:t>because a council that never escalates is either extremely well calibrated or not exercising judgment.</w:t>
      </w:r>
    </w:p>
    <w:p w14:paraId="690C12D4" w14:textId="77777777" w:rsidR="00E2764D" w:rsidRDefault="00F75996">
      <w:pPr>
        <w:pStyle w:val="Heading2"/>
      </w:pPr>
      <w:bookmarkStart w:id="46" w:name="_Toc241649714"/>
      <w:r>
        <w:t>8.4 AI System Inventory Template</w:t>
      </w:r>
      <w:bookmarkEnd w:id="46"/>
    </w:p>
    <w:p w14:paraId="0F3B34C6" w14:textId="77777777" w:rsidR="00E2764D" w:rsidRDefault="00F75996">
      <w:r>
        <w:t>The inventory is the single most valuable governance artifact the officer maintains, and it is the first thing a regulator, auditor, or insurer will ask for. Its scope is every AI system in use, which includes systems built internally, systems purchased as products, and artificial intelligence features embedded in software the organization already owns. The third category is routinely omitted and is frequently the largest. Each record carries the following fields.</w:t>
      </w:r>
    </w:p>
    <w:p w14:paraId="6D6436AA" w14:textId="77777777" w:rsidR="00E2764D" w:rsidRDefault="00F75996">
      <w:r>
        <w:rPr>
          <w:i/>
          <w:sz w:val="20"/>
        </w:rPr>
        <w:t>Table 8.4 - Required fields for every record in the AI system inventory.</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E2764D" w14:paraId="0BD68A2A" w14:textId="77777777">
        <w:trPr>
          <w:tblHeader/>
        </w:trPr>
        <w:tc>
          <w:tcPr>
            <w:tcW w:w="4680" w:type="dxa"/>
            <w:shd w:val="clear" w:color="auto" w:fill="D5E8F0"/>
          </w:tcPr>
          <w:p w14:paraId="38921470" w14:textId="77777777" w:rsidR="00E2764D" w:rsidRDefault="00F75996">
            <w:r>
              <w:rPr>
                <w:b/>
                <w:sz w:val="20"/>
              </w:rPr>
              <w:t>Field</w:t>
            </w:r>
          </w:p>
        </w:tc>
        <w:tc>
          <w:tcPr>
            <w:tcW w:w="4680" w:type="dxa"/>
            <w:shd w:val="clear" w:color="auto" w:fill="D5E8F0"/>
          </w:tcPr>
          <w:p w14:paraId="5726F01E" w14:textId="77777777" w:rsidR="00E2764D" w:rsidRDefault="00F75996">
            <w:r>
              <w:rPr>
                <w:b/>
                <w:sz w:val="20"/>
              </w:rPr>
              <w:t>Description</w:t>
            </w:r>
          </w:p>
        </w:tc>
      </w:tr>
      <w:tr w:rsidR="00E2764D" w14:paraId="7AA28324" w14:textId="77777777">
        <w:tc>
          <w:tcPr>
            <w:tcW w:w="4680" w:type="dxa"/>
          </w:tcPr>
          <w:p w14:paraId="407F29E0" w14:textId="77777777" w:rsidR="00E2764D" w:rsidRDefault="00F75996">
            <w:r>
              <w:rPr>
                <w:sz w:val="20"/>
              </w:rPr>
              <w:t>System identifier</w:t>
            </w:r>
          </w:p>
        </w:tc>
        <w:tc>
          <w:tcPr>
            <w:tcW w:w="4680" w:type="dxa"/>
          </w:tcPr>
          <w:p w14:paraId="69764E30" w14:textId="77777777" w:rsidR="00E2764D" w:rsidRDefault="00F75996">
            <w:r>
              <w:rPr>
                <w:sz w:val="20"/>
              </w:rPr>
              <w:t>A unique, permanent identifier used in every downstream record including incidents, evaluations, and decision log entries</w:t>
            </w:r>
          </w:p>
        </w:tc>
      </w:tr>
      <w:tr w:rsidR="00E2764D" w14:paraId="6BA0F560" w14:textId="77777777">
        <w:tc>
          <w:tcPr>
            <w:tcW w:w="4680" w:type="dxa"/>
          </w:tcPr>
          <w:p w14:paraId="478DF802" w14:textId="77777777" w:rsidR="00E2764D" w:rsidRDefault="00F75996">
            <w:r>
              <w:rPr>
                <w:sz w:val="20"/>
              </w:rPr>
              <w:t>System name and plain-language description</w:t>
            </w:r>
          </w:p>
        </w:tc>
        <w:tc>
          <w:tcPr>
            <w:tcW w:w="4680" w:type="dxa"/>
          </w:tcPr>
          <w:p w14:paraId="2C704F5A" w14:textId="77777777" w:rsidR="00E2764D" w:rsidRDefault="00F75996">
            <w:r>
              <w:rPr>
                <w:sz w:val="20"/>
              </w:rPr>
              <w:t>What the system does, expressed so that a director or auditor with no technical background can understand its function</w:t>
            </w:r>
          </w:p>
        </w:tc>
      </w:tr>
      <w:tr w:rsidR="00E2764D" w14:paraId="10830C9B" w14:textId="77777777">
        <w:tc>
          <w:tcPr>
            <w:tcW w:w="4680" w:type="dxa"/>
          </w:tcPr>
          <w:p w14:paraId="18F2613C" w14:textId="77777777" w:rsidR="00E2764D" w:rsidRDefault="00F75996">
            <w:r>
              <w:rPr>
                <w:sz w:val="20"/>
              </w:rPr>
              <w:t>Business owner</w:t>
            </w:r>
          </w:p>
        </w:tc>
        <w:tc>
          <w:tcPr>
            <w:tcW w:w="4680" w:type="dxa"/>
          </w:tcPr>
          <w:p w14:paraId="2588E9EE" w14:textId="77777777" w:rsidR="00E2764D" w:rsidRDefault="00F75996">
            <w:r>
              <w:rPr>
                <w:sz w:val="20"/>
              </w:rPr>
              <w:t>The named individual accountable for the outcomes the system produces and for the value it is expected to deliver</w:t>
            </w:r>
          </w:p>
        </w:tc>
      </w:tr>
      <w:tr w:rsidR="00E2764D" w14:paraId="584C3471" w14:textId="77777777">
        <w:tc>
          <w:tcPr>
            <w:tcW w:w="4680" w:type="dxa"/>
          </w:tcPr>
          <w:p w14:paraId="0E87522E" w14:textId="77777777" w:rsidR="00E2764D" w:rsidRDefault="00F75996">
            <w:r>
              <w:rPr>
                <w:sz w:val="20"/>
              </w:rPr>
              <w:t>Technical owner</w:t>
            </w:r>
          </w:p>
        </w:tc>
        <w:tc>
          <w:tcPr>
            <w:tcW w:w="4680" w:type="dxa"/>
          </w:tcPr>
          <w:p w14:paraId="78686734" w14:textId="77777777" w:rsidR="00E2764D" w:rsidRDefault="00F75996">
            <w:r>
              <w:rPr>
                <w:sz w:val="20"/>
              </w:rPr>
              <w:t>The named individual accountable for the system's correct operation, maintenance, and security posture</w:t>
            </w:r>
          </w:p>
        </w:tc>
      </w:tr>
      <w:tr w:rsidR="00E2764D" w14:paraId="756C8F7F" w14:textId="77777777">
        <w:tc>
          <w:tcPr>
            <w:tcW w:w="4680" w:type="dxa"/>
          </w:tcPr>
          <w:p w14:paraId="7E84CB4F" w14:textId="77777777" w:rsidR="00E2764D" w:rsidRDefault="00F75996">
            <w:r>
              <w:rPr>
                <w:sz w:val="20"/>
              </w:rPr>
              <w:t>Risk tier and justification</w:t>
            </w:r>
          </w:p>
        </w:tc>
        <w:tc>
          <w:tcPr>
            <w:tcW w:w="4680" w:type="dxa"/>
          </w:tcPr>
          <w:p w14:paraId="477883FE" w14:textId="77777777" w:rsidR="00E2764D" w:rsidRDefault="00F75996">
            <w:r>
              <w:rPr>
                <w:sz w:val="20"/>
              </w:rPr>
              <w:t>The tier assigned under Section 8.5 and the specific criterion that triggered it, with the date of assignment</w:t>
            </w:r>
          </w:p>
        </w:tc>
      </w:tr>
      <w:tr w:rsidR="00E2764D" w14:paraId="26534FD7" w14:textId="77777777">
        <w:tc>
          <w:tcPr>
            <w:tcW w:w="4680" w:type="dxa"/>
          </w:tcPr>
          <w:p w14:paraId="60C9EE60" w14:textId="77777777" w:rsidR="00E2764D" w:rsidRDefault="00F75996">
            <w:r>
              <w:rPr>
                <w:sz w:val="20"/>
              </w:rPr>
              <w:t>AI capability type</w:t>
            </w:r>
          </w:p>
        </w:tc>
        <w:tc>
          <w:tcPr>
            <w:tcW w:w="4680" w:type="dxa"/>
          </w:tcPr>
          <w:p w14:paraId="3DCAC0CD" w14:textId="77777777" w:rsidR="00E2764D" w:rsidRDefault="00F75996">
            <w:r>
              <w:rPr>
                <w:sz w:val="20"/>
              </w:rPr>
              <w:t>Whether the system uses predictive machine learning, generative AI, retrieval-augmented generation, agentic AI, or a combination</w:t>
            </w:r>
          </w:p>
        </w:tc>
      </w:tr>
      <w:tr w:rsidR="00E2764D" w14:paraId="59360078" w14:textId="77777777">
        <w:tc>
          <w:tcPr>
            <w:tcW w:w="4680" w:type="dxa"/>
          </w:tcPr>
          <w:p w14:paraId="652ABD00" w14:textId="77777777" w:rsidR="00E2764D" w:rsidRDefault="00F75996">
            <w:r>
              <w:rPr>
                <w:sz w:val="20"/>
              </w:rPr>
              <w:t>Acquisition route</w:t>
            </w:r>
          </w:p>
        </w:tc>
        <w:tc>
          <w:tcPr>
            <w:tcW w:w="4680" w:type="dxa"/>
          </w:tcPr>
          <w:p w14:paraId="33A1974C" w14:textId="77777777" w:rsidR="00E2764D" w:rsidRDefault="00F75996">
            <w:r>
              <w:rPr>
                <w:sz w:val="20"/>
              </w:rPr>
              <w:t>Whether the system was built internally, purchased, delivered by a partner, or embedded in a third-party product</w:t>
            </w:r>
          </w:p>
        </w:tc>
      </w:tr>
      <w:tr w:rsidR="00E2764D" w14:paraId="42BA4CF6" w14:textId="77777777">
        <w:tc>
          <w:tcPr>
            <w:tcW w:w="4680" w:type="dxa"/>
          </w:tcPr>
          <w:p w14:paraId="07BCEED6" w14:textId="77777777" w:rsidR="00E2764D" w:rsidRDefault="00F75996">
            <w:r>
              <w:rPr>
                <w:sz w:val="20"/>
              </w:rPr>
              <w:t>Models and services used</w:t>
            </w:r>
          </w:p>
        </w:tc>
        <w:tc>
          <w:tcPr>
            <w:tcW w:w="4680" w:type="dxa"/>
          </w:tcPr>
          <w:p w14:paraId="76234927" w14:textId="77777777" w:rsidR="00E2764D" w:rsidRDefault="00F75996">
            <w:r>
              <w:rPr>
                <w:sz w:val="20"/>
              </w:rPr>
              <w:t>The specific models and Azure or Microsoft services the system depends on, including version where applicable</w:t>
            </w:r>
          </w:p>
        </w:tc>
      </w:tr>
      <w:tr w:rsidR="00E2764D" w14:paraId="53C7AA0D" w14:textId="77777777">
        <w:tc>
          <w:tcPr>
            <w:tcW w:w="4680" w:type="dxa"/>
          </w:tcPr>
          <w:p w14:paraId="00275383" w14:textId="77777777" w:rsidR="00E2764D" w:rsidRDefault="00F75996">
            <w:r>
              <w:rPr>
                <w:sz w:val="20"/>
              </w:rPr>
              <w:t>Data sources and classification</w:t>
            </w:r>
          </w:p>
        </w:tc>
        <w:tc>
          <w:tcPr>
            <w:tcW w:w="4680" w:type="dxa"/>
          </w:tcPr>
          <w:p w14:paraId="7FBB6968" w14:textId="77777777" w:rsidR="00E2764D" w:rsidRDefault="00F75996">
            <w:r>
              <w:rPr>
                <w:sz w:val="20"/>
              </w:rPr>
              <w:t xml:space="preserve">The data domains the system reads or writes, their sensitivity classification, and the lawful basis </w:t>
            </w:r>
            <w:r>
              <w:rPr>
                <w:sz w:val="20"/>
              </w:rPr>
              <w:lastRenderedPageBreak/>
              <w:t>for their use</w:t>
            </w:r>
          </w:p>
        </w:tc>
      </w:tr>
      <w:tr w:rsidR="00E2764D" w14:paraId="2A93C999" w14:textId="77777777">
        <w:tc>
          <w:tcPr>
            <w:tcW w:w="4680" w:type="dxa"/>
          </w:tcPr>
          <w:p w14:paraId="2DD392E9" w14:textId="77777777" w:rsidR="00E2764D" w:rsidRDefault="00F75996">
            <w:r>
              <w:rPr>
                <w:sz w:val="20"/>
              </w:rPr>
              <w:lastRenderedPageBreak/>
              <w:t>Human oversight arrangement</w:t>
            </w:r>
          </w:p>
        </w:tc>
        <w:tc>
          <w:tcPr>
            <w:tcW w:w="4680" w:type="dxa"/>
          </w:tcPr>
          <w:p w14:paraId="28B7B47C" w14:textId="77777777" w:rsidR="00E2764D" w:rsidRDefault="00F75996">
            <w:r>
              <w:rPr>
                <w:sz w:val="20"/>
              </w:rPr>
              <w:t>The oversight model in force under Section 12.1, including the reviewer of record and any human-only actions</w:t>
            </w:r>
          </w:p>
        </w:tc>
      </w:tr>
      <w:tr w:rsidR="00E2764D" w14:paraId="03F3D8E6" w14:textId="77777777">
        <w:tc>
          <w:tcPr>
            <w:tcW w:w="4680" w:type="dxa"/>
          </w:tcPr>
          <w:p w14:paraId="02A9B02D" w14:textId="77777777" w:rsidR="00E2764D" w:rsidRDefault="00F75996">
            <w:r>
              <w:rPr>
                <w:sz w:val="20"/>
              </w:rPr>
              <w:t>Guardrails and controls in force</w:t>
            </w:r>
          </w:p>
        </w:tc>
        <w:tc>
          <w:tcPr>
            <w:tcW w:w="4680" w:type="dxa"/>
          </w:tcPr>
          <w:p w14:paraId="42D86DAA" w14:textId="77777777" w:rsidR="00E2764D" w:rsidRDefault="00F75996">
            <w:r>
              <w:rPr>
                <w:sz w:val="20"/>
              </w:rPr>
              <w:t>The specific deterministic controls constraining input, output, and permitted actions for this system</w:t>
            </w:r>
          </w:p>
        </w:tc>
      </w:tr>
      <w:tr w:rsidR="00E2764D" w14:paraId="03EDF9B3" w14:textId="77777777">
        <w:tc>
          <w:tcPr>
            <w:tcW w:w="4680" w:type="dxa"/>
          </w:tcPr>
          <w:p w14:paraId="3CD49445" w14:textId="77777777" w:rsidR="00E2764D" w:rsidRDefault="00F75996">
            <w:r>
              <w:rPr>
                <w:sz w:val="20"/>
              </w:rPr>
              <w:t>Evaluation status and last evaluation date</w:t>
            </w:r>
          </w:p>
        </w:tc>
        <w:tc>
          <w:tcPr>
            <w:tcW w:w="4680" w:type="dxa"/>
          </w:tcPr>
          <w:p w14:paraId="4248F50E" w14:textId="77777777" w:rsidR="00E2764D" w:rsidRDefault="00F75996">
            <w:r>
              <w:rPr>
                <w:sz w:val="20"/>
              </w:rPr>
              <w:t>The most recent evaluation result against the curated evaluation set and whether it met the release threshold</w:t>
            </w:r>
          </w:p>
        </w:tc>
      </w:tr>
      <w:tr w:rsidR="00E2764D" w14:paraId="76AF46D7" w14:textId="77777777">
        <w:tc>
          <w:tcPr>
            <w:tcW w:w="4680" w:type="dxa"/>
          </w:tcPr>
          <w:p w14:paraId="5B90F2CF" w14:textId="77777777" w:rsidR="00E2764D" w:rsidRDefault="00F75996">
            <w:r>
              <w:rPr>
                <w:sz w:val="20"/>
              </w:rPr>
              <w:t>Approval record</w:t>
            </w:r>
          </w:p>
        </w:tc>
        <w:tc>
          <w:tcPr>
            <w:tcW w:w="4680" w:type="dxa"/>
          </w:tcPr>
          <w:p w14:paraId="62BFE489" w14:textId="77777777" w:rsidR="00E2764D" w:rsidRDefault="00F75996">
            <w:r>
              <w:rPr>
                <w:sz w:val="20"/>
              </w:rPr>
              <w:t>The gate decisions from Section 6.4, the approving authority, and the date of the production release decision</w:t>
            </w:r>
          </w:p>
        </w:tc>
      </w:tr>
      <w:tr w:rsidR="00E2764D" w14:paraId="7F9F3648" w14:textId="77777777">
        <w:tc>
          <w:tcPr>
            <w:tcW w:w="4680" w:type="dxa"/>
          </w:tcPr>
          <w:p w14:paraId="3D3D9599" w14:textId="77777777" w:rsidR="00E2764D" w:rsidRDefault="00F75996">
            <w:r>
              <w:rPr>
                <w:sz w:val="20"/>
              </w:rPr>
              <w:t>Operational status and review date</w:t>
            </w:r>
          </w:p>
        </w:tc>
        <w:tc>
          <w:tcPr>
            <w:tcW w:w="4680" w:type="dxa"/>
          </w:tcPr>
          <w:p w14:paraId="7EA0F335" w14:textId="77777777" w:rsidR="00E2764D" w:rsidRDefault="00F75996">
            <w:r>
              <w:rPr>
                <w:sz w:val="20"/>
              </w:rPr>
              <w:t>Whether the system is in pilot, production, suspended, or retired, and the date of its next scheduled review</w:t>
            </w:r>
          </w:p>
        </w:tc>
      </w:tr>
      <w:tr w:rsidR="00E2764D" w14:paraId="39BE5BA8" w14:textId="77777777">
        <w:tc>
          <w:tcPr>
            <w:tcW w:w="4680" w:type="dxa"/>
          </w:tcPr>
          <w:p w14:paraId="19F25614" w14:textId="77777777" w:rsidR="00E2764D" w:rsidRDefault="00F75996">
            <w:r>
              <w:rPr>
                <w:sz w:val="20"/>
              </w:rPr>
              <w:t>Incident history</w:t>
            </w:r>
          </w:p>
        </w:tc>
        <w:tc>
          <w:tcPr>
            <w:tcW w:w="4680" w:type="dxa"/>
          </w:tcPr>
          <w:p w14:paraId="00DD02BA" w14:textId="77777777" w:rsidR="00E2764D" w:rsidRDefault="00F75996">
            <w:r>
              <w:rPr>
                <w:sz w:val="20"/>
              </w:rPr>
              <w:t>Reference to any incidents recorded against this system under Section 13.1 and the remediation status of each</w:t>
            </w:r>
          </w:p>
        </w:tc>
      </w:tr>
    </w:tbl>
    <w:p w14:paraId="56CF1DD0" w14:textId="77777777" w:rsidR="00E2764D" w:rsidRDefault="00E2764D"/>
    <w:p w14:paraId="62B79B70" w14:textId="77777777" w:rsidR="00E2764D" w:rsidRDefault="00F75996">
      <w:pPr>
        <w:pStyle w:val="Heading2"/>
      </w:pPr>
      <w:bookmarkStart w:id="47" w:name="_Toc241649715"/>
      <w:r>
        <w:t>8.5 AI Risk-Tiering Rubric</w:t>
      </w:r>
      <w:bookmarkEnd w:id="47"/>
    </w:p>
    <w:p w14:paraId="38D30096" w14:textId="77777777" w:rsidR="00E2764D" w:rsidRDefault="00F75996">
      <w:r>
        <w:t>Tiering is the mechanism that makes proportionate governance possible. Without it, either everything receives the scrutiny appropriate to the most consequential system, which halts the portfolio, or nothing does, which leaves the organization exposed. Any single criterion triggers the tier; the assessment is not a weighted score, because a system that makes an eligibility decision is high risk irrespective of how well it performs on every other dimension. The tier is assigned at intake and revisited whenever the system's scope, autonomy, or audience changes.</w:t>
      </w:r>
    </w:p>
    <w:p w14:paraId="11CA5FB9" w14:textId="77777777" w:rsidR="00E2764D" w:rsidRDefault="00F75996">
      <w:r>
        <w:rPr>
          <w:i/>
          <w:sz w:val="20"/>
        </w:rPr>
        <w:t>Table 8.5 - Risk tiers, triggering criteria, examples, and the controls each tier requires.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4F182D79" w14:textId="77777777">
        <w:trPr>
          <w:tblHeader/>
        </w:trPr>
        <w:tc>
          <w:tcPr>
            <w:tcW w:w="2340" w:type="dxa"/>
            <w:shd w:val="clear" w:color="auto" w:fill="D5E8F0"/>
          </w:tcPr>
          <w:p w14:paraId="1BC6FEE5" w14:textId="77777777" w:rsidR="00E2764D" w:rsidRDefault="00F75996">
            <w:r>
              <w:rPr>
                <w:b/>
                <w:sz w:val="20"/>
              </w:rPr>
              <w:t>Tier</w:t>
            </w:r>
          </w:p>
        </w:tc>
        <w:tc>
          <w:tcPr>
            <w:tcW w:w="2340" w:type="dxa"/>
            <w:shd w:val="clear" w:color="auto" w:fill="D5E8F0"/>
          </w:tcPr>
          <w:p w14:paraId="3C2D63FE" w14:textId="77777777" w:rsidR="00E2764D" w:rsidRDefault="00F75996">
            <w:r>
              <w:rPr>
                <w:b/>
                <w:sz w:val="20"/>
              </w:rPr>
              <w:t>Criteria (any one triggers the tier)</w:t>
            </w:r>
          </w:p>
        </w:tc>
        <w:tc>
          <w:tcPr>
            <w:tcW w:w="2340" w:type="dxa"/>
            <w:shd w:val="clear" w:color="auto" w:fill="D5E8F0"/>
          </w:tcPr>
          <w:p w14:paraId="3461E815" w14:textId="77777777" w:rsidR="00E2764D" w:rsidRDefault="00F75996">
            <w:r>
              <w:rPr>
                <w:b/>
                <w:sz w:val="20"/>
              </w:rPr>
              <w:t>Enterprise Examples</w:t>
            </w:r>
          </w:p>
        </w:tc>
        <w:tc>
          <w:tcPr>
            <w:tcW w:w="2340" w:type="dxa"/>
            <w:shd w:val="clear" w:color="auto" w:fill="D5E8F0"/>
          </w:tcPr>
          <w:p w14:paraId="2B113B2E" w14:textId="77777777" w:rsidR="00E2764D" w:rsidRDefault="00F75996">
            <w:r>
              <w:rPr>
                <w:b/>
                <w:sz w:val="20"/>
              </w:rPr>
              <w:t>Required Controls</w:t>
            </w:r>
          </w:p>
        </w:tc>
      </w:tr>
      <w:tr w:rsidR="00E2764D" w14:paraId="52A169A2" w14:textId="77777777">
        <w:tc>
          <w:tcPr>
            <w:tcW w:w="2340" w:type="dxa"/>
          </w:tcPr>
          <w:p w14:paraId="6D956C05" w14:textId="77777777" w:rsidR="00E2764D" w:rsidRDefault="00F75996">
            <w:r>
              <w:rPr>
                <w:sz w:val="20"/>
              </w:rPr>
              <w:t>Tier 1 - High</w:t>
            </w:r>
          </w:p>
        </w:tc>
        <w:tc>
          <w:tcPr>
            <w:tcW w:w="2340" w:type="dxa"/>
          </w:tcPr>
          <w:p w14:paraId="185DFFB1" w14:textId="77777777" w:rsidR="00E2764D" w:rsidRDefault="00F75996">
            <w:r>
              <w:rPr>
                <w:sz w:val="20"/>
              </w:rPr>
              <w:t xml:space="preserve">The system materially influences a decision about a person's access to employment, credit, benefits, housing, insurance, or </w:t>
            </w:r>
            <w:r>
              <w:rPr>
                <w:sz w:val="20"/>
              </w:rPr>
              <w:lastRenderedPageBreak/>
              <w:t>a legal right; operates autonomously in a customer-facing channel; processes special category personal data; or falls within a regime imposing specific obligations on automated decision making</w:t>
            </w:r>
          </w:p>
        </w:tc>
        <w:tc>
          <w:tcPr>
            <w:tcW w:w="2340" w:type="dxa"/>
          </w:tcPr>
          <w:p w14:paraId="6926F726" w14:textId="77777777" w:rsidR="00E2764D" w:rsidRDefault="00F75996">
            <w:r>
              <w:rPr>
                <w:sz w:val="20"/>
              </w:rPr>
              <w:lastRenderedPageBreak/>
              <w:t xml:space="preserve">Automated eligibility or adverse-action recommendations, autonomous customer-facing agents that commit the </w:t>
            </w:r>
            <w:r>
              <w:rPr>
                <w:sz w:val="20"/>
              </w:rPr>
              <w:lastRenderedPageBreak/>
              <w:t>organization, and systems screening candidates or claims</w:t>
            </w:r>
          </w:p>
        </w:tc>
        <w:tc>
          <w:tcPr>
            <w:tcW w:w="2340" w:type="dxa"/>
          </w:tcPr>
          <w:p w14:paraId="16E46272" w14:textId="77777777" w:rsidR="00E2764D" w:rsidRDefault="00F75996">
            <w:r>
              <w:rPr>
                <w:sz w:val="20"/>
              </w:rPr>
              <w:lastRenderedPageBreak/>
              <w:t xml:space="preserve">Council approval to release, human reviewer of record for every consequential output, fairness testing, red teaming as a </w:t>
            </w:r>
            <w:r>
              <w:rPr>
                <w:sz w:val="20"/>
              </w:rPr>
              <w:lastRenderedPageBreak/>
              <w:t>release gate, enhanced logging, quarterly revalidation, and a tested kill switch</w:t>
            </w:r>
          </w:p>
        </w:tc>
      </w:tr>
      <w:tr w:rsidR="00E2764D" w14:paraId="704F77A9" w14:textId="77777777">
        <w:tc>
          <w:tcPr>
            <w:tcW w:w="2340" w:type="dxa"/>
          </w:tcPr>
          <w:p w14:paraId="155E4ADD" w14:textId="77777777" w:rsidR="00E2764D" w:rsidRDefault="00F75996">
            <w:r>
              <w:rPr>
                <w:sz w:val="20"/>
              </w:rPr>
              <w:lastRenderedPageBreak/>
              <w:t>Tier 2 - Medium</w:t>
            </w:r>
          </w:p>
        </w:tc>
        <w:tc>
          <w:tcPr>
            <w:tcW w:w="2340" w:type="dxa"/>
          </w:tcPr>
          <w:p w14:paraId="5D6AC00C" w14:textId="77777777" w:rsidR="00E2764D" w:rsidRDefault="00F75996">
            <w:r>
              <w:rPr>
                <w:sz w:val="20"/>
              </w:rPr>
              <w:t>The system produces output that reaches a customer or external party after human review; materially influences an internal decision with financial consequence; accesses confidential or personal data; or takes bounded actions in a system of record</w:t>
            </w:r>
          </w:p>
        </w:tc>
        <w:tc>
          <w:tcPr>
            <w:tcW w:w="2340" w:type="dxa"/>
          </w:tcPr>
          <w:p w14:paraId="63567C4D" w14:textId="77777777" w:rsidR="00E2764D" w:rsidRDefault="00F75996">
            <w:r>
              <w:rPr>
                <w:sz w:val="20"/>
              </w:rPr>
              <w:t>Drafting customer correspondence for human approval, summarizing case files for a decision maker, and agents that assemble information and route work</w:t>
            </w:r>
          </w:p>
        </w:tc>
        <w:tc>
          <w:tcPr>
            <w:tcW w:w="2340" w:type="dxa"/>
          </w:tcPr>
          <w:p w14:paraId="07EB7E0D" w14:textId="77777777" w:rsidR="00E2764D" w:rsidRDefault="00F75996">
            <w:r>
              <w:rPr>
                <w:sz w:val="20"/>
              </w:rPr>
              <w:t>Officer approval to release, human approval before external release or system-of-record change, evaluation gate, standard logging, and semi-annual revalidation</w:t>
            </w:r>
          </w:p>
        </w:tc>
      </w:tr>
      <w:tr w:rsidR="00E2764D" w14:paraId="706CE11B" w14:textId="77777777">
        <w:tc>
          <w:tcPr>
            <w:tcW w:w="2340" w:type="dxa"/>
          </w:tcPr>
          <w:p w14:paraId="33AE7E6A" w14:textId="77777777" w:rsidR="00E2764D" w:rsidRDefault="00F75996">
            <w:r>
              <w:rPr>
                <w:sz w:val="20"/>
              </w:rPr>
              <w:t>Tier 3 - Low</w:t>
            </w:r>
          </w:p>
        </w:tc>
        <w:tc>
          <w:tcPr>
            <w:tcW w:w="2340" w:type="dxa"/>
          </w:tcPr>
          <w:p w14:paraId="48347143" w14:textId="77777777" w:rsidR="00E2764D" w:rsidRDefault="00F75996">
            <w:r>
              <w:rPr>
                <w:sz w:val="20"/>
              </w:rPr>
              <w:t>The system operates on non-sensitive internal information, produces output used only by the requesting employee, takes no autonomous action, and has no path to a customer, a regulator, or a system of record</w:t>
            </w:r>
          </w:p>
        </w:tc>
        <w:tc>
          <w:tcPr>
            <w:tcW w:w="2340" w:type="dxa"/>
          </w:tcPr>
          <w:p w14:paraId="1EE9FF7E" w14:textId="77777777" w:rsidR="00E2764D" w:rsidRDefault="00F75996">
            <w:r>
              <w:rPr>
                <w:sz w:val="20"/>
              </w:rPr>
              <w:t>Internal meeting summarization, drafting internal documentation, and answering questions from published internal policy content</w:t>
            </w:r>
          </w:p>
        </w:tc>
        <w:tc>
          <w:tcPr>
            <w:tcW w:w="2340" w:type="dxa"/>
          </w:tcPr>
          <w:p w14:paraId="11FB4AAF" w14:textId="77777777" w:rsidR="00E2764D" w:rsidRDefault="00F75996">
            <w:r>
              <w:rPr>
                <w:sz w:val="20"/>
              </w:rPr>
              <w:t>Registration in the inventory, acceptable use standard, standard platform controls, and annual review</w:t>
            </w:r>
          </w:p>
        </w:tc>
      </w:tr>
    </w:tbl>
    <w:p w14:paraId="1C04B83B" w14:textId="77777777" w:rsidR="00E2764D" w:rsidRDefault="00E2764D"/>
    <w:p w14:paraId="7C1C66CD" w14:textId="77777777" w:rsidR="00E2764D" w:rsidRDefault="00F75996">
      <w:pPr>
        <w:pStyle w:val="Heading2"/>
      </w:pPr>
      <w:bookmarkStart w:id="48" w:name="_Toc241649716"/>
      <w:r>
        <w:t>8.6 AI Policy Stack</w:t>
      </w:r>
      <w:bookmarkEnd w:id="48"/>
    </w:p>
    <w:p w14:paraId="68A0CF97" w14:textId="77777777" w:rsidR="00E2764D" w:rsidRDefault="00F75996">
      <w:r>
        <w:t>This playbook sits within a small set of governing artifacts, and confusion between them causes duplicated content and contradictory instruction. The stack below defines what each artifact governs, who owns it, and how often it is reviewed, so that a change lands in exactly one place.</w:t>
      </w:r>
    </w:p>
    <w:p w14:paraId="7C48BD47" w14:textId="77777777" w:rsidR="00E2764D" w:rsidRDefault="00F75996">
      <w:r>
        <w:rPr>
          <w:i/>
          <w:sz w:val="20"/>
        </w:rPr>
        <w:t>Table 8.6 - The AI policy stack and ownership of each artifact.</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66DE77BD" w14:textId="77777777">
        <w:trPr>
          <w:tblHeader/>
        </w:trPr>
        <w:tc>
          <w:tcPr>
            <w:tcW w:w="2340" w:type="dxa"/>
            <w:shd w:val="clear" w:color="auto" w:fill="D5E8F0"/>
          </w:tcPr>
          <w:p w14:paraId="0D923C71" w14:textId="77777777" w:rsidR="00E2764D" w:rsidRDefault="00F75996">
            <w:r>
              <w:rPr>
                <w:b/>
                <w:sz w:val="20"/>
              </w:rPr>
              <w:t>Artifact</w:t>
            </w:r>
          </w:p>
        </w:tc>
        <w:tc>
          <w:tcPr>
            <w:tcW w:w="2340" w:type="dxa"/>
            <w:shd w:val="clear" w:color="auto" w:fill="D5E8F0"/>
          </w:tcPr>
          <w:p w14:paraId="3E25610A" w14:textId="77777777" w:rsidR="00E2764D" w:rsidRDefault="00F75996">
            <w:r>
              <w:rPr>
                <w:b/>
                <w:sz w:val="20"/>
              </w:rPr>
              <w:t>What It Governs</w:t>
            </w:r>
          </w:p>
        </w:tc>
        <w:tc>
          <w:tcPr>
            <w:tcW w:w="2340" w:type="dxa"/>
            <w:shd w:val="clear" w:color="auto" w:fill="D5E8F0"/>
          </w:tcPr>
          <w:p w14:paraId="3B0899FE" w14:textId="77777777" w:rsidR="00E2764D" w:rsidRDefault="00F75996">
            <w:r>
              <w:rPr>
                <w:b/>
                <w:sz w:val="20"/>
              </w:rPr>
              <w:t>Owner</w:t>
            </w:r>
          </w:p>
        </w:tc>
        <w:tc>
          <w:tcPr>
            <w:tcW w:w="2340" w:type="dxa"/>
            <w:shd w:val="clear" w:color="auto" w:fill="D5E8F0"/>
          </w:tcPr>
          <w:p w14:paraId="54088B8D" w14:textId="77777777" w:rsidR="00E2764D" w:rsidRDefault="00F75996">
            <w:r>
              <w:rPr>
                <w:b/>
                <w:sz w:val="20"/>
              </w:rPr>
              <w:t>Review Cadence</w:t>
            </w:r>
          </w:p>
        </w:tc>
      </w:tr>
      <w:tr w:rsidR="00E2764D" w14:paraId="1A016F80" w14:textId="77777777">
        <w:tc>
          <w:tcPr>
            <w:tcW w:w="2340" w:type="dxa"/>
          </w:tcPr>
          <w:p w14:paraId="7FA46D7D" w14:textId="77777777" w:rsidR="00E2764D" w:rsidRDefault="00F75996">
            <w:r>
              <w:rPr>
                <w:sz w:val="20"/>
              </w:rPr>
              <w:lastRenderedPageBreak/>
              <w:t>Enterprise AI Policy</w:t>
            </w:r>
          </w:p>
        </w:tc>
        <w:tc>
          <w:tcPr>
            <w:tcW w:w="2340" w:type="dxa"/>
          </w:tcPr>
          <w:p w14:paraId="620960D3" w14:textId="77777777" w:rsidR="00E2764D" w:rsidRDefault="00F75996">
            <w:r>
              <w:rPr>
                <w:sz w:val="20"/>
              </w:rPr>
              <w:t>The organization's position on acceptable uses of AI, prohibited uses, and the principles that bind every system and employee</w:t>
            </w:r>
          </w:p>
        </w:tc>
        <w:tc>
          <w:tcPr>
            <w:tcW w:w="2340" w:type="dxa"/>
          </w:tcPr>
          <w:p w14:paraId="1CD467C7" w14:textId="77777777" w:rsidR="00E2764D" w:rsidRDefault="00F75996">
            <w:r>
              <w:rPr>
                <w:sz w:val="20"/>
              </w:rPr>
              <w:t>Chief AI Officer, approved by the executive committee</w:t>
            </w:r>
          </w:p>
        </w:tc>
        <w:tc>
          <w:tcPr>
            <w:tcW w:w="2340" w:type="dxa"/>
          </w:tcPr>
          <w:p w14:paraId="1B9E1111" w14:textId="77777777" w:rsidR="00E2764D" w:rsidRDefault="00F75996">
            <w:r>
              <w:rPr>
                <w:sz w:val="20"/>
              </w:rPr>
              <w:t>Annually and on material regulatory change</w:t>
            </w:r>
          </w:p>
        </w:tc>
      </w:tr>
      <w:tr w:rsidR="00E2764D" w14:paraId="7C282C70" w14:textId="77777777">
        <w:tc>
          <w:tcPr>
            <w:tcW w:w="2340" w:type="dxa"/>
          </w:tcPr>
          <w:p w14:paraId="441F4F6D" w14:textId="77777777" w:rsidR="00E2764D" w:rsidRDefault="00F75996">
            <w:r>
              <w:rPr>
                <w:sz w:val="20"/>
              </w:rPr>
              <w:t>AI Acceptable Use Standard</w:t>
            </w:r>
          </w:p>
        </w:tc>
        <w:tc>
          <w:tcPr>
            <w:tcW w:w="2340" w:type="dxa"/>
          </w:tcPr>
          <w:p w14:paraId="0036DED8" w14:textId="77777777" w:rsidR="00E2764D" w:rsidRDefault="00F75996">
            <w:r>
              <w:rPr>
                <w:sz w:val="20"/>
              </w:rPr>
              <w:t>What individual employees may and may not do with AI tools, including handling of organizational data in third-party services</w:t>
            </w:r>
          </w:p>
        </w:tc>
        <w:tc>
          <w:tcPr>
            <w:tcW w:w="2340" w:type="dxa"/>
          </w:tcPr>
          <w:p w14:paraId="540FBA91" w14:textId="77777777" w:rsidR="00E2764D" w:rsidRDefault="00F75996">
            <w:r>
              <w:rPr>
                <w:sz w:val="20"/>
              </w:rPr>
              <w:t>Chief AI Officer with Human Resources</w:t>
            </w:r>
          </w:p>
        </w:tc>
        <w:tc>
          <w:tcPr>
            <w:tcW w:w="2340" w:type="dxa"/>
          </w:tcPr>
          <w:p w14:paraId="7A752C0F" w14:textId="77777777" w:rsidR="00E2764D" w:rsidRDefault="00F75996">
            <w:r>
              <w:rPr>
                <w:sz w:val="20"/>
              </w:rPr>
              <w:t>Annually and on introduction of a new sanctioned tool</w:t>
            </w:r>
          </w:p>
        </w:tc>
      </w:tr>
      <w:tr w:rsidR="00E2764D" w14:paraId="672114CE" w14:textId="77777777">
        <w:tc>
          <w:tcPr>
            <w:tcW w:w="2340" w:type="dxa"/>
          </w:tcPr>
          <w:p w14:paraId="2C3DC198" w14:textId="77777777" w:rsidR="00E2764D" w:rsidRDefault="00F75996">
            <w:r>
              <w:rPr>
                <w:sz w:val="20"/>
              </w:rPr>
              <w:t>Model and Agent Development Standard</w:t>
            </w:r>
          </w:p>
        </w:tc>
        <w:tc>
          <w:tcPr>
            <w:tcW w:w="2340" w:type="dxa"/>
          </w:tcPr>
          <w:p w14:paraId="5838B644" w14:textId="77777777" w:rsidR="00E2764D" w:rsidRDefault="00F75996">
            <w:r>
              <w:rPr>
                <w:sz w:val="20"/>
              </w:rPr>
              <w:t>Technical requirements for building AI systems, including grounding, evaluation, guardrails, and agent permission scoping</w:t>
            </w:r>
          </w:p>
        </w:tc>
        <w:tc>
          <w:tcPr>
            <w:tcW w:w="2340" w:type="dxa"/>
          </w:tcPr>
          <w:p w14:paraId="12B52493" w14:textId="77777777" w:rsidR="00E2764D" w:rsidRDefault="00F75996">
            <w:r>
              <w:rPr>
                <w:sz w:val="20"/>
              </w:rPr>
              <w:t>Chief AI Officer with the Chief Technology Officer</w:t>
            </w:r>
          </w:p>
        </w:tc>
        <w:tc>
          <w:tcPr>
            <w:tcW w:w="2340" w:type="dxa"/>
          </w:tcPr>
          <w:p w14:paraId="4A48D506" w14:textId="77777777" w:rsidR="00E2764D" w:rsidRDefault="00F75996">
            <w:r>
              <w:rPr>
                <w:sz w:val="20"/>
              </w:rPr>
              <w:t>Semi-annually, reflecting platform capability changes</w:t>
            </w:r>
          </w:p>
        </w:tc>
      </w:tr>
      <w:tr w:rsidR="00E2764D" w14:paraId="251D6CAB" w14:textId="77777777">
        <w:tc>
          <w:tcPr>
            <w:tcW w:w="2340" w:type="dxa"/>
          </w:tcPr>
          <w:p w14:paraId="7B280391" w14:textId="77777777" w:rsidR="00E2764D" w:rsidRDefault="00F75996">
            <w:r>
              <w:rPr>
                <w:sz w:val="20"/>
              </w:rPr>
              <w:t>Third-Party AI Standard</w:t>
            </w:r>
          </w:p>
        </w:tc>
        <w:tc>
          <w:tcPr>
            <w:tcW w:w="2340" w:type="dxa"/>
          </w:tcPr>
          <w:p w14:paraId="491DBE9F" w14:textId="77777777" w:rsidR="00E2764D" w:rsidRDefault="00F75996">
            <w:r>
              <w:rPr>
                <w:sz w:val="20"/>
              </w:rPr>
              <w:t>Due diligence, contractual requirements, and ongoing monitoring for purchased and embedded AI, as detailed in Section 14</w:t>
            </w:r>
          </w:p>
        </w:tc>
        <w:tc>
          <w:tcPr>
            <w:tcW w:w="2340" w:type="dxa"/>
          </w:tcPr>
          <w:p w14:paraId="1526B7CD" w14:textId="77777777" w:rsidR="00E2764D" w:rsidRDefault="00F75996">
            <w:r>
              <w:rPr>
                <w:sz w:val="20"/>
              </w:rPr>
              <w:t>Chief AI Officer with Procurement and Legal</w:t>
            </w:r>
          </w:p>
        </w:tc>
        <w:tc>
          <w:tcPr>
            <w:tcW w:w="2340" w:type="dxa"/>
          </w:tcPr>
          <w:p w14:paraId="0965E561" w14:textId="77777777" w:rsidR="00E2764D" w:rsidRDefault="00F75996">
            <w:r>
              <w:rPr>
                <w:sz w:val="20"/>
              </w:rPr>
              <w:t>Annually and on material change to a critical vendor</w:t>
            </w:r>
          </w:p>
        </w:tc>
      </w:tr>
      <w:tr w:rsidR="00E2764D" w14:paraId="583DAC9F" w14:textId="77777777">
        <w:tc>
          <w:tcPr>
            <w:tcW w:w="2340" w:type="dxa"/>
          </w:tcPr>
          <w:p w14:paraId="74DE98F6" w14:textId="77777777" w:rsidR="00E2764D" w:rsidRDefault="00F75996">
            <w:r>
              <w:rPr>
                <w:sz w:val="20"/>
              </w:rPr>
              <w:t>Data Handling Standard for AI</w:t>
            </w:r>
          </w:p>
        </w:tc>
        <w:tc>
          <w:tcPr>
            <w:tcW w:w="2340" w:type="dxa"/>
          </w:tcPr>
          <w:p w14:paraId="1A9F0217" w14:textId="77777777" w:rsidR="00E2764D" w:rsidRDefault="00F75996">
            <w:r>
              <w:rPr>
                <w:sz w:val="20"/>
              </w:rPr>
              <w:t>Classification, minimization, residency, retention, and deletion obligations for data used by AI systems, per Section 10</w:t>
            </w:r>
          </w:p>
        </w:tc>
        <w:tc>
          <w:tcPr>
            <w:tcW w:w="2340" w:type="dxa"/>
          </w:tcPr>
          <w:p w14:paraId="611FF569" w14:textId="77777777" w:rsidR="00E2764D" w:rsidRDefault="00F75996">
            <w:r>
              <w:rPr>
                <w:sz w:val="20"/>
              </w:rPr>
              <w:t>Chief Data Officer with the Chief AI Officer</w:t>
            </w:r>
          </w:p>
        </w:tc>
        <w:tc>
          <w:tcPr>
            <w:tcW w:w="2340" w:type="dxa"/>
          </w:tcPr>
          <w:p w14:paraId="22169ACF" w14:textId="77777777" w:rsidR="00E2764D" w:rsidRDefault="00F75996">
            <w:r>
              <w:rPr>
                <w:sz w:val="20"/>
              </w:rPr>
              <w:t>Annually and on privacy regulatory change</w:t>
            </w:r>
          </w:p>
        </w:tc>
      </w:tr>
      <w:tr w:rsidR="00E2764D" w14:paraId="20C2CEBC" w14:textId="77777777">
        <w:tc>
          <w:tcPr>
            <w:tcW w:w="2340" w:type="dxa"/>
          </w:tcPr>
          <w:p w14:paraId="51143D28" w14:textId="77777777" w:rsidR="00E2764D" w:rsidRDefault="00F75996">
            <w:r>
              <w:rPr>
                <w:sz w:val="20"/>
              </w:rPr>
              <w:t>This Playbook</w:t>
            </w:r>
          </w:p>
        </w:tc>
        <w:tc>
          <w:tcPr>
            <w:tcW w:w="2340" w:type="dxa"/>
          </w:tcPr>
          <w:p w14:paraId="107B08DE" w14:textId="77777777" w:rsidR="00E2764D" w:rsidRDefault="00F75996">
            <w:r>
              <w:rPr>
                <w:sz w:val="20"/>
              </w:rPr>
              <w:t>The operating manual for the role, the portfolio, the platform, and the control framework as a coherent whole</w:t>
            </w:r>
          </w:p>
        </w:tc>
        <w:tc>
          <w:tcPr>
            <w:tcW w:w="2340" w:type="dxa"/>
          </w:tcPr>
          <w:p w14:paraId="5B0FDE40" w14:textId="77777777" w:rsidR="00E2764D" w:rsidRDefault="00F75996">
            <w:r>
              <w:rPr>
                <w:sz w:val="20"/>
              </w:rPr>
              <w:t>Chief AI Officer, ratified by the AI Governance Council</w:t>
            </w:r>
          </w:p>
        </w:tc>
        <w:tc>
          <w:tcPr>
            <w:tcW w:w="2340" w:type="dxa"/>
          </w:tcPr>
          <w:p w14:paraId="0ACE2089" w14:textId="77777777" w:rsidR="00E2764D" w:rsidRDefault="00F75996">
            <w:r>
              <w:rPr>
                <w:sz w:val="20"/>
              </w:rPr>
              <w:t>Annually and after any severity one incident</w:t>
            </w:r>
          </w:p>
        </w:tc>
      </w:tr>
    </w:tbl>
    <w:p w14:paraId="6C81C727" w14:textId="77777777" w:rsidR="00E2764D" w:rsidRDefault="00E2764D"/>
    <w:p w14:paraId="49C22099" w14:textId="77777777" w:rsidR="00E2764D" w:rsidRDefault="00F75996">
      <w:pPr>
        <w:pStyle w:val="Heading1"/>
        <w:pageBreakBefore/>
      </w:pPr>
      <w:bookmarkStart w:id="49" w:name="_Toc241649717"/>
      <w:r>
        <w:lastRenderedPageBreak/>
        <w:t>9. Users, Authentication and Authorization</w:t>
      </w:r>
      <w:bookmarkEnd w:id="49"/>
    </w:p>
    <w:p w14:paraId="37696A1F" w14:textId="77777777" w:rsidR="00E2764D" w:rsidRDefault="00F75996">
      <w:r>
        <w:t>Identity is the primary control surface for artificial intelligence. Almost every serious AI failure that is not a factual error is an authorization failure: a system that retrieved content the user was not entitled to see, an agent that acted with more authority than the person it represented, or a service credential that allowed a model endpoint to be called from outside the intended application. Getting identity right before scaling is considerably cheaper than retrofitting it across a portfolio, which is why the platform mandate in Section 18.3 treats it as foundational rather than incremental.</w:t>
      </w:r>
    </w:p>
    <w:p w14:paraId="6218E740" w14:textId="77777777" w:rsidR="00E2764D" w:rsidRDefault="00F75996">
      <w:pPr>
        <w:pStyle w:val="Heading2"/>
      </w:pPr>
      <w:bookmarkStart w:id="50" w:name="_Toc241649718"/>
      <w:r>
        <w:t>9.1 Human Access</w:t>
      </w:r>
      <w:bookmarkEnd w:id="50"/>
    </w:p>
    <w:p w14:paraId="706C60BB" w14:textId="77777777" w:rsidR="00E2764D" w:rsidRDefault="00F75996">
      <w:r>
        <w:t>Human access to AI systems follows the enterprise identity standard without variation. AI applications are not a justification for local accounts, shared credentials, or standing administrative access, and the controls below are enforced through Microsoft Entra ID rather than through application configuration.</w:t>
      </w:r>
    </w:p>
    <w:p w14:paraId="08C7E803" w14:textId="77777777" w:rsidR="00E2764D" w:rsidRDefault="00F75996">
      <w:pPr>
        <w:pStyle w:val="ListBullet"/>
      </w:pPr>
      <w:r>
        <w:rPr>
          <w:b/>
        </w:rPr>
        <w:t>Single identity provider</w:t>
      </w:r>
      <w:r>
        <w:t>: all AI applications authenticate users through Microsoft Entra ID, and no AI system maintains its own user directory or accepts local accounts.</w:t>
      </w:r>
    </w:p>
    <w:p w14:paraId="781C7B27" w14:textId="77777777" w:rsidR="00E2764D" w:rsidRDefault="00F75996">
      <w:pPr>
        <w:pStyle w:val="ListBullet"/>
      </w:pPr>
      <w:r>
        <w:rPr>
          <w:b/>
        </w:rPr>
        <w:t>Single sign-on for every interface</w:t>
      </w:r>
      <w:r>
        <w:t>: users reach AI capability through federated single sign-on, which ensures that access is revoked immediately when employment or role changes.</w:t>
      </w:r>
    </w:p>
    <w:p w14:paraId="77AD6C9E" w14:textId="77777777" w:rsidR="00E2764D" w:rsidRDefault="00F75996">
      <w:pPr>
        <w:pStyle w:val="ListBullet"/>
      </w:pPr>
      <w:r>
        <w:rPr>
          <w:b/>
        </w:rPr>
        <w:t>Conditional access enforcement</w:t>
      </w:r>
      <w:r>
        <w:t>: access is evaluated against device compliance, location, and risk signals at each session, with higher assurance required for systems handling sensitive data.</w:t>
      </w:r>
    </w:p>
    <w:p w14:paraId="532CE780" w14:textId="77777777" w:rsidR="00E2764D" w:rsidRDefault="00F75996">
      <w:pPr>
        <w:pStyle w:val="ListBullet"/>
      </w:pPr>
      <w:r>
        <w:rPr>
          <w:b/>
        </w:rPr>
        <w:t>Multi-factor authentication as the baseline</w:t>
      </w:r>
      <w:r>
        <w:t>: no user reaches an AI system handling confidential or personal data with a single factor, and legacy authentication is blocked at the tenant level.</w:t>
      </w:r>
    </w:p>
    <w:p w14:paraId="7CBA0E4F" w14:textId="77777777" w:rsidR="00E2764D" w:rsidRDefault="00F75996">
      <w:pPr>
        <w:pStyle w:val="ListBullet"/>
      </w:pPr>
      <w:r>
        <w:rPr>
          <w:b/>
        </w:rPr>
        <w:t>Phishing-resistant credentials for privileged roles</w:t>
      </w:r>
      <w:r>
        <w:t>: administrators of AI platforms, model deployments, and grounding indexes use phishing-resistant methods rather than one-time codes.</w:t>
      </w:r>
    </w:p>
    <w:p w14:paraId="08C3F3B9" w14:textId="77777777" w:rsidR="00E2764D" w:rsidRDefault="00F75996">
      <w:pPr>
        <w:pStyle w:val="ListBullet"/>
      </w:pPr>
      <w:r>
        <w:rPr>
          <w:b/>
        </w:rPr>
        <w:t>Role-based authorization</w:t>
      </w:r>
      <w:r>
        <w:t>: entitlements are granted to roles rather than individuals, and the role model for AI capability is defined in Section 9.3 and reviewed with the business.</w:t>
      </w:r>
    </w:p>
    <w:p w14:paraId="6069BFF8" w14:textId="77777777" w:rsidR="00E2764D" w:rsidRDefault="00F75996">
      <w:pPr>
        <w:pStyle w:val="ListBullet"/>
      </w:pPr>
      <w:r>
        <w:rPr>
          <w:b/>
        </w:rPr>
        <w:t>Privileged identity management</w:t>
      </w:r>
      <w:r>
        <w:t>: administrative access to AI resources is just-in-time, time-bound, approved, and logged, with no standing elevated permissions in production.</w:t>
      </w:r>
    </w:p>
    <w:p w14:paraId="53F67D09" w14:textId="77777777" w:rsidR="00E2764D" w:rsidRDefault="00F75996">
      <w:pPr>
        <w:pStyle w:val="ListBullet"/>
      </w:pPr>
      <w:r>
        <w:rPr>
          <w:b/>
        </w:rPr>
        <w:t>Recurring access reviews</w:t>
      </w:r>
      <w:r>
        <w:t>: entitlements to AI systems, grounding content, and administrative roles are recertified on a defined cycle through Microsoft Entra ID Governance, with unattested access removed.</w:t>
      </w:r>
    </w:p>
    <w:p w14:paraId="3227AA59" w14:textId="77777777" w:rsidR="00E2764D" w:rsidRDefault="00F75996">
      <w:pPr>
        <w:pStyle w:val="Heading2"/>
      </w:pPr>
      <w:bookmarkStart w:id="51" w:name="_Toc241649719"/>
      <w:r>
        <w:t>9.2 Machine and Agent Identity</w:t>
      </w:r>
      <w:bookmarkEnd w:id="51"/>
    </w:p>
    <w:p w14:paraId="36BED746" w14:textId="77777777" w:rsidR="00E2764D" w:rsidRDefault="00F75996">
      <w:r>
        <w:t xml:space="preserve">Agents are the sharpest identity problem in the portfolio, because an agent acts. When a person asks an agent to retrieve a record, the question of whose authority is being exercised must have a single, enforced answer. The design rule adopted here is absolute and admits no exception: an agent never holds rights broader than the user on whose behalf it acts, and where an agent </w:t>
      </w:r>
      <w:r>
        <w:lastRenderedPageBreak/>
        <w:t>operates without a user it holds only the narrow, explicitly granted rights required for its defined function. The controls below implement that rule.</w:t>
      </w:r>
    </w:p>
    <w:p w14:paraId="52556215" w14:textId="77777777" w:rsidR="00E2764D" w:rsidRDefault="00F75996">
      <w:pPr>
        <w:pStyle w:val="ListBullet"/>
      </w:pPr>
      <w:r>
        <w:rPr>
          <w:b/>
        </w:rPr>
        <w:t>Managed identities by default</w:t>
      </w:r>
      <w:r>
        <w:t>: every AI component authenticates to every other Azure resource using a managed identity, so that no credential exists to be stolen, logged, or embedded in a prompt.</w:t>
      </w:r>
    </w:p>
    <w:p w14:paraId="30A0AEAD" w14:textId="77777777" w:rsidR="00E2764D" w:rsidRDefault="00F75996">
      <w:pPr>
        <w:pStyle w:val="ListBullet"/>
      </w:pPr>
      <w:r>
        <w:rPr>
          <w:b/>
        </w:rPr>
        <w:t>Workload identity for agents</w:t>
      </w:r>
      <w:r>
        <w:t>: agents authenticate through Microsoft Entra Workload ID with a distinct identity per agent, so that actions are attributable to a specific agent rather than to a shared service account.</w:t>
      </w:r>
    </w:p>
    <w:p w14:paraId="1F59DDAB" w14:textId="77777777" w:rsidR="00E2764D" w:rsidRDefault="00F75996">
      <w:pPr>
        <w:pStyle w:val="ListBullet"/>
      </w:pPr>
      <w:r>
        <w:rPr>
          <w:b/>
        </w:rPr>
        <w:t>Secretless authentication end to end</w:t>
      </w:r>
      <w:r>
        <w:t>: any remaining secret is held in Azure Key Vault and retrieved at runtime under managed identity, and secrets never appear in code, configuration files, notebooks, or prompt text.</w:t>
      </w:r>
    </w:p>
    <w:p w14:paraId="5599B326" w14:textId="77777777" w:rsidR="00E2764D" w:rsidRDefault="00F75996">
      <w:pPr>
        <w:pStyle w:val="ListBullet"/>
      </w:pPr>
      <w:r>
        <w:rPr>
          <w:b/>
        </w:rPr>
        <w:t>Explicit tool allow-listing</w:t>
      </w:r>
      <w:r>
        <w:t>: an agent may invoke only the tools enumerated in its approved configuration, and adding a tool is a change that re-enters the review process in Section 6.4.</w:t>
      </w:r>
    </w:p>
    <w:p w14:paraId="047AA455" w14:textId="77777777" w:rsidR="00E2764D" w:rsidRDefault="00F75996">
      <w:pPr>
        <w:pStyle w:val="ListBullet"/>
      </w:pPr>
      <w:r>
        <w:rPr>
          <w:b/>
        </w:rPr>
        <w:t>Authorization evaluated per call, on behalf of the user</w:t>
      </w:r>
      <w:r>
        <w:t>: every tool invocation is mediated through Azure API Management and authorized against the originating user's entitlements, not the agent's.</w:t>
      </w:r>
    </w:p>
    <w:p w14:paraId="6FFEF717" w14:textId="77777777" w:rsidR="00E2764D" w:rsidRDefault="00F75996">
      <w:pPr>
        <w:pStyle w:val="ListBullet"/>
      </w:pPr>
      <w:r>
        <w:rPr>
          <w:b/>
        </w:rPr>
        <w:t>Separation of read and write authority</w:t>
      </w:r>
      <w:r>
        <w:t>: an agent with authority to read a system of record does not by default hold authority to write to it, and write authority is granted per operation and logged.</w:t>
      </w:r>
    </w:p>
    <w:p w14:paraId="235A1FA0" w14:textId="77777777" w:rsidR="00E2764D" w:rsidRDefault="00F75996">
      <w:pPr>
        <w:pStyle w:val="ListBullet"/>
      </w:pPr>
      <w:r>
        <w:rPr>
          <w:b/>
        </w:rPr>
        <w:t>Full attribution in the log</w:t>
      </w:r>
      <w:r>
        <w:t>: every agent action records the agent identity, the originating user, the tool invoked, the parameters, and the outcome, so that any action can be traced to a person.</w:t>
      </w:r>
    </w:p>
    <w:p w14:paraId="537BF0C0" w14:textId="77777777" w:rsidR="00E2764D" w:rsidRDefault="00F75996">
      <w:pPr>
        <w:pStyle w:val="Heading2"/>
      </w:pPr>
      <w:bookmarkStart w:id="52" w:name="_Toc241649720"/>
      <w:r>
        <w:t>9.3 Persona and Entitlement Model</w:t>
      </w:r>
      <w:bookmarkEnd w:id="52"/>
    </w:p>
    <w:p w14:paraId="54CFD55C" w14:textId="77777777" w:rsidR="00E2764D" w:rsidRDefault="00F75996">
      <w:r>
        <w:t>Entitlements are easier to govern when expressed as a small number of personas rather than as individual grants. The model below is a starting template that each organization adapts, and it should be reconciled against the role model in the identity platform rather than maintained separately.</w:t>
      </w:r>
    </w:p>
    <w:p w14:paraId="4438FB92" w14:textId="77777777" w:rsidR="00E2764D" w:rsidRDefault="00F75996">
      <w:r>
        <w:rPr>
          <w:i/>
          <w:sz w:val="20"/>
        </w:rPr>
        <w:t>Table 9.3 - AI personas, their permitted activity, and the controls required for each.</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7F79C9E2" w14:textId="77777777">
        <w:trPr>
          <w:tblHeader/>
        </w:trPr>
        <w:tc>
          <w:tcPr>
            <w:tcW w:w="2340" w:type="dxa"/>
            <w:shd w:val="clear" w:color="auto" w:fill="D5E8F0"/>
          </w:tcPr>
          <w:p w14:paraId="5917DF03" w14:textId="77777777" w:rsidR="00E2764D" w:rsidRDefault="00F75996">
            <w:r>
              <w:rPr>
                <w:b/>
                <w:sz w:val="20"/>
              </w:rPr>
              <w:t>Persona</w:t>
            </w:r>
          </w:p>
        </w:tc>
        <w:tc>
          <w:tcPr>
            <w:tcW w:w="2340" w:type="dxa"/>
            <w:shd w:val="clear" w:color="auto" w:fill="D5E8F0"/>
          </w:tcPr>
          <w:p w14:paraId="03D3612B" w14:textId="77777777" w:rsidR="00E2764D" w:rsidRDefault="00F75996">
            <w:r>
              <w:rPr>
                <w:b/>
                <w:sz w:val="20"/>
              </w:rPr>
              <w:t>Typical Enterprise Role</w:t>
            </w:r>
          </w:p>
        </w:tc>
        <w:tc>
          <w:tcPr>
            <w:tcW w:w="2340" w:type="dxa"/>
            <w:shd w:val="clear" w:color="auto" w:fill="D5E8F0"/>
          </w:tcPr>
          <w:p w14:paraId="5F435163" w14:textId="77777777" w:rsidR="00E2764D" w:rsidRDefault="00F75996">
            <w:r>
              <w:rPr>
                <w:b/>
                <w:sz w:val="20"/>
              </w:rPr>
              <w:t>What They May Do With AI</w:t>
            </w:r>
          </w:p>
        </w:tc>
        <w:tc>
          <w:tcPr>
            <w:tcW w:w="2340" w:type="dxa"/>
            <w:shd w:val="clear" w:color="auto" w:fill="D5E8F0"/>
          </w:tcPr>
          <w:p w14:paraId="34962798" w14:textId="77777777" w:rsidR="00E2764D" w:rsidRDefault="00F75996">
            <w:r>
              <w:rPr>
                <w:b/>
                <w:sz w:val="20"/>
              </w:rPr>
              <w:t>Access Controls Required</w:t>
            </w:r>
          </w:p>
        </w:tc>
      </w:tr>
      <w:tr w:rsidR="00E2764D" w14:paraId="122808B3" w14:textId="77777777">
        <w:tc>
          <w:tcPr>
            <w:tcW w:w="2340" w:type="dxa"/>
          </w:tcPr>
          <w:p w14:paraId="7E42D0DE" w14:textId="77777777" w:rsidR="00E2764D" w:rsidRDefault="00F75996">
            <w:r>
              <w:rPr>
                <w:sz w:val="20"/>
              </w:rPr>
              <w:t>General workforce user</w:t>
            </w:r>
          </w:p>
        </w:tc>
        <w:tc>
          <w:tcPr>
            <w:tcW w:w="2340" w:type="dxa"/>
          </w:tcPr>
          <w:p w14:paraId="6453D8E5" w14:textId="77777777" w:rsidR="00E2764D" w:rsidRDefault="00F75996">
            <w:r>
              <w:rPr>
                <w:sz w:val="20"/>
              </w:rPr>
              <w:t>Any employee using sanctioned productivity AI in the course of normal duties</w:t>
            </w:r>
          </w:p>
        </w:tc>
        <w:tc>
          <w:tcPr>
            <w:tcW w:w="2340" w:type="dxa"/>
          </w:tcPr>
          <w:p w14:paraId="7FB4B9F4" w14:textId="77777777" w:rsidR="00E2764D" w:rsidRDefault="00F75996">
            <w:r>
              <w:rPr>
                <w:sz w:val="20"/>
              </w:rPr>
              <w:t>Use approved Tier 3 tools on internal non-sensitive content, with output reviewed before any external use</w:t>
            </w:r>
          </w:p>
        </w:tc>
        <w:tc>
          <w:tcPr>
            <w:tcW w:w="2340" w:type="dxa"/>
          </w:tcPr>
          <w:p w14:paraId="534ED401" w14:textId="77777777" w:rsidR="00E2764D" w:rsidRDefault="00F75996">
            <w:r>
              <w:rPr>
                <w:sz w:val="20"/>
              </w:rPr>
              <w:t>Single sign-on, multi-factor authentication, acceptable use attestation, and data loss prevention on inputs</w:t>
            </w:r>
          </w:p>
        </w:tc>
      </w:tr>
      <w:tr w:rsidR="00E2764D" w14:paraId="16CDB789" w14:textId="77777777">
        <w:tc>
          <w:tcPr>
            <w:tcW w:w="2340" w:type="dxa"/>
          </w:tcPr>
          <w:p w14:paraId="24E288CE" w14:textId="77777777" w:rsidR="00E2764D" w:rsidRDefault="00F75996">
            <w:r>
              <w:rPr>
                <w:sz w:val="20"/>
              </w:rPr>
              <w:t>Business power user</w:t>
            </w:r>
          </w:p>
        </w:tc>
        <w:tc>
          <w:tcPr>
            <w:tcW w:w="2340" w:type="dxa"/>
          </w:tcPr>
          <w:p w14:paraId="21A70F25" w14:textId="77777777" w:rsidR="00E2764D" w:rsidRDefault="00F75996">
            <w:r>
              <w:rPr>
                <w:sz w:val="20"/>
              </w:rPr>
              <w:t xml:space="preserve">Analyst or specialist using AI over departmental data and building low-code </w:t>
            </w:r>
            <w:r>
              <w:rPr>
                <w:sz w:val="20"/>
              </w:rPr>
              <w:lastRenderedPageBreak/>
              <w:t>automations</w:t>
            </w:r>
          </w:p>
        </w:tc>
        <w:tc>
          <w:tcPr>
            <w:tcW w:w="2340" w:type="dxa"/>
          </w:tcPr>
          <w:p w14:paraId="20FCBCC9" w14:textId="77777777" w:rsidR="00E2764D" w:rsidRDefault="00F75996">
            <w:r>
              <w:rPr>
                <w:sz w:val="20"/>
              </w:rPr>
              <w:lastRenderedPageBreak/>
              <w:t xml:space="preserve">Query governed data products, build Power Apps and Power Automate solutions within an approved </w:t>
            </w:r>
            <w:r>
              <w:rPr>
                <w:sz w:val="20"/>
              </w:rPr>
              <w:lastRenderedPageBreak/>
              <w:t>environment</w:t>
            </w:r>
          </w:p>
        </w:tc>
        <w:tc>
          <w:tcPr>
            <w:tcW w:w="2340" w:type="dxa"/>
          </w:tcPr>
          <w:p w14:paraId="1AE3234B" w14:textId="77777777" w:rsidR="00E2764D" w:rsidRDefault="00F75996">
            <w:r>
              <w:rPr>
                <w:sz w:val="20"/>
              </w:rPr>
              <w:lastRenderedPageBreak/>
              <w:t xml:space="preserve">Role-based access to specific data products, environment restrictions, and registration of anything </w:t>
            </w:r>
            <w:r>
              <w:rPr>
                <w:sz w:val="20"/>
              </w:rPr>
              <w:lastRenderedPageBreak/>
              <w:t>reaching a customer</w:t>
            </w:r>
          </w:p>
        </w:tc>
      </w:tr>
      <w:tr w:rsidR="00E2764D" w14:paraId="25F33C89" w14:textId="77777777">
        <w:tc>
          <w:tcPr>
            <w:tcW w:w="2340" w:type="dxa"/>
          </w:tcPr>
          <w:p w14:paraId="6D06BA97" w14:textId="77777777" w:rsidR="00E2764D" w:rsidRDefault="00F75996">
            <w:r>
              <w:rPr>
                <w:sz w:val="20"/>
              </w:rPr>
              <w:lastRenderedPageBreak/>
              <w:t>Reviewer of record</w:t>
            </w:r>
          </w:p>
        </w:tc>
        <w:tc>
          <w:tcPr>
            <w:tcW w:w="2340" w:type="dxa"/>
          </w:tcPr>
          <w:p w14:paraId="3631190F" w14:textId="77777777" w:rsidR="00E2764D" w:rsidRDefault="00F75996">
            <w:r>
              <w:rPr>
                <w:sz w:val="20"/>
              </w:rPr>
              <w:t>The named human accountable for approving AI output before it takes effect under Section 12.3</w:t>
            </w:r>
          </w:p>
        </w:tc>
        <w:tc>
          <w:tcPr>
            <w:tcW w:w="2340" w:type="dxa"/>
          </w:tcPr>
          <w:p w14:paraId="149B2500" w14:textId="77777777" w:rsidR="00E2764D" w:rsidRDefault="00F75996">
            <w:r>
              <w:rPr>
                <w:sz w:val="20"/>
              </w:rPr>
              <w:t>Review, amend, approve, or reject AI output, and record the basis of the decision</w:t>
            </w:r>
          </w:p>
        </w:tc>
        <w:tc>
          <w:tcPr>
            <w:tcW w:w="2340" w:type="dxa"/>
          </w:tcPr>
          <w:p w14:paraId="1EE72E98" w14:textId="77777777" w:rsidR="00E2764D" w:rsidRDefault="00F75996">
            <w:r>
              <w:rPr>
                <w:sz w:val="20"/>
              </w:rPr>
              <w:t>Entitlement granted per system, mandatory training, individual attribution of every decision, and no delegation to a shared account</w:t>
            </w:r>
          </w:p>
        </w:tc>
      </w:tr>
      <w:tr w:rsidR="00E2764D" w14:paraId="7FA276E6" w14:textId="77777777">
        <w:tc>
          <w:tcPr>
            <w:tcW w:w="2340" w:type="dxa"/>
          </w:tcPr>
          <w:p w14:paraId="7F6619E6" w14:textId="77777777" w:rsidR="00E2764D" w:rsidRDefault="00F75996">
            <w:r>
              <w:rPr>
                <w:sz w:val="20"/>
              </w:rPr>
              <w:t>AI developer</w:t>
            </w:r>
          </w:p>
        </w:tc>
        <w:tc>
          <w:tcPr>
            <w:tcW w:w="2340" w:type="dxa"/>
          </w:tcPr>
          <w:p w14:paraId="0AFC8D5C" w14:textId="77777777" w:rsidR="00E2764D" w:rsidRDefault="00F75996">
            <w:r>
              <w:rPr>
                <w:sz w:val="20"/>
              </w:rPr>
              <w:t>Engineer or data scientist building AI systems in the officer's or a business unit's team</w:t>
            </w:r>
          </w:p>
        </w:tc>
        <w:tc>
          <w:tcPr>
            <w:tcW w:w="2340" w:type="dxa"/>
          </w:tcPr>
          <w:p w14:paraId="15C7BF31" w14:textId="77777777" w:rsidR="00E2764D" w:rsidRDefault="00F75996">
            <w:r>
              <w:rPr>
                <w:sz w:val="20"/>
              </w:rPr>
              <w:t>Build, test, and evaluate systems in development and test environments using masked or synthetic data</w:t>
            </w:r>
          </w:p>
        </w:tc>
        <w:tc>
          <w:tcPr>
            <w:tcW w:w="2340" w:type="dxa"/>
          </w:tcPr>
          <w:p w14:paraId="2AFE7A31" w14:textId="77777777" w:rsidR="00E2764D" w:rsidRDefault="00F75996">
            <w:r>
              <w:rPr>
                <w:sz w:val="20"/>
              </w:rPr>
              <w:t>Environment segregation, no standing production access, code review, and deployment only through the approved pipeline</w:t>
            </w:r>
          </w:p>
        </w:tc>
      </w:tr>
      <w:tr w:rsidR="00E2764D" w14:paraId="690BD5BC" w14:textId="77777777">
        <w:tc>
          <w:tcPr>
            <w:tcW w:w="2340" w:type="dxa"/>
          </w:tcPr>
          <w:p w14:paraId="16B8523D" w14:textId="77777777" w:rsidR="00E2764D" w:rsidRDefault="00F75996">
            <w:r>
              <w:rPr>
                <w:sz w:val="20"/>
              </w:rPr>
              <w:t>AI platform administrator</w:t>
            </w:r>
          </w:p>
        </w:tc>
        <w:tc>
          <w:tcPr>
            <w:tcW w:w="2340" w:type="dxa"/>
          </w:tcPr>
          <w:p w14:paraId="3837AB3A" w14:textId="77777777" w:rsidR="00E2764D" w:rsidRDefault="00F75996">
            <w:r>
              <w:rPr>
                <w:sz w:val="20"/>
              </w:rPr>
              <w:t>Engineer operating the shared Azure AI platform and its shared components</w:t>
            </w:r>
          </w:p>
        </w:tc>
        <w:tc>
          <w:tcPr>
            <w:tcW w:w="2340" w:type="dxa"/>
          </w:tcPr>
          <w:p w14:paraId="4AB0AB55" w14:textId="77777777" w:rsidR="00E2764D" w:rsidRDefault="00F75996">
            <w:r>
              <w:rPr>
                <w:sz w:val="20"/>
              </w:rPr>
              <w:t>Configure platform services, manage quota and capacity, and operate shared grounding and evaluation infrastructure</w:t>
            </w:r>
          </w:p>
        </w:tc>
        <w:tc>
          <w:tcPr>
            <w:tcW w:w="2340" w:type="dxa"/>
          </w:tcPr>
          <w:p w14:paraId="76A9BEDB" w14:textId="77777777" w:rsidR="00E2764D" w:rsidRDefault="00F75996">
            <w:r>
              <w:rPr>
                <w:sz w:val="20"/>
              </w:rPr>
              <w:t>Just-in-time privileged access, phishing-resistant credentials, approval per elevation, and full session logging</w:t>
            </w:r>
          </w:p>
        </w:tc>
      </w:tr>
      <w:tr w:rsidR="00E2764D" w14:paraId="5686DA0F" w14:textId="77777777">
        <w:tc>
          <w:tcPr>
            <w:tcW w:w="2340" w:type="dxa"/>
          </w:tcPr>
          <w:p w14:paraId="06138902" w14:textId="77777777" w:rsidR="00E2764D" w:rsidRDefault="00F75996">
            <w:r>
              <w:rPr>
                <w:sz w:val="20"/>
              </w:rPr>
              <w:t>External or customer user</w:t>
            </w:r>
          </w:p>
        </w:tc>
        <w:tc>
          <w:tcPr>
            <w:tcW w:w="2340" w:type="dxa"/>
          </w:tcPr>
          <w:p w14:paraId="367BC0EF" w14:textId="77777777" w:rsidR="00E2764D" w:rsidRDefault="00F75996">
            <w:r>
              <w:rPr>
                <w:sz w:val="20"/>
              </w:rPr>
              <w:t>A customer, partner, or member of the public interacting with an AI system the organization operates</w:t>
            </w:r>
          </w:p>
        </w:tc>
        <w:tc>
          <w:tcPr>
            <w:tcW w:w="2340" w:type="dxa"/>
          </w:tcPr>
          <w:p w14:paraId="44A554EF" w14:textId="77777777" w:rsidR="00E2764D" w:rsidRDefault="00F75996">
            <w:r>
              <w:rPr>
                <w:sz w:val="20"/>
              </w:rPr>
              <w:t>Interact with disclosed AI capability limited to their own information and to published content</w:t>
            </w:r>
          </w:p>
        </w:tc>
        <w:tc>
          <w:tcPr>
            <w:tcW w:w="2340" w:type="dxa"/>
          </w:tcPr>
          <w:p w14:paraId="15B832F0" w14:textId="77777777" w:rsidR="00E2764D" w:rsidRDefault="00F75996">
            <w:r>
              <w:rPr>
                <w:sz w:val="20"/>
              </w:rPr>
              <w:t>Identity verification proportionate to disclosure, step-up authentication for account-specific matters, and session isolation</w:t>
            </w:r>
          </w:p>
        </w:tc>
      </w:tr>
    </w:tbl>
    <w:p w14:paraId="0E68461F" w14:textId="77777777" w:rsidR="00E2764D" w:rsidRDefault="00E2764D"/>
    <w:p w14:paraId="5156D07A" w14:textId="77777777" w:rsidR="00E2764D" w:rsidRDefault="00F75996">
      <w:pPr>
        <w:pStyle w:val="Heading2"/>
      </w:pPr>
      <w:bookmarkStart w:id="53" w:name="_Toc241649721"/>
      <w:r>
        <w:t>9.4 Customer or Constituent-Facing Authentication</w:t>
      </w:r>
      <w:bookmarkEnd w:id="53"/>
    </w:p>
    <w:p w14:paraId="0A88C186" w14:textId="77777777" w:rsidR="00E2764D" w:rsidRDefault="00F75996">
      <w:r>
        <w:t>AI systems that serve external users create a specific hazard: a conversational interface feels informal, which encourages users to volunteer identifying information and encourages designers to accept it. Conversational confidence is not authentication. The controls below govern any system that can disclose or act on information specific to an individual.</w:t>
      </w:r>
    </w:p>
    <w:p w14:paraId="3B74E60E" w14:textId="77777777" w:rsidR="00E2764D" w:rsidRDefault="00F75996">
      <w:pPr>
        <w:pStyle w:val="ListBullet"/>
      </w:pPr>
      <w:r>
        <w:rPr>
          <w:b/>
        </w:rPr>
        <w:t>Verify before any account-specific disclosure</w:t>
      </w:r>
      <w:r>
        <w:t>: the system provides only published, general information until the user is authenticated to the standard the organization requires for that channel.</w:t>
      </w:r>
    </w:p>
    <w:p w14:paraId="0EAA7FA8" w14:textId="77777777" w:rsidR="00E2764D" w:rsidRDefault="00F75996">
      <w:pPr>
        <w:pStyle w:val="ListBullet"/>
      </w:pPr>
      <w:r>
        <w:rPr>
          <w:b/>
        </w:rPr>
        <w:t>Never treat volunteered information as proof of identity</w:t>
      </w:r>
      <w:r>
        <w:t>: details a user supplies in conversation, including account numbers and personal data, do not authenticate them.</w:t>
      </w:r>
    </w:p>
    <w:p w14:paraId="3DEFF7F8" w14:textId="77777777" w:rsidR="00E2764D" w:rsidRDefault="00F75996">
      <w:pPr>
        <w:pStyle w:val="ListBullet"/>
      </w:pPr>
      <w:r>
        <w:rPr>
          <w:b/>
        </w:rPr>
        <w:lastRenderedPageBreak/>
        <w:t>Require step-up authentication for consequential actions</w:t>
      </w:r>
      <w:r>
        <w:t>: any change, payment, disclosure of sensitive records, or commitment requires additional verification beyond the initial session.</w:t>
      </w:r>
    </w:p>
    <w:p w14:paraId="3A08B7D1" w14:textId="77777777" w:rsidR="00E2764D" w:rsidRDefault="00F75996">
      <w:pPr>
        <w:pStyle w:val="ListBullet"/>
      </w:pPr>
      <w:r>
        <w:rPr>
          <w:b/>
        </w:rPr>
        <w:t>Bind the session to the verified identity</w:t>
      </w:r>
      <w:r>
        <w:t>: the authenticated identity is carried into every retrieval and tool call so that security trimming operates on the real user rather than on a service context.</w:t>
      </w:r>
    </w:p>
    <w:p w14:paraId="7B8094C7" w14:textId="77777777" w:rsidR="00E2764D" w:rsidRDefault="00F75996">
      <w:pPr>
        <w:pStyle w:val="ListBullet"/>
      </w:pPr>
      <w:r>
        <w:rPr>
          <w:b/>
        </w:rPr>
        <w:t>Expire sessions deliberately</w:t>
      </w:r>
      <w:r>
        <w:t>: idle and absolute session limits are enforced, and re-authentication is required after any period of inactivity or any change of channel.</w:t>
      </w:r>
    </w:p>
    <w:p w14:paraId="0ED89DEB" w14:textId="77777777" w:rsidR="00E2764D" w:rsidRDefault="00F75996">
      <w:pPr>
        <w:pStyle w:val="ListBullet"/>
      </w:pPr>
      <w:r>
        <w:rPr>
          <w:b/>
        </w:rPr>
        <w:t>Disclose the AI nature of the interaction</w:t>
      </w:r>
      <w:r>
        <w:t>: users are told clearly that they are interacting with an AI system and how to reach a human, in accordance with the transparency requirements in Section 8.2.</w:t>
      </w:r>
    </w:p>
    <w:p w14:paraId="272EEB28" w14:textId="77777777" w:rsidR="00E2764D" w:rsidRDefault="00F75996">
      <w:pPr>
        <w:pStyle w:val="ListBullet"/>
      </w:pPr>
      <w:r>
        <w:rPr>
          <w:b/>
        </w:rPr>
        <w:t>Provide an unconditional path to a human</w:t>
      </w:r>
      <w:r>
        <w:t>: escalation to a person is always available, is not hidden behind repeated attempts, and is triggered automatically by the conditions defined in Section 12.2.</w:t>
      </w:r>
    </w:p>
    <w:p w14:paraId="4E002C81" w14:textId="77777777" w:rsidR="00E2764D" w:rsidRDefault="00F75996">
      <w:pPr>
        <w:pStyle w:val="Heading1"/>
        <w:pageBreakBefore/>
      </w:pPr>
      <w:bookmarkStart w:id="54" w:name="_Toc241649722"/>
      <w:r>
        <w:lastRenderedPageBreak/>
        <w:t>10. Data Privacy and Protection</w:t>
      </w:r>
      <w:bookmarkEnd w:id="54"/>
    </w:p>
    <w:p w14:paraId="77B83BEF" w14:textId="77777777" w:rsidR="00E2764D" w:rsidRDefault="00F75996">
      <w:r>
        <w:t>Artificial intelligence changes the practical privacy exposure of data the organization already holds, because it makes that data reachable, summarizable, and inferable at a scale that previous access controls implicitly constrained. A document that was technically accessible but practically buried becomes instantly retrievable through a grounding index. Privacy work for AI is therefore less about new data and more about the consequences of removing friction from existing data, which is why classification and permission-aware retrieval carry so much weight in this framework.</w:t>
      </w:r>
    </w:p>
    <w:p w14:paraId="71E02F51" w14:textId="77777777" w:rsidR="00E2764D" w:rsidRDefault="00F75996">
      <w:pPr>
        <w:pStyle w:val="Heading2"/>
      </w:pPr>
      <w:bookmarkStart w:id="55" w:name="_Toc241649723"/>
      <w:r>
        <w:t>10.1 Privacy-by-Design Requirements</w:t>
      </w:r>
      <w:bookmarkEnd w:id="55"/>
    </w:p>
    <w:p w14:paraId="40841B0E" w14:textId="77777777" w:rsidR="00E2764D" w:rsidRDefault="00F75996">
      <w:r>
        <w:t>The requirements below apply to every AI system that touches personal data and are assessed at the privacy gate in Section 6.4. They are stated as design obligations rather than as review criteria, because privacy defects introduced into an architecture are expensive to remove later.</w:t>
      </w:r>
    </w:p>
    <w:p w14:paraId="270EBFD4" w14:textId="77777777" w:rsidR="00E2764D" w:rsidRDefault="00F75996">
      <w:pPr>
        <w:pStyle w:val="ListBullet"/>
      </w:pPr>
      <w:r>
        <w:rPr>
          <w:b/>
        </w:rPr>
        <w:t>Establish the lawful basis before the build</w:t>
      </w:r>
      <w:r>
        <w:t>: the purpose for processing personal data is documented and validated before development begins, and using data for AI because it is available is not a basis.</w:t>
      </w:r>
    </w:p>
    <w:p w14:paraId="7BE1F663" w14:textId="77777777" w:rsidR="00E2764D" w:rsidRDefault="00F75996">
      <w:pPr>
        <w:pStyle w:val="ListBullet"/>
      </w:pPr>
      <w:r>
        <w:rPr>
          <w:b/>
        </w:rPr>
        <w:t>Minimize by design</w:t>
      </w:r>
      <w:r>
        <w:t>: the system retrieves and processes the minimum personal data required for the task, and broad access to a data store is never a substitute for a scoped, purpose-built data product.</w:t>
      </w:r>
    </w:p>
    <w:p w14:paraId="26B63405" w14:textId="77777777" w:rsidR="00E2764D" w:rsidRDefault="00F75996">
      <w:pPr>
        <w:pStyle w:val="ListBullet"/>
      </w:pPr>
      <w:r>
        <w:rPr>
          <w:b/>
        </w:rPr>
        <w:t>Preserve permission at retrieval</w:t>
      </w:r>
      <w:r>
        <w:t>: grounding indexes carry the access control of the source content so that retrieval returns only what the requesting user is entitled to see.</w:t>
      </w:r>
    </w:p>
    <w:p w14:paraId="36F667A1" w14:textId="77777777" w:rsidR="00E2764D" w:rsidRDefault="00F75996">
      <w:pPr>
        <w:pStyle w:val="ListBullet"/>
      </w:pPr>
      <w:r>
        <w:rPr>
          <w:b/>
        </w:rPr>
        <w:t>Separate identity from analysis where possible</w:t>
      </w:r>
      <w:r>
        <w:t>: pseudonymize or tokenize personal identifiers in any workload that does not require them, particularly in evaluation sets and development environments.</w:t>
      </w:r>
    </w:p>
    <w:p w14:paraId="25F24DBA" w14:textId="77777777" w:rsidR="00E2764D" w:rsidRDefault="00F75996">
      <w:pPr>
        <w:pStyle w:val="ListBullet"/>
      </w:pPr>
      <w:r>
        <w:rPr>
          <w:b/>
        </w:rPr>
        <w:t>Complete an assessment for high-risk processing</w:t>
      </w:r>
      <w:r>
        <w:t>: a data protection impact assessment is required for every Tier 1 system and for any system processing special category data.</w:t>
      </w:r>
    </w:p>
    <w:p w14:paraId="5B9CA1EC" w14:textId="77777777" w:rsidR="00E2764D" w:rsidRDefault="00F75996">
      <w:pPr>
        <w:pStyle w:val="ListBullet"/>
      </w:pPr>
      <w:r>
        <w:rPr>
          <w:b/>
        </w:rPr>
        <w:t>Design for the exercise of individual rights</w:t>
      </w:r>
      <w:r>
        <w:t>: access, correction, deletion, and objection must be executable across prompts, logs, embeddings, and derived artifacts, not only in the source system.</w:t>
      </w:r>
    </w:p>
    <w:p w14:paraId="22FCD445" w14:textId="77777777" w:rsidR="00E2764D" w:rsidRDefault="00F75996">
      <w:pPr>
        <w:pStyle w:val="ListBullet"/>
      </w:pPr>
      <w:r>
        <w:rPr>
          <w:b/>
        </w:rPr>
        <w:t>Constrain secondary use</w:t>
      </w:r>
      <w:r>
        <w:t>: data collected through an AI interaction is used only for the disclosed purpose, and any use for model improvement is explicit, governed, and separately approved.</w:t>
      </w:r>
    </w:p>
    <w:p w14:paraId="5868265E" w14:textId="77777777" w:rsidR="00E2764D" w:rsidRDefault="00F75996">
      <w:pPr>
        <w:pStyle w:val="ListBullet"/>
      </w:pPr>
      <w:r>
        <w:rPr>
          <w:b/>
        </w:rPr>
        <w:t>Prohibit production personal data in development</w:t>
      </w:r>
      <w:r>
        <w:t>: development and test environments use masked or synthetic data, and any exception is time-bound, approved, and logged.</w:t>
      </w:r>
    </w:p>
    <w:p w14:paraId="2E94D30B" w14:textId="77777777" w:rsidR="00E2764D" w:rsidRDefault="00F75996">
      <w:pPr>
        <w:pStyle w:val="Heading2"/>
      </w:pPr>
      <w:bookmarkStart w:id="56" w:name="_Toc241649724"/>
      <w:r>
        <w:t>10.2 Sensitive Data Categories</w:t>
      </w:r>
      <w:bookmarkEnd w:id="56"/>
    </w:p>
    <w:p w14:paraId="1E71203E" w14:textId="77777777" w:rsidR="00E2764D" w:rsidRDefault="00F75996">
      <w:r>
        <w:t>Not all sensitive data carries the same obligations, and treating every category identically produces controls that are simultaneously too strict for routine data and too weak for the most regulated. The categories below should be mapped to the organization's own classification scheme and enforced through Microsoft Purview labelling rather than through team convention.</w:t>
      </w:r>
    </w:p>
    <w:p w14:paraId="74EEBCCB" w14:textId="77777777" w:rsidR="00E2764D" w:rsidRDefault="00F75996">
      <w:r>
        <w:rPr>
          <w:i/>
          <w:sz w:val="20"/>
        </w:rPr>
        <w:lastRenderedPageBreak/>
        <w:t>Table 10.2 - Sensitive data categories and their handling requirements in AI systems.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6B357B3E" w14:textId="77777777">
        <w:trPr>
          <w:tblHeader/>
        </w:trPr>
        <w:tc>
          <w:tcPr>
            <w:tcW w:w="3120" w:type="dxa"/>
            <w:shd w:val="clear" w:color="auto" w:fill="D5E8F0"/>
          </w:tcPr>
          <w:p w14:paraId="05CDA286" w14:textId="77777777" w:rsidR="00E2764D" w:rsidRDefault="00F75996">
            <w:r>
              <w:rPr>
                <w:b/>
                <w:sz w:val="20"/>
              </w:rPr>
              <w:t>Data Category</w:t>
            </w:r>
          </w:p>
        </w:tc>
        <w:tc>
          <w:tcPr>
            <w:tcW w:w="3120" w:type="dxa"/>
            <w:shd w:val="clear" w:color="auto" w:fill="D5E8F0"/>
          </w:tcPr>
          <w:p w14:paraId="3CE09C03" w14:textId="77777777" w:rsidR="00E2764D" w:rsidRDefault="00F75996">
            <w:r>
              <w:rPr>
                <w:b/>
                <w:sz w:val="20"/>
              </w:rPr>
              <w:t>Enterprise Examples</w:t>
            </w:r>
          </w:p>
        </w:tc>
        <w:tc>
          <w:tcPr>
            <w:tcW w:w="3120" w:type="dxa"/>
            <w:shd w:val="clear" w:color="auto" w:fill="D5E8F0"/>
          </w:tcPr>
          <w:p w14:paraId="0FCDF4D0" w14:textId="77777777" w:rsidR="00E2764D" w:rsidRDefault="00F75996">
            <w:r>
              <w:rPr>
                <w:b/>
                <w:sz w:val="20"/>
              </w:rPr>
              <w:t>Handling Requirement</w:t>
            </w:r>
          </w:p>
        </w:tc>
      </w:tr>
      <w:tr w:rsidR="00E2764D" w14:paraId="30358524" w14:textId="77777777">
        <w:tc>
          <w:tcPr>
            <w:tcW w:w="3120" w:type="dxa"/>
          </w:tcPr>
          <w:p w14:paraId="7DC5F5C0" w14:textId="77777777" w:rsidR="00E2764D" w:rsidRDefault="00F75996">
            <w:r>
              <w:rPr>
                <w:sz w:val="20"/>
              </w:rPr>
              <w:t>Directly identifying personal data</w:t>
            </w:r>
          </w:p>
        </w:tc>
        <w:tc>
          <w:tcPr>
            <w:tcW w:w="3120" w:type="dxa"/>
          </w:tcPr>
          <w:p w14:paraId="2E71CD3F" w14:textId="77777777" w:rsidR="00E2764D" w:rsidRDefault="00F75996">
            <w:r>
              <w:rPr>
                <w:sz w:val="20"/>
              </w:rPr>
              <w:t>Names, contact details, government identifiers, account numbers, and device identifiers</w:t>
            </w:r>
          </w:p>
        </w:tc>
        <w:tc>
          <w:tcPr>
            <w:tcW w:w="3120" w:type="dxa"/>
          </w:tcPr>
          <w:p w14:paraId="5EDBC586" w14:textId="77777777" w:rsidR="00E2764D" w:rsidRDefault="00F75996">
            <w:r>
              <w:rPr>
                <w:sz w:val="20"/>
              </w:rPr>
              <w:t>Minimize, classify, restrict retrieval by entitlement, exclude from evaluation sets, and honour deletion across all derived artifacts</w:t>
            </w:r>
          </w:p>
        </w:tc>
      </w:tr>
      <w:tr w:rsidR="00E2764D" w14:paraId="1E8F05F5" w14:textId="77777777">
        <w:tc>
          <w:tcPr>
            <w:tcW w:w="3120" w:type="dxa"/>
          </w:tcPr>
          <w:p w14:paraId="1041794B" w14:textId="77777777" w:rsidR="00E2764D" w:rsidRDefault="00F75996">
            <w:r>
              <w:rPr>
                <w:sz w:val="20"/>
              </w:rPr>
              <w:t>Special category personal data</w:t>
            </w:r>
          </w:p>
        </w:tc>
        <w:tc>
          <w:tcPr>
            <w:tcW w:w="3120" w:type="dxa"/>
          </w:tcPr>
          <w:p w14:paraId="3AD6E31A" w14:textId="77777777" w:rsidR="00E2764D" w:rsidRDefault="00F75996">
            <w:r>
              <w:rPr>
                <w:sz w:val="20"/>
              </w:rPr>
              <w:t>Health information, biometric data, and any data revealing protected characteristics</w:t>
            </w:r>
          </w:p>
        </w:tc>
        <w:tc>
          <w:tcPr>
            <w:tcW w:w="3120" w:type="dxa"/>
          </w:tcPr>
          <w:p w14:paraId="60D32067" w14:textId="77777777" w:rsidR="00E2764D" w:rsidRDefault="00F75996">
            <w:r>
              <w:rPr>
                <w:sz w:val="20"/>
              </w:rPr>
              <w:t>Elevated approval, Tier 1 treatment by default, explicit lawful basis, and prohibition from general-purpose grounding indexes</w:t>
            </w:r>
          </w:p>
        </w:tc>
      </w:tr>
      <w:tr w:rsidR="00E2764D" w14:paraId="76BC81E7" w14:textId="77777777">
        <w:tc>
          <w:tcPr>
            <w:tcW w:w="3120" w:type="dxa"/>
          </w:tcPr>
          <w:p w14:paraId="6FE4491D" w14:textId="77777777" w:rsidR="00E2764D" w:rsidRDefault="00F75996">
            <w:r>
              <w:rPr>
                <w:sz w:val="20"/>
              </w:rPr>
              <w:t>Financial and payment data</w:t>
            </w:r>
          </w:p>
        </w:tc>
        <w:tc>
          <w:tcPr>
            <w:tcW w:w="3120" w:type="dxa"/>
          </w:tcPr>
          <w:p w14:paraId="23D5D7D2" w14:textId="77777777" w:rsidR="00E2764D" w:rsidRDefault="00F75996">
            <w:r>
              <w:rPr>
                <w:sz w:val="20"/>
              </w:rPr>
              <w:t>Account balances, transaction history, payment instruments, and credit information</w:t>
            </w:r>
          </w:p>
        </w:tc>
        <w:tc>
          <w:tcPr>
            <w:tcW w:w="3120" w:type="dxa"/>
          </w:tcPr>
          <w:p w14:paraId="5DC5578C" w14:textId="77777777" w:rsidR="00E2764D" w:rsidRDefault="00F75996">
            <w:r>
              <w:rPr>
                <w:sz w:val="20"/>
              </w:rPr>
              <w:t>Tokenization where feasible, strict entitlement enforcement, prohibition from prompt logs, and retention aligned to financial record rules</w:t>
            </w:r>
          </w:p>
        </w:tc>
      </w:tr>
      <w:tr w:rsidR="00E2764D" w14:paraId="31EF5D64" w14:textId="77777777">
        <w:tc>
          <w:tcPr>
            <w:tcW w:w="3120" w:type="dxa"/>
          </w:tcPr>
          <w:p w14:paraId="38D07846" w14:textId="77777777" w:rsidR="00E2764D" w:rsidRDefault="00F75996">
            <w:r>
              <w:rPr>
                <w:sz w:val="20"/>
              </w:rPr>
              <w:t>Employee and human resources data</w:t>
            </w:r>
          </w:p>
        </w:tc>
        <w:tc>
          <w:tcPr>
            <w:tcW w:w="3120" w:type="dxa"/>
          </w:tcPr>
          <w:p w14:paraId="30A2EAED" w14:textId="77777777" w:rsidR="00E2764D" w:rsidRDefault="00F75996">
            <w:r>
              <w:rPr>
                <w:sz w:val="20"/>
              </w:rPr>
              <w:t>Performance records, compensation, disciplinary history, and recruitment materials</w:t>
            </w:r>
          </w:p>
        </w:tc>
        <w:tc>
          <w:tcPr>
            <w:tcW w:w="3120" w:type="dxa"/>
          </w:tcPr>
          <w:p w14:paraId="751B433C" w14:textId="77777777" w:rsidR="00E2764D" w:rsidRDefault="00F75996">
            <w:r>
              <w:rPr>
                <w:sz w:val="20"/>
              </w:rPr>
              <w:t>Segregated data products, access limited to the human resources entitlement model, and mandatory fairness testing for any decision support use</w:t>
            </w:r>
          </w:p>
        </w:tc>
      </w:tr>
      <w:tr w:rsidR="00E2764D" w14:paraId="39963D3B" w14:textId="77777777">
        <w:tc>
          <w:tcPr>
            <w:tcW w:w="3120" w:type="dxa"/>
          </w:tcPr>
          <w:p w14:paraId="46DEA443" w14:textId="77777777" w:rsidR="00E2764D" w:rsidRDefault="00F75996">
            <w:r>
              <w:rPr>
                <w:sz w:val="20"/>
              </w:rPr>
              <w:t>Confidential business information</w:t>
            </w:r>
          </w:p>
        </w:tc>
        <w:tc>
          <w:tcPr>
            <w:tcW w:w="3120" w:type="dxa"/>
          </w:tcPr>
          <w:p w14:paraId="66507D7F" w14:textId="77777777" w:rsidR="00E2764D" w:rsidRDefault="00F75996">
            <w:r>
              <w:rPr>
                <w:sz w:val="20"/>
              </w:rPr>
              <w:t>Contracts, pricing strategy, unreleased plans, litigation material, and privileged communications</w:t>
            </w:r>
          </w:p>
        </w:tc>
        <w:tc>
          <w:tcPr>
            <w:tcW w:w="3120" w:type="dxa"/>
          </w:tcPr>
          <w:p w14:paraId="38EB6534" w14:textId="77777777" w:rsidR="00E2764D" w:rsidRDefault="00F75996">
            <w:r>
              <w:rPr>
                <w:sz w:val="20"/>
              </w:rPr>
              <w:t>Exclusion from general grounding indexes, dedicated permission-scoped repositories, and prohibition from third-party AI services</w:t>
            </w:r>
          </w:p>
        </w:tc>
      </w:tr>
      <w:tr w:rsidR="00E2764D" w14:paraId="45FB6FB4" w14:textId="77777777">
        <w:tc>
          <w:tcPr>
            <w:tcW w:w="3120" w:type="dxa"/>
          </w:tcPr>
          <w:p w14:paraId="53B7C2E5" w14:textId="77777777" w:rsidR="00E2764D" w:rsidRDefault="00F75996">
            <w:r>
              <w:rPr>
                <w:sz w:val="20"/>
              </w:rPr>
              <w:t>Regulated records with statutory retention</w:t>
            </w:r>
          </w:p>
        </w:tc>
        <w:tc>
          <w:tcPr>
            <w:tcW w:w="3120" w:type="dxa"/>
          </w:tcPr>
          <w:p w14:paraId="4BBCA973" w14:textId="77777777" w:rsidR="00E2764D" w:rsidRDefault="00F75996">
            <w:r>
              <w:rPr>
                <w:sz w:val="20"/>
              </w:rPr>
              <w:t>Records subject to a defined retention or disposal obligation in the applicable jurisdiction</w:t>
            </w:r>
          </w:p>
        </w:tc>
        <w:tc>
          <w:tcPr>
            <w:tcW w:w="3120" w:type="dxa"/>
          </w:tcPr>
          <w:p w14:paraId="1FBD8DF3" w14:textId="77777777" w:rsidR="00E2764D" w:rsidRDefault="00F75996">
            <w:r>
              <w:rPr>
                <w:sz w:val="20"/>
              </w:rPr>
              <w:t>Retention configured to the statutory requirement rather than to platform defaults, with disposal evidenced and auditable</w:t>
            </w:r>
          </w:p>
        </w:tc>
      </w:tr>
    </w:tbl>
    <w:p w14:paraId="59F930B8" w14:textId="77777777" w:rsidR="00E2764D" w:rsidRDefault="00E2764D"/>
    <w:p w14:paraId="47CEE500" w14:textId="77777777" w:rsidR="00E2764D" w:rsidRDefault="00F75996">
      <w:pPr>
        <w:pStyle w:val="Heading2"/>
      </w:pPr>
      <w:bookmarkStart w:id="57" w:name="_Toc241649725"/>
      <w:r>
        <w:t>10.3 Data Residency, Retention and Deletion</w:t>
      </w:r>
      <w:bookmarkEnd w:id="57"/>
    </w:p>
    <w:p w14:paraId="673408E4" w14:textId="77777777" w:rsidR="00E2764D" w:rsidRDefault="00F75996">
      <w:r>
        <w:t>Artificial intelligence creates data categories that most retention schedules do not contemplate. Prompts contain whatever a user typed, including material they should not have supplied. Completions contain generated content that may restate personal data. Embeddings are derived from source content and can carry its sensitivity. Evaluation sets often contain real examples. Logs of agent actions constitute a record of decisions. Each of these must appear in the retention schedule explicitly, with a defined location, period, and disposal mechanism, or the organization will be unable to answer a deletion request or an examination accurately.</w:t>
      </w:r>
    </w:p>
    <w:p w14:paraId="5245EF24" w14:textId="77777777" w:rsidR="00E2764D" w:rsidRDefault="00F75996">
      <w:pPr>
        <w:pStyle w:val="ListBullet"/>
      </w:pPr>
      <w:r>
        <w:rPr>
          <w:b/>
        </w:rPr>
        <w:lastRenderedPageBreak/>
        <w:t>Set residency by deliberate decision</w:t>
      </w:r>
      <w:r>
        <w:t>: the Azure regions in which models, indexes, and data reside are chosen with legal input and enforced through Azure Policy, not inherited from whoever provisioned first.</w:t>
      </w:r>
    </w:p>
    <w:p w14:paraId="5FF40986" w14:textId="77777777" w:rsidR="00E2764D" w:rsidRDefault="00F75996">
      <w:pPr>
        <w:pStyle w:val="ListBullet"/>
      </w:pPr>
      <w:r>
        <w:rPr>
          <w:b/>
        </w:rPr>
        <w:t>Schedule prompt and completion retention explicitly</w:t>
      </w:r>
      <w:r>
        <w:t>: the period is set to the shortest that satisfies security investigation and regulatory needs, and the configuration is verified rather than assumed.</w:t>
      </w:r>
    </w:p>
    <w:p w14:paraId="301E4487" w14:textId="77777777" w:rsidR="00E2764D" w:rsidRDefault="00F75996">
      <w:pPr>
        <w:pStyle w:val="ListBullet"/>
      </w:pPr>
      <w:r>
        <w:rPr>
          <w:b/>
        </w:rPr>
        <w:t>Treat embeddings as derived personal data</w:t>
      </w:r>
      <w:r>
        <w:t>: embedding stores are included in classification, access control, retention, and deletion processes on the same basis as their source content.</w:t>
      </w:r>
    </w:p>
    <w:p w14:paraId="1437C9A2" w14:textId="77777777" w:rsidR="00E2764D" w:rsidRDefault="00F75996">
      <w:pPr>
        <w:pStyle w:val="ListBullet"/>
      </w:pPr>
      <w:r>
        <w:rPr>
          <w:b/>
        </w:rPr>
        <w:t>Include evaluation sets in the privacy perimeter</w:t>
      </w:r>
      <w:r>
        <w:t>: curated evaluation data containing real examples is classified, access-controlled, and refreshed so that it does not become an unmanaged archive.</w:t>
      </w:r>
    </w:p>
    <w:p w14:paraId="3B3F167B" w14:textId="77777777" w:rsidR="00E2764D" w:rsidRDefault="00F75996">
      <w:pPr>
        <w:pStyle w:val="ListBullet"/>
      </w:pPr>
      <w:r>
        <w:rPr>
          <w:b/>
        </w:rPr>
        <w:t>Retain agent action logs as decision records</w:t>
      </w:r>
      <w:r>
        <w:t>: logs that evidence what a system did and on whose authority are retained to the standard applied to other business decision records.</w:t>
      </w:r>
    </w:p>
    <w:p w14:paraId="7E4E4339" w14:textId="77777777" w:rsidR="00E2764D" w:rsidRDefault="00F75996">
      <w:pPr>
        <w:pStyle w:val="ListBullet"/>
      </w:pPr>
      <w:r>
        <w:rPr>
          <w:b/>
        </w:rPr>
        <w:t>Execute deletion across the full estate</w:t>
      </w:r>
      <w:r>
        <w:t>: a deletion request is propagated to source systems, grounding indexes, embedding stores, caches, prompt and completion logs, and backups on the defined schedule.</w:t>
      </w:r>
    </w:p>
    <w:p w14:paraId="1B75DA0B" w14:textId="77777777" w:rsidR="00E2764D" w:rsidRDefault="00F75996">
      <w:pPr>
        <w:pStyle w:val="ListBullet"/>
      </w:pPr>
      <w:r>
        <w:rPr>
          <w:b/>
        </w:rPr>
        <w:t>Evidence disposal</w:t>
      </w:r>
      <w:r>
        <w:t>: destruction is logged and auditable, because an unevidenced deletion cannot be demonstrated to a regulator or a data subject.</w:t>
      </w:r>
    </w:p>
    <w:p w14:paraId="133AA70C" w14:textId="77777777" w:rsidR="00E2764D" w:rsidRDefault="00F75996">
      <w:pPr>
        <w:pStyle w:val="ListBullet"/>
      </w:pPr>
      <w:r>
        <w:rPr>
          <w:b/>
        </w:rPr>
        <w:t>Reconcile retention annually</w:t>
      </w:r>
      <w:r>
        <w:t>: the schedule is reviewed against the current portfolio, because each new system introduces data classes that the previous review did not cover.</w:t>
      </w:r>
    </w:p>
    <w:p w14:paraId="4C274309" w14:textId="77777777" w:rsidR="00E2764D" w:rsidRDefault="00F75996">
      <w:pPr>
        <w:pStyle w:val="Heading1"/>
        <w:pageBreakBefore/>
      </w:pPr>
      <w:bookmarkStart w:id="58" w:name="_Toc241649726"/>
      <w:r>
        <w:lastRenderedPageBreak/>
        <w:t>11. Regulatory and Legal Compliance</w:t>
      </w:r>
      <w:bookmarkEnd w:id="58"/>
    </w:p>
    <w:p w14:paraId="19439BA5" w14:textId="77777777" w:rsidR="00E2764D" w:rsidRDefault="00F75996">
      <w:r>
        <w:t>The regulatory position of artificial intelligence is unsettled and moving, and an officer who waits for it to stabilize will wait indefinitely. The practical approach is to identify the regimes that already apply, recognize that most of them were not written for AI but bind it regardless, and build a control framework robust enough that new obligations become documentation exercises rather than re-engineering projects. This section maps the regimes that most commonly apply to a cross-industry enterprise operating in North America with European exposure, and every organization must validate the map against its own footprint with counsel.</w:t>
      </w:r>
    </w:p>
    <w:p w14:paraId="51B6C795" w14:textId="77777777" w:rsidR="00E2764D" w:rsidRDefault="00F75996">
      <w:pPr>
        <w:pStyle w:val="Heading2"/>
      </w:pPr>
      <w:bookmarkStart w:id="59" w:name="_Toc241649727"/>
      <w:r>
        <w:t>11.1 Applicable Regimes</w:t>
      </w:r>
      <w:bookmarkEnd w:id="59"/>
    </w:p>
    <w:p w14:paraId="6C137345" w14:textId="77777777" w:rsidR="00E2764D" w:rsidRDefault="00F75996">
      <w:r>
        <w:t>The regimes below are real and currently in force. Their applicability depends on where the organization operates, what data it processes, and what decisions its systems influence, and several apply only to specific sectors or activities. The table describes practical implications for AI systems rather than legal interpretation, which remains a matter for counsel under Section 11.5.</w:t>
      </w:r>
    </w:p>
    <w:p w14:paraId="413A1D98" w14:textId="77777777" w:rsidR="00E2764D" w:rsidRDefault="00F75996">
      <w:r>
        <w:rPr>
          <w:i/>
          <w:sz w:val="20"/>
        </w:rPr>
        <w:t>Table 11.1 - Regulatory regimes commonly applicable to enterprise AI and their practical implications.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710B95DB" w14:textId="77777777">
        <w:trPr>
          <w:tblHeader/>
        </w:trPr>
        <w:tc>
          <w:tcPr>
            <w:tcW w:w="3120" w:type="dxa"/>
            <w:shd w:val="clear" w:color="auto" w:fill="D5E8F0"/>
          </w:tcPr>
          <w:p w14:paraId="6D8E300D" w14:textId="77777777" w:rsidR="00E2764D" w:rsidRDefault="00F75996">
            <w:r>
              <w:rPr>
                <w:b/>
                <w:sz w:val="20"/>
              </w:rPr>
              <w:t>Regime / Authority</w:t>
            </w:r>
          </w:p>
        </w:tc>
        <w:tc>
          <w:tcPr>
            <w:tcW w:w="3120" w:type="dxa"/>
            <w:shd w:val="clear" w:color="auto" w:fill="D5E8F0"/>
          </w:tcPr>
          <w:p w14:paraId="02D648C7" w14:textId="77777777" w:rsidR="00E2764D" w:rsidRDefault="00F75996">
            <w:r>
              <w:rPr>
                <w:b/>
                <w:sz w:val="20"/>
              </w:rPr>
              <w:t>What It Covers</w:t>
            </w:r>
          </w:p>
        </w:tc>
        <w:tc>
          <w:tcPr>
            <w:tcW w:w="3120" w:type="dxa"/>
            <w:shd w:val="clear" w:color="auto" w:fill="D5E8F0"/>
          </w:tcPr>
          <w:p w14:paraId="71B2BD0D" w14:textId="77777777" w:rsidR="00E2764D" w:rsidRDefault="00F75996">
            <w:r>
              <w:rPr>
                <w:b/>
                <w:sz w:val="20"/>
              </w:rPr>
              <w:t>AI-Specific Implications</w:t>
            </w:r>
          </w:p>
        </w:tc>
      </w:tr>
      <w:tr w:rsidR="00E2764D" w14:paraId="0FDDB9A5" w14:textId="77777777">
        <w:tc>
          <w:tcPr>
            <w:tcW w:w="3120" w:type="dxa"/>
          </w:tcPr>
          <w:p w14:paraId="6480E652" w14:textId="77777777" w:rsidR="00E2764D" w:rsidRDefault="00F75996">
            <w:r>
              <w:rPr>
                <w:sz w:val="20"/>
              </w:rPr>
              <w:t>European Union Artificial Intelligence Act</w:t>
            </w:r>
          </w:p>
        </w:tc>
        <w:tc>
          <w:tcPr>
            <w:tcW w:w="3120" w:type="dxa"/>
          </w:tcPr>
          <w:p w14:paraId="4010CA0E" w14:textId="77777777" w:rsidR="00E2764D" w:rsidRDefault="00F75996">
            <w:r>
              <w:rPr>
                <w:sz w:val="20"/>
              </w:rPr>
              <w:t>A risk-based regime for AI systems placed on the market or used in the European Union, with tiered obligations and prohibited practices</w:t>
            </w:r>
          </w:p>
        </w:tc>
        <w:tc>
          <w:tcPr>
            <w:tcW w:w="3120" w:type="dxa"/>
          </w:tcPr>
          <w:p w14:paraId="5F245500" w14:textId="77777777" w:rsidR="00E2764D" w:rsidRDefault="00F75996">
            <w:r>
              <w:rPr>
                <w:sz w:val="20"/>
              </w:rPr>
              <w:t>Requires classification of each system by risk category, technical documentation, human oversight, transparency to affected persons, and post-market monitoring for higher-risk categories</w:t>
            </w:r>
          </w:p>
        </w:tc>
      </w:tr>
      <w:tr w:rsidR="00E2764D" w14:paraId="4ED8E352" w14:textId="77777777">
        <w:tc>
          <w:tcPr>
            <w:tcW w:w="3120" w:type="dxa"/>
          </w:tcPr>
          <w:p w14:paraId="48279DD9" w14:textId="77777777" w:rsidR="00E2764D" w:rsidRDefault="00F75996">
            <w:r>
              <w:rPr>
                <w:sz w:val="20"/>
              </w:rPr>
              <w:t>European Union General Data Protection Regulation</w:t>
            </w:r>
          </w:p>
        </w:tc>
        <w:tc>
          <w:tcPr>
            <w:tcW w:w="3120" w:type="dxa"/>
          </w:tcPr>
          <w:p w14:paraId="32DF5C6F" w14:textId="77777777" w:rsidR="00E2764D" w:rsidRDefault="00F75996">
            <w:r>
              <w:rPr>
                <w:sz w:val="20"/>
              </w:rPr>
              <w:t>Processing of personal data of individuals in the European Union, including cross-border transfer and automated decision making</w:t>
            </w:r>
          </w:p>
        </w:tc>
        <w:tc>
          <w:tcPr>
            <w:tcW w:w="3120" w:type="dxa"/>
          </w:tcPr>
          <w:p w14:paraId="3DE9D68E" w14:textId="77777777" w:rsidR="00E2764D" w:rsidRDefault="00F75996">
            <w:r>
              <w:rPr>
                <w:sz w:val="20"/>
              </w:rPr>
              <w:t>Requires a lawful basis, data minimization, impact assessments for high-risk processing, and specific safeguards where decisions are made solely by automated means</w:t>
            </w:r>
          </w:p>
        </w:tc>
      </w:tr>
      <w:tr w:rsidR="00E2764D" w14:paraId="761630BE" w14:textId="77777777">
        <w:tc>
          <w:tcPr>
            <w:tcW w:w="3120" w:type="dxa"/>
          </w:tcPr>
          <w:p w14:paraId="7195A38B" w14:textId="77777777" w:rsidR="00E2764D" w:rsidRDefault="00F75996">
            <w:r>
              <w:rPr>
                <w:sz w:val="20"/>
              </w:rPr>
              <w:t>Canadian Personal Information Protection and Electronic Documents Act</w:t>
            </w:r>
          </w:p>
        </w:tc>
        <w:tc>
          <w:tcPr>
            <w:tcW w:w="3120" w:type="dxa"/>
          </w:tcPr>
          <w:p w14:paraId="14AFF4C6" w14:textId="77777777" w:rsidR="00E2764D" w:rsidRDefault="00F75996">
            <w:r>
              <w:rPr>
                <w:sz w:val="20"/>
              </w:rPr>
              <w:t>Collection, use, and disclosure of personal information by private-sector organizations in the course of commercial activity in Canada</w:t>
            </w:r>
          </w:p>
        </w:tc>
        <w:tc>
          <w:tcPr>
            <w:tcW w:w="3120" w:type="dxa"/>
          </w:tcPr>
          <w:p w14:paraId="3D4E0B59" w14:textId="77777777" w:rsidR="00E2764D" w:rsidRDefault="00F75996">
            <w:r>
              <w:rPr>
                <w:sz w:val="20"/>
              </w:rPr>
              <w:t>Consent and purpose limitation constrain the reuse of customer data for AI, and accountability obligations extend to service providers processing on the organization's behalf</w:t>
            </w:r>
          </w:p>
        </w:tc>
      </w:tr>
      <w:tr w:rsidR="00E2764D" w14:paraId="0A639A43" w14:textId="77777777">
        <w:tc>
          <w:tcPr>
            <w:tcW w:w="3120" w:type="dxa"/>
          </w:tcPr>
          <w:p w14:paraId="4C58D9F1" w14:textId="77777777" w:rsidR="00E2764D" w:rsidRDefault="00F75996">
            <w:r>
              <w:rPr>
                <w:sz w:val="20"/>
              </w:rPr>
              <w:t>Quebec Act respecting the protection of personal information in the private sector, as amended</w:t>
            </w:r>
          </w:p>
        </w:tc>
        <w:tc>
          <w:tcPr>
            <w:tcW w:w="3120" w:type="dxa"/>
          </w:tcPr>
          <w:p w14:paraId="07ADC234" w14:textId="77777777" w:rsidR="00E2764D" w:rsidRDefault="00F75996">
            <w:r>
              <w:rPr>
                <w:sz w:val="20"/>
              </w:rPr>
              <w:t xml:space="preserve">Personal information handling in Quebec, including provisions concerning decisions based exclusively on automated </w:t>
            </w:r>
            <w:r>
              <w:rPr>
                <w:sz w:val="20"/>
              </w:rPr>
              <w:lastRenderedPageBreak/>
              <w:t>processing</w:t>
            </w:r>
          </w:p>
        </w:tc>
        <w:tc>
          <w:tcPr>
            <w:tcW w:w="3120" w:type="dxa"/>
          </w:tcPr>
          <w:p w14:paraId="2FFFFB97" w14:textId="77777777" w:rsidR="00E2764D" w:rsidRDefault="00F75996">
            <w:r>
              <w:rPr>
                <w:sz w:val="20"/>
              </w:rPr>
              <w:lastRenderedPageBreak/>
              <w:t xml:space="preserve">Requires notice where a decision is made exclusively by automated processing and the ability for the individual to </w:t>
            </w:r>
            <w:r>
              <w:rPr>
                <w:sz w:val="20"/>
              </w:rPr>
              <w:lastRenderedPageBreak/>
              <w:t>submit observations and obtain review</w:t>
            </w:r>
          </w:p>
        </w:tc>
      </w:tr>
      <w:tr w:rsidR="00E2764D" w14:paraId="1ECB2928" w14:textId="77777777">
        <w:tc>
          <w:tcPr>
            <w:tcW w:w="3120" w:type="dxa"/>
          </w:tcPr>
          <w:p w14:paraId="2A21BDFB" w14:textId="77777777" w:rsidR="00E2764D" w:rsidRDefault="00F75996">
            <w:r>
              <w:rPr>
                <w:sz w:val="20"/>
              </w:rPr>
              <w:lastRenderedPageBreak/>
              <w:t>United States Federal Trade Commission Act prohibition on unfair or deceptive practices</w:t>
            </w:r>
          </w:p>
        </w:tc>
        <w:tc>
          <w:tcPr>
            <w:tcW w:w="3120" w:type="dxa"/>
          </w:tcPr>
          <w:p w14:paraId="6B81FE27" w14:textId="77777777" w:rsidR="00E2764D" w:rsidRDefault="00F75996">
            <w:r>
              <w:rPr>
                <w:sz w:val="20"/>
              </w:rPr>
              <w:t>Unfair or deceptive acts or practices in commerce, enforced federally across most commercial sectors</w:t>
            </w:r>
          </w:p>
        </w:tc>
        <w:tc>
          <w:tcPr>
            <w:tcW w:w="3120" w:type="dxa"/>
          </w:tcPr>
          <w:p w14:paraId="7500124E" w14:textId="77777777" w:rsidR="00E2764D" w:rsidRDefault="00F75996">
            <w:r>
              <w:rPr>
                <w:sz w:val="20"/>
              </w:rPr>
              <w:t>Claims about AI capability must be substantiated, undisclosed AI interaction can constitute deception, and unfair outcomes create exposure independent of intent</w:t>
            </w:r>
          </w:p>
        </w:tc>
      </w:tr>
      <w:tr w:rsidR="00E2764D" w14:paraId="109B81C7" w14:textId="77777777">
        <w:tc>
          <w:tcPr>
            <w:tcW w:w="3120" w:type="dxa"/>
          </w:tcPr>
          <w:p w14:paraId="72F6AFE1" w14:textId="77777777" w:rsidR="00E2764D" w:rsidRDefault="00F75996">
            <w:r>
              <w:rPr>
                <w:sz w:val="20"/>
              </w:rPr>
              <w:t>Equal employment and fair lending statutes and their enforcement guidance</w:t>
            </w:r>
          </w:p>
        </w:tc>
        <w:tc>
          <w:tcPr>
            <w:tcW w:w="3120" w:type="dxa"/>
          </w:tcPr>
          <w:p w14:paraId="7CC64E75" w14:textId="77777777" w:rsidR="00E2764D" w:rsidRDefault="00F75996">
            <w:r>
              <w:rPr>
                <w:sz w:val="20"/>
              </w:rPr>
              <w:t>Discrimination in employment, credit, housing, and access to services under federal and state law in the United States</w:t>
            </w:r>
          </w:p>
        </w:tc>
        <w:tc>
          <w:tcPr>
            <w:tcW w:w="3120" w:type="dxa"/>
          </w:tcPr>
          <w:p w14:paraId="5EBCEB4B" w14:textId="77777777" w:rsidR="00E2764D" w:rsidRDefault="00F75996">
            <w:r>
              <w:rPr>
                <w:sz w:val="20"/>
              </w:rPr>
              <w:t>Systems influencing these decisions require disparate impact testing, documented validation, and the ability to explain the basis of an adverse outcome</w:t>
            </w:r>
          </w:p>
        </w:tc>
      </w:tr>
      <w:tr w:rsidR="00E2764D" w14:paraId="2385CE39" w14:textId="77777777">
        <w:tc>
          <w:tcPr>
            <w:tcW w:w="3120" w:type="dxa"/>
          </w:tcPr>
          <w:p w14:paraId="38CE677D" w14:textId="77777777" w:rsidR="00E2764D" w:rsidRDefault="00F75996">
            <w:r>
              <w:rPr>
                <w:sz w:val="20"/>
              </w:rPr>
              <w:t>New York City automated employment decision tool ordinance</w:t>
            </w:r>
          </w:p>
        </w:tc>
        <w:tc>
          <w:tcPr>
            <w:tcW w:w="3120" w:type="dxa"/>
          </w:tcPr>
          <w:p w14:paraId="61650917" w14:textId="77777777" w:rsidR="00E2764D" w:rsidRDefault="00F75996">
            <w:r>
              <w:rPr>
                <w:sz w:val="20"/>
              </w:rPr>
              <w:t>Automated tools used to substantially assist employment decisions for positions in New York City</w:t>
            </w:r>
          </w:p>
        </w:tc>
        <w:tc>
          <w:tcPr>
            <w:tcW w:w="3120" w:type="dxa"/>
          </w:tcPr>
          <w:p w14:paraId="7C1A99A8" w14:textId="77777777" w:rsidR="00E2764D" w:rsidRDefault="00F75996">
            <w:r>
              <w:rPr>
                <w:sz w:val="20"/>
              </w:rPr>
              <w:t>Requires an independent bias audit, publication of audit results, and notice to candidates and employees before use</w:t>
            </w:r>
          </w:p>
        </w:tc>
      </w:tr>
      <w:tr w:rsidR="00E2764D" w14:paraId="1F00F100" w14:textId="77777777">
        <w:tc>
          <w:tcPr>
            <w:tcW w:w="3120" w:type="dxa"/>
          </w:tcPr>
          <w:p w14:paraId="5F4534DA" w14:textId="77777777" w:rsidR="00E2764D" w:rsidRDefault="00F75996">
            <w:r>
              <w:rPr>
                <w:sz w:val="20"/>
              </w:rPr>
              <w:t>Colorado consumer protections for artificial intelligence</w:t>
            </w:r>
          </w:p>
        </w:tc>
        <w:tc>
          <w:tcPr>
            <w:tcW w:w="3120" w:type="dxa"/>
          </w:tcPr>
          <w:p w14:paraId="7D09685B" w14:textId="77777777" w:rsidR="00E2764D" w:rsidRDefault="00F75996">
            <w:r>
              <w:rPr>
                <w:sz w:val="20"/>
              </w:rPr>
              <w:t>Developers and deployers of AI systems making or substantially influencing consequential decisions affecting Colorado consumers</w:t>
            </w:r>
          </w:p>
        </w:tc>
        <w:tc>
          <w:tcPr>
            <w:tcW w:w="3120" w:type="dxa"/>
          </w:tcPr>
          <w:p w14:paraId="6CF5711A" w14:textId="77777777" w:rsidR="00E2764D" w:rsidRDefault="00F75996">
            <w:r>
              <w:rPr>
                <w:sz w:val="20"/>
              </w:rPr>
              <w:t>Imposes a duty of reasonable care, risk management programme obligations, impact assessments, and notice and appeal rights for adverse consequential decisions</w:t>
            </w:r>
          </w:p>
        </w:tc>
      </w:tr>
      <w:tr w:rsidR="00E2764D" w14:paraId="7AF5174E" w14:textId="77777777">
        <w:tc>
          <w:tcPr>
            <w:tcW w:w="3120" w:type="dxa"/>
          </w:tcPr>
          <w:p w14:paraId="022A5EE7" w14:textId="77777777" w:rsidR="00E2764D" w:rsidRDefault="00F75996">
            <w:r>
              <w:rPr>
                <w:sz w:val="20"/>
              </w:rPr>
              <w:t>Illinois Biometric Information Privacy Act</w:t>
            </w:r>
          </w:p>
        </w:tc>
        <w:tc>
          <w:tcPr>
            <w:tcW w:w="3120" w:type="dxa"/>
          </w:tcPr>
          <w:p w14:paraId="2E87657D" w14:textId="77777777" w:rsidR="00E2764D" w:rsidRDefault="00F75996">
            <w:r>
              <w:rPr>
                <w:sz w:val="20"/>
              </w:rPr>
              <w:t>Collection and handling of biometric identifiers including facial geometry and voiceprints in Illinois</w:t>
            </w:r>
          </w:p>
        </w:tc>
        <w:tc>
          <w:tcPr>
            <w:tcW w:w="3120" w:type="dxa"/>
          </w:tcPr>
          <w:p w14:paraId="1B4D2E47" w14:textId="77777777" w:rsidR="00E2764D" w:rsidRDefault="00F75996">
            <w:r>
              <w:rPr>
                <w:sz w:val="20"/>
              </w:rPr>
              <w:t>Requires informed written consent before biometric collection, which constrains voice, facial, and identity verification features and creates private-action exposure</w:t>
            </w:r>
          </w:p>
        </w:tc>
      </w:tr>
      <w:tr w:rsidR="00E2764D" w14:paraId="560BA279" w14:textId="77777777">
        <w:tc>
          <w:tcPr>
            <w:tcW w:w="3120" w:type="dxa"/>
          </w:tcPr>
          <w:p w14:paraId="278C1069" w14:textId="77777777" w:rsidR="00E2764D" w:rsidRDefault="00F75996">
            <w:r>
              <w:rPr>
                <w:sz w:val="20"/>
              </w:rPr>
              <w:t>Sectoral regimes including health, financial, and children's privacy rules</w:t>
            </w:r>
          </w:p>
        </w:tc>
        <w:tc>
          <w:tcPr>
            <w:tcW w:w="3120" w:type="dxa"/>
          </w:tcPr>
          <w:p w14:paraId="435E5666" w14:textId="77777777" w:rsidR="00E2764D" w:rsidRDefault="00F75996">
            <w:r>
              <w:rPr>
                <w:sz w:val="20"/>
              </w:rPr>
              <w:t>Sector-specific obligations governing protected health information, financial records, and data relating to minors</w:t>
            </w:r>
          </w:p>
        </w:tc>
        <w:tc>
          <w:tcPr>
            <w:tcW w:w="3120" w:type="dxa"/>
          </w:tcPr>
          <w:p w14:paraId="1525611F" w14:textId="77777777" w:rsidR="00E2764D" w:rsidRDefault="00F75996">
            <w:r>
              <w:rPr>
                <w:sz w:val="20"/>
              </w:rPr>
              <w:t>Determines which data may reach an AI system at all, what vendor terms are required, and what audit and breach obligations attach to AI processing</w:t>
            </w:r>
          </w:p>
        </w:tc>
      </w:tr>
    </w:tbl>
    <w:p w14:paraId="1764EF59" w14:textId="77777777" w:rsidR="00E2764D" w:rsidRDefault="00E2764D"/>
    <w:p w14:paraId="163EF8AF" w14:textId="77777777" w:rsidR="00E2764D" w:rsidRDefault="00F75996">
      <w:pPr>
        <w:pStyle w:val="Heading2"/>
      </w:pPr>
      <w:bookmarkStart w:id="60" w:name="_Toc241649728"/>
      <w:r>
        <w:t>11.2 Practical Implications</w:t>
      </w:r>
      <w:bookmarkEnd w:id="60"/>
    </w:p>
    <w:p w14:paraId="08D712C4" w14:textId="77777777" w:rsidR="00E2764D" w:rsidRDefault="00F75996">
      <w:r>
        <w:t xml:space="preserve">Translating the table into operating requirements is where most compliance programmes succeed or fail. The requirements below are the common denominator across the regimes </w:t>
      </w:r>
      <w:r>
        <w:lastRenderedPageBreak/>
        <w:t>above and can be built once and relied upon broadly, which is considerably more efficient than building a separate response to each regime as it arrives.</w:t>
      </w:r>
    </w:p>
    <w:p w14:paraId="3DF79DBA" w14:textId="77777777" w:rsidR="00E2764D" w:rsidRDefault="00F75996">
      <w:pPr>
        <w:pStyle w:val="ListBullet"/>
      </w:pPr>
      <w:r>
        <w:rPr>
          <w:b/>
        </w:rPr>
        <w:t>Classify every system by consequence, not by technology</w:t>
      </w:r>
      <w:r>
        <w:t>: obligations attach to what a decision does to a person, so an inconspicuous model that influences eligibility carries more obligation than a sophisticated one that summarizes internal documents.</w:t>
      </w:r>
    </w:p>
    <w:p w14:paraId="5F6ACF12" w14:textId="77777777" w:rsidR="00E2764D" w:rsidRDefault="00F75996">
      <w:pPr>
        <w:pStyle w:val="ListBullet"/>
      </w:pPr>
      <w:r>
        <w:rPr>
          <w:b/>
        </w:rPr>
        <w:t>Maintain technical documentation continuously</w:t>
      </w:r>
      <w:r>
        <w:t>: intended purpose, data sources, training and evaluation approach, limitations, and oversight arrangements must exist for each system and be current, not reconstructed on request.</w:t>
      </w:r>
    </w:p>
    <w:p w14:paraId="1F96D1F6" w14:textId="77777777" w:rsidR="00E2764D" w:rsidRDefault="00F75996">
      <w:pPr>
        <w:pStyle w:val="ListBullet"/>
      </w:pPr>
      <w:r>
        <w:rPr>
          <w:b/>
        </w:rPr>
        <w:t>Disclose AI interaction plainly</w:t>
      </w:r>
      <w:r>
        <w:t>: users interacting with an AI system are told so in language they will understand, and the disclosure is retained as published so that its wording on any past date can be evidenced.</w:t>
      </w:r>
    </w:p>
    <w:p w14:paraId="78019DD6" w14:textId="77777777" w:rsidR="00E2764D" w:rsidRDefault="00F75996">
      <w:pPr>
        <w:pStyle w:val="ListBullet"/>
      </w:pPr>
      <w:r>
        <w:rPr>
          <w:b/>
        </w:rPr>
        <w:t>Test for disparate outcomes and record the result</w:t>
      </w:r>
      <w:r>
        <w:t>: any system influencing employment, credit, insurance, housing, or access to services is tested across cohorts before release and periodically thereafter, with remediation decisions documented.</w:t>
      </w:r>
    </w:p>
    <w:p w14:paraId="711101EA" w14:textId="77777777" w:rsidR="00E2764D" w:rsidRDefault="00F75996">
      <w:pPr>
        <w:pStyle w:val="ListBullet"/>
      </w:pPr>
      <w:r>
        <w:rPr>
          <w:b/>
        </w:rPr>
        <w:t>Preserve meaningful human review</w:t>
      </w:r>
      <w:r>
        <w:t>: where a decision materially affects a person, a competent human must be able to review the recommendation, access the underlying basis, and reach a different conclusion without procedural obstruction.</w:t>
      </w:r>
    </w:p>
    <w:p w14:paraId="348372DB" w14:textId="77777777" w:rsidR="00E2764D" w:rsidRDefault="00F75996">
      <w:pPr>
        <w:pStyle w:val="ListBullet"/>
      </w:pPr>
      <w:r>
        <w:rPr>
          <w:b/>
        </w:rPr>
        <w:t>Provide notice, explanation, and a route to challenge</w:t>
      </w:r>
      <w:r>
        <w:t>: affected individuals are told a system was involved, given a comprehensible reason for an adverse outcome, and offered an accessible path to human reconsideration.</w:t>
      </w:r>
    </w:p>
    <w:p w14:paraId="31DA1759" w14:textId="77777777" w:rsidR="00E2764D" w:rsidRDefault="00F75996">
      <w:pPr>
        <w:pStyle w:val="ListBullet"/>
      </w:pPr>
      <w:r>
        <w:rPr>
          <w:b/>
        </w:rPr>
        <w:t>Retain evidence to an examination standard</w:t>
      </w:r>
      <w:r>
        <w:t>: inventory records, impact assessments, evaluation results, approval decisions, and incident history are retained so that a regulator's request can be answered from existing records within days.</w:t>
      </w:r>
    </w:p>
    <w:p w14:paraId="16BE785E" w14:textId="77777777" w:rsidR="00E2764D" w:rsidRDefault="00F75996">
      <w:pPr>
        <w:pStyle w:val="Heading2"/>
      </w:pPr>
      <w:bookmarkStart w:id="61" w:name="_Toc241649729"/>
      <w:r>
        <w:t>11.3 Regulatory Applicability Mapping</w:t>
      </w:r>
      <w:bookmarkEnd w:id="61"/>
    </w:p>
    <w:p w14:paraId="241C691E" w14:textId="77777777" w:rsidR="00E2764D" w:rsidRDefault="00F75996">
      <w:r>
        <w:t>Each mandate in the priority portfolio carries a different regulatory profile, and mapping it explicitly prevents both over-control of low-exposure work and under-control of high-exposure work. This mapping is refreshed with counsel whenever a mandate's scope changes or a new regime takes effect.</w:t>
      </w:r>
    </w:p>
    <w:p w14:paraId="70F97BDD" w14:textId="77777777" w:rsidR="00E2764D" w:rsidRDefault="00F75996">
      <w:r>
        <w:rPr>
          <w:i/>
          <w:sz w:val="20"/>
        </w:rPr>
        <w:t>Table 11.3 - Regulatory profile of each mandate in the priority portfolio.</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544C62AA" w14:textId="77777777">
        <w:trPr>
          <w:tblHeader/>
        </w:trPr>
        <w:tc>
          <w:tcPr>
            <w:tcW w:w="3120" w:type="dxa"/>
            <w:shd w:val="clear" w:color="auto" w:fill="D5E8F0"/>
          </w:tcPr>
          <w:p w14:paraId="2E11B091" w14:textId="77777777" w:rsidR="00E2764D" w:rsidRDefault="00F75996">
            <w:r>
              <w:rPr>
                <w:b/>
                <w:sz w:val="20"/>
              </w:rPr>
              <w:t>Mandate</w:t>
            </w:r>
          </w:p>
        </w:tc>
        <w:tc>
          <w:tcPr>
            <w:tcW w:w="3120" w:type="dxa"/>
            <w:shd w:val="clear" w:color="auto" w:fill="D5E8F0"/>
          </w:tcPr>
          <w:p w14:paraId="77AF7813" w14:textId="77777777" w:rsidR="00E2764D" w:rsidRDefault="00F75996">
            <w:r>
              <w:rPr>
                <w:b/>
                <w:sz w:val="20"/>
              </w:rPr>
              <w:t>Primary Regimes</w:t>
            </w:r>
          </w:p>
        </w:tc>
        <w:tc>
          <w:tcPr>
            <w:tcW w:w="3120" w:type="dxa"/>
            <w:shd w:val="clear" w:color="auto" w:fill="D5E8F0"/>
          </w:tcPr>
          <w:p w14:paraId="219E6318" w14:textId="77777777" w:rsidR="00E2764D" w:rsidRDefault="00F75996">
            <w:r>
              <w:rPr>
                <w:b/>
                <w:sz w:val="20"/>
              </w:rPr>
              <w:t>Key Obligations</w:t>
            </w:r>
          </w:p>
        </w:tc>
      </w:tr>
      <w:tr w:rsidR="00E2764D" w14:paraId="30C19F7F" w14:textId="77777777">
        <w:tc>
          <w:tcPr>
            <w:tcW w:w="3120" w:type="dxa"/>
          </w:tcPr>
          <w:p w14:paraId="1171F086" w14:textId="77777777" w:rsidR="00E2764D" w:rsidRDefault="00F75996">
            <w:r>
              <w:rPr>
                <w:sz w:val="20"/>
              </w:rPr>
              <w:t>Enterprise AI Operating Model and Portfolio Governance</w:t>
            </w:r>
          </w:p>
        </w:tc>
        <w:tc>
          <w:tcPr>
            <w:tcW w:w="3120" w:type="dxa"/>
          </w:tcPr>
          <w:p w14:paraId="5B24F335" w14:textId="77777777" w:rsidR="00E2764D" w:rsidRDefault="00F75996">
            <w:r>
              <w:rPr>
                <w:sz w:val="20"/>
              </w:rPr>
              <w:t>European Union Artificial Intelligence Act governance provisions, Colorado consumer protections for artificial intelligence, and sectoral supervisory expectations</w:t>
            </w:r>
          </w:p>
        </w:tc>
        <w:tc>
          <w:tcPr>
            <w:tcW w:w="3120" w:type="dxa"/>
          </w:tcPr>
          <w:p w14:paraId="339330BD" w14:textId="77777777" w:rsidR="00E2764D" w:rsidRDefault="00F75996">
            <w:r>
              <w:rPr>
                <w:sz w:val="20"/>
              </w:rPr>
              <w:t>Maintain a complete system inventory with risk classification, evidence a risk management programme, and demonstrate named accountability and documented decisions</w:t>
            </w:r>
          </w:p>
        </w:tc>
      </w:tr>
      <w:tr w:rsidR="00E2764D" w14:paraId="2D7E39F6" w14:textId="77777777">
        <w:tc>
          <w:tcPr>
            <w:tcW w:w="3120" w:type="dxa"/>
          </w:tcPr>
          <w:p w14:paraId="0F10A701" w14:textId="77777777" w:rsidR="00E2764D" w:rsidRDefault="00F75996">
            <w:r>
              <w:rPr>
                <w:sz w:val="20"/>
              </w:rPr>
              <w:t>AI Risk, Assurance and Regulatory Readiness</w:t>
            </w:r>
          </w:p>
        </w:tc>
        <w:tc>
          <w:tcPr>
            <w:tcW w:w="3120" w:type="dxa"/>
          </w:tcPr>
          <w:p w14:paraId="0CE37901" w14:textId="77777777" w:rsidR="00E2764D" w:rsidRDefault="00F75996">
            <w:r>
              <w:rPr>
                <w:sz w:val="20"/>
              </w:rPr>
              <w:t>All regimes in Section 11.1, since this mandate exists to produce the evidence each of them requires</w:t>
            </w:r>
          </w:p>
        </w:tc>
        <w:tc>
          <w:tcPr>
            <w:tcW w:w="3120" w:type="dxa"/>
          </w:tcPr>
          <w:p w14:paraId="0DA5D237" w14:textId="77777777" w:rsidR="00E2764D" w:rsidRDefault="00F75996">
            <w:r>
              <w:rPr>
                <w:sz w:val="20"/>
              </w:rPr>
              <w:t xml:space="preserve">Produce impact assessments, bias audits where applicable, technical documentation, post-market monitoring records, and </w:t>
            </w:r>
            <w:r>
              <w:rPr>
                <w:sz w:val="20"/>
              </w:rPr>
              <w:lastRenderedPageBreak/>
              <w:t>an examination-ready evidence set</w:t>
            </w:r>
          </w:p>
        </w:tc>
      </w:tr>
      <w:tr w:rsidR="00E2764D" w14:paraId="2ADE18D7" w14:textId="77777777">
        <w:tc>
          <w:tcPr>
            <w:tcW w:w="3120" w:type="dxa"/>
          </w:tcPr>
          <w:p w14:paraId="5E824BC3" w14:textId="77777777" w:rsidR="00E2764D" w:rsidRDefault="00F75996">
            <w:r>
              <w:rPr>
                <w:sz w:val="20"/>
              </w:rPr>
              <w:lastRenderedPageBreak/>
              <w:t>AI Platform and Data Foundation on Azure</w:t>
            </w:r>
          </w:p>
        </w:tc>
        <w:tc>
          <w:tcPr>
            <w:tcW w:w="3120" w:type="dxa"/>
          </w:tcPr>
          <w:p w14:paraId="47A156EC" w14:textId="77777777" w:rsidR="00E2764D" w:rsidRDefault="00F75996">
            <w:r>
              <w:rPr>
                <w:sz w:val="20"/>
              </w:rPr>
              <w:t>General Data Protection Regulation, Canadian and provincial privacy legislation, Illinois Biometric Information Privacy Act, and sectoral data rules</w:t>
            </w:r>
          </w:p>
        </w:tc>
        <w:tc>
          <w:tcPr>
            <w:tcW w:w="3120" w:type="dxa"/>
          </w:tcPr>
          <w:p w14:paraId="139088D5" w14:textId="77777777" w:rsidR="00E2764D" w:rsidRDefault="00F75996">
            <w:r>
              <w:rPr>
                <w:sz w:val="20"/>
              </w:rPr>
              <w:t>Enforce lawful basis and minimization, control residency and cross-border transfer, preserve entitlement at retrieval, and execute deletion across derived artifacts</w:t>
            </w:r>
          </w:p>
        </w:tc>
      </w:tr>
    </w:tbl>
    <w:p w14:paraId="256BB232" w14:textId="77777777" w:rsidR="00E2764D" w:rsidRDefault="00E2764D"/>
    <w:p w14:paraId="2F9FE395" w14:textId="77777777" w:rsidR="00E2764D" w:rsidRDefault="00F75996">
      <w:pPr>
        <w:pStyle w:val="Heading2"/>
      </w:pPr>
      <w:bookmarkStart w:id="62" w:name="_Toc241649730"/>
      <w:r>
        <w:t>11.4 The CAIO's Personal Exposure and Attestation Duties</w:t>
      </w:r>
      <w:bookmarkEnd w:id="62"/>
    </w:p>
    <w:p w14:paraId="23EAA68B" w14:textId="77777777" w:rsidR="00E2764D" w:rsidRDefault="00F75996">
      <w:r>
        <w:t>As artificial intelligence becomes a named subject of supervisory attention, the officer increasingly signs things. Attestations may cover the completeness of the inventory, the operation of the control framework, the accuracy of statements made to regulators, and the adequacy of the organization's risk management programme. An officer who signs without an evidence base is exposed personally as well as institutionally, and the discipline below exists to ensure that every signature is supported by records the officer did not have to assemble in the week before signing.</w:t>
      </w:r>
    </w:p>
    <w:p w14:paraId="7C03ED0C" w14:textId="77777777" w:rsidR="00E2764D" w:rsidRDefault="00F75996">
      <w:pPr>
        <w:pStyle w:val="ListBullet"/>
      </w:pPr>
      <w:r>
        <w:rPr>
          <w:b/>
        </w:rPr>
        <w:t>Know exactly what is being signed</w:t>
      </w:r>
      <w:r>
        <w:t>: the officer reads each attestation as a statement of personal knowledge and confirms which records substantiate each assertion before signing.</w:t>
      </w:r>
    </w:p>
    <w:p w14:paraId="3DA9DB4C" w14:textId="77777777" w:rsidR="00E2764D" w:rsidRDefault="00F75996">
      <w:pPr>
        <w:pStyle w:val="ListBullet"/>
      </w:pPr>
      <w:r>
        <w:rPr>
          <w:b/>
        </w:rPr>
        <w:t>Never attest to completeness without reconciliation</w:t>
      </w:r>
      <w:r>
        <w:t>: inventory completeness claims are supported by reconciliation against procurement records, cloud consumption, and software asset data, not by asking teams to self-declare.</w:t>
      </w:r>
    </w:p>
    <w:p w14:paraId="384EC8DA" w14:textId="77777777" w:rsidR="00E2764D" w:rsidRDefault="00F75996">
      <w:pPr>
        <w:pStyle w:val="ListBullet"/>
      </w:pPr>
      <w:r>
        <w:rPr>
          <w:b/>
        </w:rPr>
        <w:t>Retain the evidence chain deliberately</w:t>
      </w:r>
      <w:r>
        <w:t>: assessments, evaluation reports, approvals, dissents, and incident records are retained in an organized, retrievable structure with a defined custodian.</w:t>
      </w:r>
    </w:p>
    <w:p w14:paraId="417C2FA8" w14:textId="77777777" w:rsidR="00E2764D" w:rsidRDefault="00F75996">
      <w:pPr>
        <w:pStyle w:val="ListBullet"/>
      </w:pPr>
      <w:r>
        <w:rPr>
          <w:b/>
        </w:rPr>
        <w:t>Record dissent and unresolved risk</w:t>
      </w:r>
      <w:r>
        <w:t>: where the officer signs despite an unremediated finding, the finding, the compensating control, and the accepting authority are recorded in the decision log described in Section 21.3.</w:t>
      </w:r>
    </w:p>
    <w:p w14:paraId="543D1F6A" w14:textId="77777777" w:rsidR="00E2764D" w:rsidRDefault="00F75996">
      <w:pPr>
        <w:pStyle w:val="ListBullet"/>
      </w:pPr>
      <w:r>
        <w:rPr>
          <w:b/>
        </w:rPr>
        <w:t>Escalate rather than qualify silently</w:t>
      </w:r>
      <w:r>
        <w:t>: an attestation the officer cannot support is escalated to the audit or risk committee before the deadline, not softened with language nobody will read.</w:t>
      </w:r>
    </w:p>
    <w:p w14:paraId="47EB081D" w14:textId="77777777" w:rsidR="00E2764D" w:rsidRDefault="00F75996">
      <w:pPr>
        <w:pStyle w:val="ListBullet"/>
      </w:pPr>
      <w:r>
        <w:rPr>
          <w:b/>
        </w:rPr>
        <w:t>Anticipate the examiner's request list</w:t>
      </w:r>
      <w:r>
        <w:t>: the officer should be able to produce the inventory, the tiering rationale, impact assessments, evaluation evidence, oversight records, and incident history on demand.</w:t>
      </w:r>
    </w:p>
    <w:p w14:paraId="1EA31BE0" w14:textId="77777777" w:rsidR="00E2764D" w:rsidRDefault="00F75996">
      <w:pPr>
        <w:pStyle w:val="ListBullet"/>
      </w:pPr>
      <w:r>
        <w:rPr>
          <w:b/>
        </w:rPr>
        <w:t>Confirm personal protections</w:t>
      </w:r>
      <w:r>
        <w:t>: the officer verifies the scope of directors and officers coverage, indemnification, and access to independent counsel before accepting attestation duties.</w:t>
      </w:r>
    </w:p>
    <w:p w14:paraId="727123F5" w14:textId="77777777" w:rsidR="00E2764D" w:rsidRDefault="00F75996">
      <w:pPr>
        <w:pStyle w:val="Heading2"/>
      </w:pPr>
      <w:bookmarkStart w:id="63" w:name="_Toc241649731"/>
      <w:r>
        <w:lastRenderedPageBreak/>
        <w:t>11.5 Legal Disclaimer</w:t>
      </w:r>
      <w:bookmarkEnd w:id="63"/>
    </w:p>
    <w:p w14:paraId="797D680F" w14:textId="77777777" w:rsidR="00E2764D" w:rsidRDefault="00F75996">
      <w:r>
        <w:t>This document is not legal advice and does not create a legal opinion on the applicability of any statute, regulation, ordinance, or supervisory expectation to the organization or to any system it operates. Regulatory obligations depend on jurisdiction, sector, corporate structure, the nature of the data processed, and the specific facts of each deployment, and the regimes described here are subject to amendment, delegated rulemaking, supervisory guidance, and judicial interpretation. The organization must obtain advice from qualified counsel on the applicability of any regime referenced in this playbook before relying on any statement made here, and counsel should validate the regulatory map in Section 11.1 at least annually and on any material change to the organization's operations or the applicable law.</w:t>
      </w:r>
    </w:p>
    <w:p w14:paraId="5B0E039B" w14:textId="77777777" w:rsidR="00E2764D" w:rsidRDefault="00F75996">
      <w:pPr>
        <w:pStyle w:val="Heading1"/>
        <w:pageBreakBefore/>
      </w:pPr>
      <w:bookmarkStart w:id="64" w:name="_Toc241649732"/>
      <w:r>
        <w:lastRenderedPageBreak/>
        <w:t>12. Human Oversight and Escalation</w:t>
      </w:r>
      <w:bookmarkEnd w:id="64"/>
    </w:p>
    <w:p w14:paraId="43AD2A66" w14:textId="77777777" w:rsidR="00E2764D" w:rsidRDefault="00F75996">
      <w:r>
        <w:t>Human oversight is the control most often claimed and least often designed. A system described as having a human in the loop frequently has a human presented with an AI recommendation, a default action of acceptance, a queue longer than the time available, and no practical ability to reconstruct the basis of the recommendation. That arrangement provides the appearance of oversight and none of the substance, and it will not withstand examination. Effective oversight requires that the reviewer has the information, the time, the competence, and the authority to reach a different answer, and that doing so is operationally normal rather than exceptional.</w:t>
      </w:r>
    </w:p>
    <w:p w14:paraId="654063C5" w14:textId="77777777" w:rsidR="00E2764D" w:rsidRDefault="00F75996">
      <w:pPr>
        <w:pStyle w:val="Heading2"/>
      </w:pPr>
      <w:bookmarkStart w:id="65" w:name="_Toc241649733"/>
      <w:r>
        <w:t>12.1 Human-in-the-Loop Framework by Risk Tier</w:t>
      </w:r>
      <w:bookmarkEnd w:id="65"/>
    </w:p>
    <w:p w14:paraId="724058CD" w14:textId="77777777" w:rsidR="00E2764D" w:rsidRDefault="00F75996">
      <w:r>
        <w:t>Oversight intensity is set by risk tier so that scrutiny is concentrated where consequence lies. The framework below is the minimum for each tier; individual systems may require more, and the requirement is recorded in the inventory field defined in Section 8.4.</w:t>
      </w:r>
    </w:p>
    <w:p w14:paraId="299BA151" w14:textId="77777777" w:rsidR="00E2764D" w:rsidRDefault="00F75996">
      <w:r>
        <w:rPr>
          <w:i/>
          <w:sz w:val="20"/>
        </w:rPr>
        <w:t>Table 12.1 - Required human involvement and permitted autonomy by risk tier.</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4E31AC15" w14:textId="77777777">
        <w:trPr>
          <w:tblHeader/>
        </w:trPr>
        <w:tc>
          <w:tcPr>
            <w:tcW w:w="2340" w:type="dxa"/>
            <w:shd w:val="clear" w:color="auto" w:fill="D5E8F0"/>
          </w:tcPr>
          <w:p w14:paraId="5288692E" w14:textId="77777777" w:rsidR="00E2764D" w:rsidRDefault="00F75996">
            <w:r>
              <w:rPr>
                <w:b/>
                <w:sz w:val="20"/>
              </w:rPr>
              <w:t>Risk Tier</w:t>
            </w:r>
          </w:p>
        </w:tc>
        <w:tc>
          <w:tcPr>
            <w:tcW w:w="2340" w:type="dxa"/>
            <w:shd w:val="clear" w:color="auto" w:fill="D5E8F0"/>
          </w:tcPr>
          <w:p w14:paraId="5637F1DC" w14:textId="77777777" w:rsidR="00E2764D" w:rsidRDefault="00F75996">
            <w:r>
              <w:rPr>
                <w:b/>
                <w:sz w:val="20"/>
              </w:rPr>
              <w:t>Required Human Involvement</w:t>
            </w:r>
          </w:p>
        </w:tc>
        <w:tc>
          <w:tcPr>
            <w:tcW w:w="2340" w:type="dxa"/>
            <w:shd w:val="clear" w:color="auto" w:fill="D5E8F0"/>
          </w:tcPr>
          <w:p w14:paraId="3B467132" w14:textId="77777777" w:rsidR="00E2764D" w:rsidRDefault="00F75996">
            <w:r>
              <w:rPr>
                <w:b/>
                <w:sz w:val="20"/>
              </w:rPr>
              <w:t>Permitted Autonomy</w:t>
            </w:r>
          </w:p>
        </w:tc>
        <w:tc>
          <w:tcPr>
            <w:tcW w:w="2340" w:type="dxa"/>
            <w:shd w:val="clear" w:color="auto" w:fill="D5E8F0"/>
          </w:tcPr>
          <w:p w14:paraId="187150B3" w14:textId="77777777" w:rsidR="00E2764D" w:rsidRDefault="00F75996">
            <w:r>
              <w:rPr>
                <w:b/>
                <w:sz w:val="20"/>
              </w:rPr>
              <w:t>Review Cadence</w:t>
            </w:r>
          </w:p>
        </w:tc>
      </w:tr>
      <w:tr w:rsidR="00E2764D" w14:paraId="2B844B7D" w14:textId="77777777">
        <w:tc>
          <w:tcPr>
            <w:tcW w:w="2340" w:type="dxa"/>
          </w:tcPr>
          <w:p w14:paraId="62A37F4A" w14:textId="77777777" w:rsidR="00E2764D" w:rsidRDefault="00F75996">
            <w:r>
              <w:rPr>
                <w:sz w:val="20"/>
              </w:rPr>
              <w:t>Tier 1 - High</w:t>
            </w:r>
          </w:p>
        </w:tc>
        <w:tc>
          <w:tcPr>
            <w:tcW w:w="2340" w:type="dxa"/>
          </w:tcPr>
          <w:p w14:paraId="355715AC" w14:textId="77777777" w:rsidR="00E2764D" w:rsidRDefault="00F75996">
            <w:r>
              <w:rPr>
                <w:sz w:val="20"/>
              </w:rPr>
              <w:t>A named, trained reviewer of record examines every consequential output before it takes effect, with access to the inputs, the retrieved sources, and the system's stated basis, and with recorded authority to reject</w:t>
            </w:r>
          </w:p>
        </w:tc>
        <w:tc>
          <w:tcPr>
            <w:tcW w:w="2340" w:type="dxa"/>
          </w:tcPr>
          <w:p w14:paraId="68E72E84" w14:textId="77777777" w:rsidR="00E2764D" w:rsidRDefault="00F75996">
            <w:r>
              <w:rPr>
                <w:sz w:val="20"/>
              </w:rPr>
              <w:t>The system may prepare, rank, recommend, and draft, but may not decide, disclose to an affected person, or execute an action that affects a person's rights or entitlements</w:t>
            </w:r>
          </w:p>
        </w:tc>
        <w:tc>
          <w:tcPr>
            <w:tcW w:w="2340" w:type="dxa"/>
          </w:tcPr>
          <w:p w14:paraId="07F05F4A" w14:textId="77777777" w:rsidR="00E2764D" w:rsidRDefault="00F75996">
            <w:r>
              <w:rPr>
                <w:sz w:val="20"/>
              </w:rPr>
              <w:t>Continuous sampling with formal quality review at least monthly and full revalidation quarterly</w:t>
            </w:r>
          </w:p>
        </w:tc>
      </w:tr>
      <w:tr w:rsidR="00E2764D" w14:paraId="2E357A63" w14:textId="77777777">
        <w:tc>
          <w:tcPr>
            <w:tcW w:w="2340" w:type="dxa"/>
          </w:tcPr>
          <w:p w14:paraId="0D50B755" w14:textId="77777777" w:rsidR="00E2764D" w:rsidRDefault="00F75996">
            <w:r>
              <w:rPr>
                <w:sz w:val="20"/>
              </w:rPr>
              <w:t>Tier 2 - Medium</w:t>
            </w:r>
          </w:p>
        </w:tc>
        <w:tc>
          <w:tcPr>
            <w:tcW w:w="2340" w:type="dxa"/>
          </w:tcPr>
          <w:p w14:paraId="6C95DED7" w14:textId="77777777" w:rsidR="00E2764D" w:rsidRDefault="00F75996">
            <w:r>
              <w:rPr>
                <w:sz w:val="20"/>
              </w:rPr>
              <w:t>A qualified human approves output before external release or before any change is written to a system of record, and may act on the recommendation without documenting a separate rationale</w:t>
            </w:r>
          </w:p>
        </w:tc>
        <w:tc>
          <w:tcPr>
            <w:tcW w:w="2340" w:type="dxa"/>
          </w:tcPr>
          <w:p w14:paraId="4C92C954" w14:textId="77777777" w:rsidR="00E2764D" w:rsidRDefault="00F75996">
            <w:r>
              <w:rPr>
                <w:sz w:val="20"/>
              </w:rPr>
              <w:t>The system may act autonomously on internal, reversible operations and may draft external material for approval, within enumerated bounds</w:t>
            </w:r>
          </w:p>
        </w:tc>
        <w:tc>
          <w:tcPr>
            <w:tcW w:w="2340" w:type="dxa"/>
          </w:tcPr>
          <w:p w14:paraId="364272A8" w14:textId="77777777" w:rsidR="00E2764D" w:rsidRDefault="00F75996">
            <w:r>
              <w:rPr>
                <w:sz w:val="20"/>
              </w:rPr>
              <w:t>Sampled quality review at least monthly and full revalidation semi-annually</w:t>
            </w:r>
          </w:p>
        </w:tc>
      </w:tr>
      <w:tr w:rsidR="00E2764D" w14:paraId="25066893" w14:textId="77777777">
        <w:tc>
          <w:tcPr>
            <w:tcW w:w="2340" w:type="dxa"/>
          </w:tcPr>
          <w:p w14:paraId="54A4FC42" w14:textId="77777777" w:rsidR="00E2764D" w:rsidRDefault="00F75996">
            <w:r>
              <w:rPr>
                <w:sz w:val="20"/>
              </w:rPr>
              <w:t>Tier 3 - Low</w:t>
            </w:r>
          </w:p>
        </w:tc>
        <w:tc>
          <w:tcPr>
            <w:tcW w:w="2340" w:type="dxa"/>
          </w:tcPr>
          <w:p w14:paraId="586E5714" w14:textId="77777777" w:rsidR="00E2764D" w:rsidRDefault="00F75996">
            <w:r>
              <w:rPr>
                <w:sz w:val="20"/>
              </w:rPr>
              <w:t xml:space="preserve">The requesting user reviews output before using it, supported by training on the system's limitations and on the prohibition against </w:t>
            </w:r>
            <w:r>
              <w:rPr>
                <w:sz w:val="20"/>
              </w:rPr>
              <w:lastRenderedPageBreak/>
              <w:t>external use without review</w:t>
            </w:r>
          </w:p>
        </w:tc>
        <w:tc>
          <w:tcPr>
            <w:tcW w:w="2340" w:type="dxa"/>
          </w:tcPr>
          <w:p w14:paraId="1C0F71B6" w14:textId="77777777" w:rsidR="00E2764D" w:rsidRDefault="00F75996">
            <w:r>
              <w:rPr>
                <w:sz w:val="20"/>
              </w:rPr>
              <w:lastRenderedPageBreak/>
              <w:t xml:space="preserve">The system may operate autonomously within its defined internal scope, with no path to a customer, a regulator, or a system </w:t>
            </w:r>
            <w:r>
              <w:rPr>
                <w:sz w:val="20"/>
              </w:rPr>
              <w:lastRenderedPageBreak/>
              <w:t>of record</w:t>
            </w:r>
          </w:p>
        </w:tc>
        <w:tc>
          <w:tcPr>
            <w:tcW w:w="2340" w:type="dxa"/>
          </w:tcPr>
          <w:p w14:paraId="178A059F" w14:textId="77777777" w:rsidR="00E2764D" w:rsidRDefault="00F75996">
            <w:r>
              <w:rPr>
                <w:sz w:val="20"/>
              </w:rPr>
              <w:lastRenderedPageBreak/>
              <w:t>Periodic sampling and annual review</w:t>
            </w:r>
          </w:p>
        </w:tc>
      </w:tr>
    </w:tbl>
    <w:p w14:paraId="01E691A5" w14:textId="77777777" w:rsidR="00E2764D" w:rsidRDefault="00E2764D"/>
    <w:p w14:paraId="056E09F0" w14:textId="77777777" w:rsidR="00E2764D" w:rsidRDefault="00F75996">
      <w:pPr>
        <w:pStyle w:val="Heading2"/>
      </w:pPr>
      <w:bookmarkStart w:id="66" w:name="_Toc241649734"/>
      <w:r>
        <w:t>12.2 Escalation Paths</w:t>
      </w:r>
      <w:bookmarkEnd w:id="66"/>
    </w:p>
    <w:p w14:paraId="697FE8FF" w14:textId="77777777" w:rsidR="00E2764D" w:rsidRDefault="00F75996">
      <w:r>
        <w:t>Escalation must be defined before it is needed, because the moment a system behaves unexpectedly is the worst moment to determine who should be told. The path below applies to any concern about an AI system's behavior, from an individual poor answer to a suspected systemic failure, and every step has a defined time expectation recorded in the operating procedure for each system.</w:t>
      </w:r>
    </w:p>
    <w:p w14:paraId="6B1A60EE" w14:textId="77777777" w:rsidR="00E2764D" w:rsidRDefault="00F75996">
      <w:pPr>
        <w:pStyle w:val="ListNumber"/>
      </w:pPr>
      <w:r>
        <w:t>Capture the concern at the point of use, with the frontline user or reviewer recording the input, the output, and the reason for concern through a mechanism available inside the tool itself rather than a separate process. (Frontline user or reviewer of record)</w:t>
      </w:r>
    </w:p>
    <w:p w14:paraId="6E05875D" w14:textId="77777777" w:rsidR="00E2764D" w:rsidRDefault="00F75996">
      <w:pPr>
        <w:pStyle w:val="ListNumber"/>
      </w:pPr>
      <w:r>
        <w:t>Triage within the operating team, where the technical owner determines whether the event is an isolated output quality issue, a systematic defect, a control failure, or a security event. (Technical owner)</w:t>
      </w:r>
    </w:p>
    <w:p w14:paraId="6526F331" w14:textId="77777777" w:rsidR="00E2764D" w:rsidRDefault="00F75996">
      <w:pPr>
        <w:pStyle w:val="ListNumber"/>
      </w:pPr>
      <w:r>
        <w:t>Apply the immediate protective action where consequence is possible, including suspending the affected capability, reverting to the manual fallback, or restricting the system to a narrower scope pending investigation. (Technical owner with the business owner)</w:t>
      </w:r>
    </w:p>
    <w:p w14:paraId="224C9B1C" w14:textId="77777777" w:rsidR="00E2764D" w:rsidRDefault="00F75996">
      <w:pPr>
        <w:pStyle w:val="ListNumber"/>
      </w:pPr>
      <w:r>
        <w:t>Notify the Chief AI Officer for any event affecting a Tier 1 system, any event with a path to a customer or a regulator, and any suspected control failure, without waiting for investigation to conclude. (Technical owner)</w:t>
      </w:r>
    </w:p>
    <w:p w14:paraId="6FE741C2" w14:textId="77777777" w:rsidR="00E2764D" w:rsidRDefault="00F75996">
      <w:pPr>
        <w:pStyle w:val="ListNumber"/>
      </w:pPr>
      <w:r>
        <w:t>Classify the event under Section 13.1 and, where it meets the threshold, invoke the incident response procedure with security incident command. (Chief AI Officer with the Chief Information Security Officer)</w:t>
      </w:r>
    </w:p>
    <w:p w14:paraId="15D29F59" w14:textId="77777777" w:rsidR="00E2764D" w:rsidRDefault="00F75996">
      <w:pPr>
        <w:pStyle w:val="ListNumber"/>
      </w:pPr>
      <w:r>
        <w:t>Escalate to the AI Governance Council and, where the matter affects regulatory standing or the organization's stated risk appetite, to the executive committee and the audit or risk committee of the board. (Chief AI Officer)</w:t>
      </w:r>
    </w:p>
    <w:p w14:paraId="4C37D426" w14:textId="77777777" w:rsidR="00E2764D" w:rsidRDefault="00F75996">
      <w:pPr>
        <w:pStyle w:val="Heading2"/>
      </w:pPr>
      <w:bookmarkStart w:id="67" w:name="_Toc241649735"/>
      <w:r>
        <w:t>12.3 Reviewer of Record and Override Authority</w:t>
      </w:r>
      <w:bookmarkEnd w:id="67"/>
    </w:p>
    <w:p w14:paraId="14D2A633" w14:textId="77777777" w:rsidR="00E2764D" w:rsidRDefault="00F75996">
      <w:r>
        <w:t>For every Tier 1 system, one identified human is the reviewer of record for each consequential output. The role is individual and attributable: it cannot be held by a team, a shared account, or a rotating duty without named assignment. The reviewer's decision is the organization's decision, and the AI system's contribution is an input to it. This framing matters legally and operationally, because it locates accountability in a person who has the authority to disagree rather than in a process that produces a recommendation nobody owns.</w:t>
      </w:r>
    </w:p>
    <w:p w14:paraId="703EB7AF" w14:textId="77777777" w:rsidR="00E2764D" w:rsidRDefault="00F75996">
      <w:pPr>
        <w:pStyle w:val="ListBullet"/>
      </w:pPr>
      <w:r>
        <w:rPr>
          <w:b/>
        </w:rPr>
        <w:t>Enumerate human-only actions per system</w:t>
      </w:r>
      <w:r>
        <w:t>: each system's approval record lists the specific actions it may never take autonomously, and the list is enforced by permissions rather than by instruction.</w:t>
      </w:r>
    </w:p>
    <w:p w14:paraId="3119A784" w14:textId="77777777" w:rsidR="00E2764D" w:rsidRDefault="00F75996">
      <w:pPr>
        <w:pStyle w:val="ListBullet"/>
      </w:pPr>
      <w:r>
        <w:rPr>
          <w:b/>
        </w:rPr>
        <w:lastRenderedPageBreak/>
        <w:t>Give the reviewer the basis, not just the answer</w:t>
      </w:r>
      <w:r>
        <w:t>: the interface presents the inputs, the retrieved sources, the confidence or ranking where meaningful, and the system's stated reasoning, so that review is possible in practice.</w:t>
      </w:r>
    </w:p>
    <w:p w14:paraId="403C3F01" w14:textId="77777777" w:rsidR="00E2764D" w:rsidRDefault="00F75996">
      <w:pPr>
        <w:pStyle w:val="ListBullet"/>
      </w:pPr>
      <w:r>
        <w:rPr>
          <w:b/>
        </w:rPr>
        <w:t>Design against automation bias</w:t>
      </w:r>
      <w:r>
        <w:t>: interfaces avoid pre-selecting the AI recommendation as the default, and quality processes sample cases where the reviewer agreed as well as those where they disagreed.</w:t>
      </w:r>
    </w:p>
    <w:p w14:paraId="6249F136" w14:textId="77777777" w:rsidR="00E2764D" w:rsidRDefault="00F75996">
      <w:pPr>
        <w:pStyle w:val="ListBullet"/>
      </w:pPr>
      <w:r>
        <w:rPr>
          <w:b/>
        </w:rPr>
        <w:t>Allocate genuine review time</w:t>
      </w:r>
      <w:r>
        <w:t>: the operating model funds the time review requires, and a queue that cannot be reviewed within the available time is a control failure to be escalated, not absorbed.</w:t>
      </w:r>
    </w:p>
    <w:p w14:paraId="49B79B61" w14:textId="77777777" w:rsidR="00E2764D" w:rsidRDefault="00F75996">
      <w:pPr>
        <w:pStyle w:val="ListBullet"/>
      </w:pPr>
      <w:r>
        <w:rPr>
          <w:b/>
        </w:rPr>
        <w:t>Require competence and currency</w:t>
      </w:r>
      <w:r>
        <w:t>: reviewers are trained on the system's limitations and failure modes before receiving the entitlement, and the training is refreshed when the system materially changes.</w:t>
      </w:r>
    </w:p>
    <w:p w14:paraId="23D0AE42" w14:textId="77777777" w:rsidR="00E2764D" w:rsidRDefault="00F75996">
      <w:pPr>
        <w:pStyle w:val="ListBullet"/>
      </w:pPr>
      <w:r>
        <w:rPr>
          <w:b/>
        </w:rPr>
        <w:t>Protect and encourage override</w:t>
      </w:r>
      <w:r>
        <w:t>: overriding the system is expected and unremarkable, is never counted against a reviewer's performance, and an override rate that falls to near zero is investigated as a warning sign.</w:t>
      </w:r>
    </w:p>
    <w:p w14:paraId="17B9E189" w14:textId="77777777" w:rsidR="00E2764D" w:rsidRDefault="00F75996">
      <w:pPr>
        <w:pStyle w:val="ListBullet"/>
      </w:pPr>
      <w:r>
        <w:rPr>
          <w:b/>
        </w:rPr>
        <w:t>Attribute and retain every decision</w:t>
      </w:r>
      <w:r>
        <w:t>: each approval, amendment, and rejection is recorded against the named individual with a timestamp and, where required by tier, a brief rationale.</w:t>
      </w:r>
    </w:p>
    <w:p w14:paraId="510E0A27" w14:textId="77777777" w:rsidR="00E2764D" w:rsidRDefault="00F75996">
      <w:pPr>
        <w:pStyle w:val="ListBullet"/>
      </w:pPr>
      <w:r>
        <w:rPr>
          <w:b/>
        </w:rPr>
        <w:t>Provide an unconditional stop</w:t>
      </w:r>
      <w:r>
        <w:t>: any reviewer may halt their own use of a system and escalate under Section 12.2 without seeking permission first.</w:t>
      </w:r>
    </w:p>
    <w:p w14:paraId="22A85BA7" w14:textId="77777777" w:rsidR="00E2764D" w:rsidRDefault="00F75996">
      <w:pPr>
        <w:pStyle w:val="Heading1"/>
        <w:pageBreakBefore/>
      </w:pPr>
      <w:bookmarkStart w:id="68" w:name="_Toc241649736"/>
      <w:r>
        <w:lastRenderedPageBreak/>
        <w:t>13. Incident Response and Business Continuity</w:t>
      </w:r>
      <w:bookmarkEnd w:id="68"/>
    </w:p>
    <w:p w14:paraId="2FD0D535" w14:textId="77777777" w:rsidR="00E2764D" w:rsidRDefault="00F75996">
      <w:r>
        <w:t>AI incidents differ from conventional technology incidents in a way that changes how they must be handled. A conventional outage is visible: the system stops and everyone knows. An AI failure is frequently invisible: the system keeps running and produces confident, wrong output at scale, and the failure is discovered by a customer, a regulator, or a journalist rather than by a monitoring alert. Detection therefore depends on quality monitoring and on frontline reporting as much as on infrastructure telemetry, and response depends on the ability to stop a system quickly and to operate without it.</w:t>
      </w:r>
    </w:p>
    <w:p w14:paraId="79902D4A" w14:textId="77777777" w:rsidR="00E2764D" w:rsidRDefault="00F75996">
      <w:pPr>
        <w:pStyle w:val="Heading2"/>
      </w:pPr>
      <w:bookmarkStart w:id="69" w:name="_Toc241649737"/>
      <w:r>
        <w:t>13.1 AI Incident Classification</w:t>
      </w:r>
      <w:bookmarkEnd w:id="69"/>
    </w:p>
    <w:p w14:paraId="2B266453" w14:textId="77777777" w:rsidR="00E2764D" w:rsidRDefault="00F75996">
      <w:r>
        <w:t>Classification determines who is mobilized and how fast, and it must be applied by the person who detects the event rather than after analysis. The response targets below are indicative and should be set to match the organization's existing incident management standard rather than creating a parallel scheme.</w:t>
      </w:r>
    </w:p>
    <w:p w14:paraId="7AE3821D" w14:textId="77777777" w:rsidR="00E2764D" w:rsidRDefault="00F75996">
      <w:r>
        <w:rPr>
          <w:i/>
          <w:sz w:val="20"/>
        </w:rPr>
        <w:t>Table 13.1 - AI incident severity classification and response expectations.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7CC4E81A" w14:textId="77777777">
        <w:trPr>
          <w:tblHeader/>
        </w:trPr>
        <w:tc>
          <w:tcPr>
            <w:tcW w:w="2340" w:type="dxa"/>
            <w:shd w:val="clear" w:color="auto" w:fill="D5E8F0"/>
          </w:tcPr>
          <w:p w14:paraId="05039B0F" w14:textId="77777777" w:rsidR="00E2764D" w:rsidRDefault="00F75996">
            <w:r>
              <w:rPr>
                <w:b/>
                <w:sz w:val="20"/>
              </w:rPr>
              <w:t>Severity</w:t>
            </w:r>
          </w:p>
        </w:tc>
        <w:tc>
          <w:tcPr>
            <w:tcW w:w="2340" w:type="dxa"/>
            <w:shd w:val="clear" w:color="auto" w:fill="D5E8F0"/>
          </w:tcPr>
          <w:p w14:paraId="76604020" w14:textId="77777777" w:rsidR="00E2764D" w:rsidRDefault="00F75996">
            <w:r>
              <w:rPr>
                <w:b/>
                <w:sz w:val="20"/>
              </w:rPr>
              <w:t>Definition</w:t>
            </w:r>
          </w:p>
        </w:tc>
        <w:tc>
          <w:tcPr>
            <w:tcW w:w="2340" w:type="dxa"/>
            <w:shd w:val="clear" w:color="auto" w:fill="D5E8F0"/>
          </w:tcPr>
          <w:p w14:paraId="6588F5DF" w14:textId="77777777" w:rsidR="00E2764D" w:rsidRDefault="00F75996">
            <w:r>
              <w:rPr>
                <w:b/>
                <w:sz w:val="20"/>
              </w:rPr>
              <w:t>Enterprise Example</w:t>
            </w:r>
          </w:p>
        </w:tc>
        <w:tc>
          <w:tcPr>
            <w:tcW w:w="2340" w:type="dxa"/>
            <w:shd w:val="clear" w:color="auto" w:fill="D5E8F0"/>
          </w:tcPr>
          <w:p w14:paraId="524D5BBB" w14:textId="77777777" w:rsidR="00E2764D" w:rsidRDefault="00F75996">
            <w:r>
              <w:rPr>
                <w:b/>
                <w:sz w:val="20"/>
              </w:rPr>
              <w:t>Response Target</w:t>
            </w:r>
          </w:p>
        </w:tc>
      </w:tr>
      <w:tr w:rsidR="00E2764D" w14:paraId="675977D6" w14:textId="77777777">
        <w:tc>
          <w:tcPr>
            <w:tcW w:w="2340" w:type="dxa"/>
          </w:tcPr>
          <w:p w14:paraId="29091F1D" w14:textId="77777777" w:rsidR="00E2764D" w:rsidRDefault="00F75996">
            <w:r>
              <w:rPr>
                <w:sz w:val="20"/>
              </w:rPr>
              <w:t>SEV1</w:t>
            </w:r>
          </w:p>
        </w:tc>
        <w:tc>
          <w:tcPr>
            <w:tcW w:w="2340" w:type="dxa"/>
          </w:tcPr>
          <w:p w14:paraId="5DFB6424" w14:textId="77777777" w:rsidR="00E2764D" w:rsidRDefault="00F75996">
            <w:r>
              <w:rPr>
                <w:sz w:val="20"/>
              </w:rPr>
              <w:t>An AI system has caused or is causing material harm to a person, a regulatory breach, a significant data exposure, or reputational damage, or an autonomous system is taking unauthorized consequential actions</w:t>
            </w:r>
          </w:p>
        </w:tc>
        <w:tc>
          <w:tcPr>
            <w:tcW w:w="2340" w:type="dxa"/>
          </w:tcPr>
          <w:p w14:paraId="103D934C" w14:textId="77777777" w:rsidR="00E2764D" w:rsidRDefault="00F75996">
            <w:r>
              <w:rPr>
                <w:sz w:val="20"/>
              </w:rPr>
              <w:t>A customer-facing system disclosing another customer's personal information, or an agent executing unauthorized changes in a system of record</w:t>
            </w:r>
          </w:p>
        </w:tc>
        <w:tc>
          <w:tcPr>
            <w:tcW w:w="2340" w:type="dxa"/>
          </w:tcPr>
          <w:p w14:paraId="25487266" w14:textId="77777777" w:rsidR="00E2764D" w:rsidRDefault="00F75996">
            <w:r>
              <w:rPr>
                <w:sz w:val="20"/>
              </w:rPr>
              <w:t>Immediate mobilization, suspension of the affected system, executive and board notification within the same business day</w:t>
            </w:r>
          </w:p>
        </w:tc>
      </w:tr>
      <w:tr w:rsidR="00E2764D" w14:paraId="3F22204D" w14:textId="77777777">
        <w:tc>
          <w:tcPr>
            <w:tcW w:w="2340" w:type="dxa"/>
          </w:tcPr>
          <w:p w14:paraId="6E574334" w14:textId="77777777" w:rsidR="00E2764D" w:rsidRDefault="00F75996">
            <w:r>
              <w:rPr>
                <w:sz w:val="20"/>
              </w:rPr>
              <w:t>SEV2</w:t>
            </w:r>
          </w:p>
        </w:tc>
        <w:tc>
          <w:tcPr>
            <w:tcW w:w="2340" w:type="dxa"/>
          </w:tcPr>
          <w:p w14:paraId="24BA0266" w14:textId="77777777" w:rsidR="00E2764D" w:rsidRDefault="00F75996">
            <w:r>
              <w:rPr>
                <w:sz w:val="20"/>
              </w:rPr>
              <w:t>An AI system is producing systematically incorrect or unsafe output affecting multiple users or decisions, or a control has failed without confirmed harm to date</w:t>
            </w:r>
          </w:p>
        </w:tc>
        <w:tc>
          <w:tcPr>
            <w:tcW w:w="2340" w:type="dxa"/>
          </w:tcPr>
          <w:p w14:paraId="0EFADB19" w14:textId="77777777" w:rsidR="00E2764D" w:rsidRDefault="00F75996">
            <w:r>
              <w:rPr>
                <w:sz w:val="20"/>
              </w:rPr>
              <w:t>A grounding index serving superseded policy content across an entire service function, or a failure of output content filtering</w:t>
            </w:r>
          </w:p>
        </w:tc>
        <w:tc>
          <w:tcPr>
            <w:tcW w:w="2340" w:type="dxa"/>
          </w:tcPr>
          <w:p w14:paraId="48B411F8" w14:textId="77777777" w:rsidR="00E2764D" w:rsidRDefault="00F75996">
            <w:r>
              <w:rPr>
                <w:sz w:val="20"/>
              </w:rPr>
              <w:t>Mobilization within hours, containment or restriction of scope, notification to the officer and the affected business owner</w:t>
            </w:r>
          </w:p>
        </w:tc>
      </w:tr>
      <w:tr w:rsidR="00E2764D" w14:paraId="14B6C11D" w14:textId="77777777">
        <w:tc>
          <w:tcPr>
            <w:tcW w:w="2340" w:type="dxa"/>
          </w:tcPr>
          <w:p w14:paraId="1B3DEF35" w14:textId="77777777" w:rsidR="00E2764D" w:rsidRDefault="00F75996">
            <w:r>
              <w:rPr>
                <w:sz w:val="20"/>
              </w:rPr>
              <w:t>SEV3</w:t>
            </w:r>
          </w:p>
        </w:tc>
        <w:tc>
          <w:tcPr>
            <w:tcW w:w="2340" w:type="dxa"/>
          </w:tcPr>
          <w:p w14:paraId="320E97CD" w14:textId="77777777" w:rsidR="00E2764D" w:rsidRDefault="00F75996">
            <w:r>
              <w:rPr>
                <w:sz w:val="20"/>
              </w:rPr>
              <w:t xml:space="preserve">A material defect affects a limited population or a single process, with a workaround available and no external </w:t>
            </w:r>
            <w:r>
              <w:rPr>
                <w:sz w:val="20"/>
              </w:rPr>
              <w:lastRenderedPageBreak/>
              <w:t>exposure</w:t>
            </w:r>
          </w:p>
        </w:tc>
        <w:tc>
          <w:tcPr>
            <w:tcW w:w="2340" w:type="dxa"/>
          </w:tcPr>
          <w:p w14:paraId="74E25B40" w14:textId="77777777" w:rsidR="00E2764D" w:rsidRDefault="00F75996">
            <w:r>
              <w:rPr>
                <w:sz w:val="20"/>
              </w:rPr>
              <w:lastRenderedPageBreak/>
              <w:t>Degraded extraction accuracy in a document processing workflow requiring additional manual verification</w:t>
            </w:r>
          </w:p>
        </w:tc>
        <w:tc>
          <w:tcPr>
            <w:tcW w:w="2340" w:type="dxa"/>
          </w:tcPr>
          <w:p w14:paraId="2AD3A6E7" w14:textId="77777777" w:rsidR="00E2764D" w:rsidRDefault="00F75996">
            <w:r>
              <w:rPr>
                <w:sz w:val="20"/>
              </w:rPr>
              <w:t>Same business day triage, remediation planned within the standard change cycle</w:t>
            </w:r>
          </w:p>
        </w:tc>
      </w:tr>
      <w:tr w:rsidR="00E2764D" w14:paraId="66E34D68" w14:textId="77777777">
        <w:tc>
          <w:tcPr>
            <w:tcW w:w="2340" w:type="dxa"/>
          </w:tcPr>
          <w:p w14:paraId="421B3D2B" w14:textId="77777777" w:rsidR="00E2764D" w:rsidRDefault="00F75996">
            <w:r>
              <w:rPr>
                <w:sz w:val="20"/>
              </w:rPr>
              <w:t>SEV4</w:t>
            </w:r>
          </w:p>
        </w:tc>
        <w:tc>
          <w:tcPr>
            <w:tcW w:w="2340" w:type="dxa"/>
          </w:tcPr>
          <w:p w14:paraId="2A0666FA" w14:textId="77777777" w:rsidR="00E2764D" w:rsidRDefault="00F75996">
            <w:r>
              <w:rPr>
                <w:sz w:val="20"/>
              </w:rPr>
              <w:t>A minor quality issue, an isolated poor output, or a cosmetic defect with no consequence beyond user inconvenience</w:t>
            </w:r>
          </w:p>
        </w:tc>
        <w:tc>
          <w:tcPr>
            <w:tcW w:w="2340" w:type="dxa"/>
          </w:tcPr>
          <w:p w14:paraId="52A93BD1" w14:textId="77777777" w:rsidR="00E2764D" w:rsidRDefault="00F75996">
            <w:r>
              <w:rPr>
                <w:sz w:val="20"/>
              </w:rPr>
              <w:t>An individual summary that omitted a detail a user considered relevant, reported through the in-tool feedback mechanism</w:t>
            </w:r>
          </w:p>
        </w:tc>
        <w:tc>
          <w:tcPr>
            <w:tcW w:w="2340" w:type="dxa"/>
          </w:tcPr>
          <w:p w14:paraId="4168A734" w14:textId="77777777" w:rsidR="00E2764D" w:rsidRDefault="00F75996">
            <w:r>
              <w:rPr>
                <w:sz w:val="20"/>
              </w:rPr>
              <w:t>Logged, aggregated for trend analysis, and addressed in the normal improvement cycle</w:t>
            </w:r>
          </w:p>
        </w:tc>
      </w:tr>
    </w:tbl>
    <w:p w14:paraId="391D6E9E" w14:textId="77777777" w:rsidR="00E2764D" w:rsidRDefault="00E2764D"/>
    <w:p w14:paraId="39296317" w14:textId="77777777" w:rsidR="00E2764D" w:rsidRDefault="00F75996">
      <w:pPr>
        <w:pStyle w:val="Heading2"/>
      </w:pPr>
      <w:bookmarkStart w:id="70" w:name="_Toc241649738"/>
      <w:r>
        <w:t>13.2 Response Procedure</w:t>
      </w:r>
      <w:bookmarkEnd w:id="70"/>
    </w:p>
    <w:p w14:paraId="03CB2BF9" w14:textId="77777777" w:rsidR="00E2764D" w:rsidRDefault="00F75996">
      <w:r>
        <w:t>The procedure below extends the organization's existing incident management process rather than replacing it. Incident command remains with security in accordance with Section 7.5; the officer supplies AI-specific judgment, decides on suspension, and owns communication to the governance bodies.</w:t>
      </w:r>
    </w:p>
    <w:p w14:paraId="24628EEE" w14:textId="77777777" w:rsidR="00E2764D" w:rsidRDefault="00F75996">
      <w:pPr>
        <w:pStyle w:val="ListNumber"/>
      </w:pPr>
      <w:r>
        <w:t>Detect and declare, from monitoring alerts, quality thresholds, frontline reports, or external notification, assigning a severity under Section 13.1 without waiting for full analysis. (Technical owner or security operations)</w:t>
      </w:r>
    </w:p>
    <w:p w14:paraId="7411FF06" w14:textId="77777777" w:rsidR="00E2764D" w:rsidRDefault="00F75996">
      <w:pPr>
        <w:pStyle w:val="ListNumber"/>
      </w:pPr>
      <w:r>
        <w:t>Mobilize the response team, bringing together security incident command, the technical owner, the business owner, and the Chief AI Officer, with legal and communications engaged for any SEV1. (Chief Information Security Officer)</w:t>
      </w:r>
    </w:p>
    <w:p w14:paraId="71717CB7" w14:textId="77777777" w:rsidR="00E2764D" w:rsidRDefault="00F75996">
      <w:pPr>
        <w:pStyle w:val="ListNumber"/>
      </w:pPr>
      <w:r>
        <w:t>Contain the exposure, by suspending the system, restricting its scope, disabling specific tools or actions, or reverting to a previous configuration, choosing containment over diagnosis where harm is possible. (Chief AI Officer with the technical owner)</w:t>
      </w:r>
    </w:p>
    <w:p w14:paraId="29CA7C48" w14:textId="77777777" w:rsidR="00E2764D" w:rsidRDefault="00F75996">
      <w:pPr>
        <w:pStyle w:val="ListNumber"/>
      </w:pPr>
      <w:r>
        <w:t>Activate the manual fallback so that the business process continues without the AI capability, and confirm that staff know the process is in force. (Business owner)</w:t>
      </w:r>
    </w:p>
    <w:p w14:paraId="580E9D1D" w14:textId="77777777" w:rsidR="00E2764D" w:rsidRDefault="00F75996">
      <w:pPr>
        <w:pStyle w:val="ListNumber"/>
      </w:pPr>
      <w:r>
        <w:t>Preserve evidence, capturing prompts, retrieved context, outputs, tool invocations, configuration, model versions, and logs before any remediation alters them. (Technical owner)</w:t>
      </w:r>
    </w:p>
    <w:p w14:paraId="43AE3BE6" w14:textId="77777777" w:rsidR="00E2764D" w:rsidRDefault="00F75996">
      <w:pPr>
        <w:pStyle w:val="ListNumber"/>
      </w:pPr>
      <w:r>
        <w:t>Assess impact and scope, determining which users, customers, records, and decisions were affected and over what period, and whether the effects are reversible. (Chief AI Officer with the business owner)</w:t>
      </w:r>
    </w:p>
    <w:p w14:paraId="0E3CC2A5" w14:textId="77777777" w:rsidR="00E2764D" w:rsidRDefault="00F75996">
      <w:pPr>
        <w:pStyle w:val="ListNumber"/>
      </w:pPr>
      <w:r>
        <w:t>Decide on notification, with the General Counsel determining regulatory and individual notification obligations and Communications owning any public statement, in accordance with Section 13.4. (General Counsel)</w:t>
      </w:r>
    </w:p>
    <w:p w14:paraId="4C03F07C" w14:textId="77777777" w:rsidR="00E2764D" w:rsidRDefault="00F75996">
      <w:pPr>
        <w:pStyle w:val="ListNumber"/>
      </w:pPr>
      <w:r>
        <w:t>Remediate, validate, and restore, correcting the defect, re-running the evaluation and red teaming gates, and returning the system to service only on an explicit decision by the officer or, for Tier 1 systems, the council. (Chief AI Officer)</w:t>
      </w:r>
    </w:p>
    <w:p w14:paraId="4E2D95E5" w14:textId="77777777" w:rsidR="00E2764D" w:rsidRDefault="00F75996">
      <w:pPr>
        <w:pStyle w:val="ListNumber"/>
      </w:pPr>
      <w:r>
        <w:t>Conduct a blameless post-incident review within a defined period, producing findings, control changes, inventory updates, and a report to the AI Governance Council under Section 8.3. (Chief AI Officer)</w:t>
      </w:r>
    </w:p>
    <w:p w14:paraId="45DC4BA8" w14:textId="77777777" w:rsidR="00E2764D" w:rsidRDefault="00F75996">
      <w:pPr>
        <w:pStyle w:val="Heading2"/>
      </w:pPr>
      <w:bookmarkStart w:id="71" w:name="_Toc241649739"/>
      <w:r>
        <w:lastRenderedPageBreak/>
        <w:t>13.3 Continuity, Fallback and Kill Switch</w:t>
      </w:r>
      <w:bookmarkEnd w:id="71"/>
    </w:p>
    <w:p w14:paraId="2F4F413A" w14:textId="77777777" w:rsidR="00E2764D" w:rsidRDefault="00F75996">
      <w:r>
        <w:t>Every AI system must be capable of being stopped quickly and completely, and the organization must be able to continue operating without it. Both requirements are frequently assumed rather than tested. A kill switch that has never been exercised is an assumption, and a manual fallback that existed before automation is not necessarily still available after the staff who performed it have been redeployed. Testing both is a mandatory step before go-live and a recurring obligation thereafter.</w:t>
      </w:r>
    </w:p>
    <w:p w14:paraId="0E8615B5" w14:textId="77777777" w:rsidR="00E2764D" w:rsidRDefault="00F75996">
      <w:pPr>
        <w:pStyle w:val="ListBullet"/>
      </w:pPr>
      <w:r>
        <w:rPr>
          <w:b/>
        </w:rPr>
        <w:t>Provide a single-action suspension</w:t>
      </w:r>
      <w:r>
        <w:t>: each system can be disabled by one documented action, executable by the officer or a defined on-call role at any hour without a code change or a deployment.</w:t>
      </w:r>
    </w:p>
    <w:p w14:paraId="48FB66BE" w14:textId="77777777" w:rsidR="00E2764D" w:rsidRDefault="00F75996">
      <w:pPr>
        <w:pStyle w:val="ListBullet"/>
      </w:pPr>
      <w:r>
        <w:rPr>
          <w:b/>
        </w:rPr>
        <w:t>Test the kill switch before go-live and periodically after</w:t>
      </w:r>
      <w:r>
        <w:t>: the suspension is exercised in production during the deployment sequence and re-tested on the cadence in Section 17.4, with the result recorded.</w:t>
      </w:r>
    </w:p>
    <w:p w14:paraId="6FA16462" w14:textId="77777777" w:rsidR="00E2764D" w:rsidRDefault="00F75996">
      <w:pPr>
        <w:pStyle w:val="ListBullet"/>
      </w:pPr>
      <w:r>
        <w:rPr>
          <w:b/>
        </w:rPr>
        <w:t>Document and maintain the manual fallback</w:t>
      </w:r>
      <w:r>
        <w:t>: the process for performing the work without the AI system is written, current, and known to the staff who would execute it, including where volumes exceed manual capacity.</w:t>
      </w:r>
    </w:p>
    <w:p w14:paraId="1D94E9E2" w14:textId="77777777" w:rsidR="00E2764D" w:rsidRDefault="00F75996">
      <w:pPr>
        <w:pStyle w:val="ListBullet"/>
      </w:pPr>
      <w:r>
        <w:rPr>
          <w:b/>
        </w:rPr>
        <w:t>Preserve the human capability the system replaced</w:t>
      </w:r>
      <w:r>
        <w:t>: where automation has reduced the pool of people able to perform the task, the continuity plan states explicitly how the work will be handled and for how long.</w:t>
      </w:r>
    </w:p>
    <w:p w14:paraId="74DD3454" w14:textId="77777777" w:rsidR="00E2764D" w:rsidRDefault="00F75996">
      <w:pPr>
        <w:pStyle w:val="ListBullet"/>
      </w:pPr>
      <w:r>
        <w:rPr>
          <w:b/>
        </w:rPr>
        <w:t>Define graceful degradation</w:t>
      </w:r>
      <w:r>
        <w:t>: systems restrict scope rather than fail unpredictably when a dependency such as retrieval, a safety filter, or an integration is unavailable, and never proceed without a required guardrail.</w:t>
      </w:r>
    </w:p>
    <w:p w14:paraId="652D6151" w14:textId="77777777" w:rsidR="00E2764D" w:rsidRDefault="00F75996">
      <w:pPr>
        <w:pStyle w:val="ListBullet"/>
      </w:pPr>
      <w:r>
        <w:rPr>
          <w:b/>
        </w:rPr>
        <w:t>Plan for provider and regional disruption</w:t>
      </w:r>
      <w:r>
        <w:t>: the continuity plan addresses model endpoint unavailability, quota exhaustion, and regional failure, with the failover approach agreed in advance rather than improvised.</w:t>
      </w:r>
    </w:p>
    <w:p w14:paraId="18FB425C" w14:textId="77777777" w:rsidR="00E2764D" w:rsidRDefault="00F75996">
      <w:pPr>
        <w:pStyle w:val="ListBullet"/>
      </w:pPr>
      <w:r>
        <w:rPr>
          <w:b/>
        </w:rPr>
        <w:t>Communicate suspension deliberately</w:t>
      </w:r>
      <w:r>
        <w:t>: when a system is suspended, affected users and, where relevant, customers are told what has changed and what to do instead, using pre-agreed messaging.</w:t>
      </w:r>
    </w:p>
    <w:p w14:paraId="7A2D8668" w14:textId="77777777" w:rsidR="00E2764D" w:rsidRDefault="00F75996">
      <w:pPr>
        <w:pStyle w:val="Heading2"/>
      </w:pPr>
      <w:bookmarkStart w:id="72" w:name="_Toc241649740"/>
      <w:r>
        <w:t>13.4 External Communication and Disclosure</w:t>
      </w:r>
      <w:bookmarkEnd w:id="72"/>
    </w:p>
    <w:p w14:paraId="3F8A2C75" w14:textId="77777777" w:rsidR="00E2764D" w:rsidRDefault="00F75996">
      <w:r>
        <w:t>Disclosure decisions are the point at which an AI incident becomes an organizational event. The officer's role is to supply an accurate technical account and to resist both minimization and overstatement; the decision on what is said, to whom, and when belongs to the General Counsel and Communications under Section 2.2. Establishing this before an incident prevents the most common failure, which is a well-intentioned technical explanation issued quickly and corrected publicly later.</w:t>
      </w:r>
    </w:p>
    <w:p w14:paraId="32D854E7" w14:textId="77777777" w:rsidR="00E2764D" w:rsidRDefault="00F75996">
      <w:pPr>
        <w:pStyle w:val="ListBullet"/>
      </w:pPr>
      <w:r>
        <w:rPr>
          <w:b/>
        </w:rPr>
        <w:t>Establish the single spokesperson in advance</w:t>
      </w:r>
      <w:r>
        <w:t>: no member of the delivery or platform team communicates externally about an incident, and this is stated in the incident procedure rather than assumed.</w:t>
      </w:r>
    </w:p>
    <w:p w14:paraId="303DF7F0" w14:textId="77777777" w:rsidR="00E2764D" w:rsidRDefault="00F75996">
      <w:pPr>
        <w:pStyle w:val="ListBullet"/>
      </w:pPr>
      <w:r>
        <w:rPr>
          <w:b/>
        </w:rPr>
        <w:lastRenderedPageBreak/>
        <w:t>Supply facts, not characterizations</w:t>
      </w:r>
      <w:r>
        <w:t>: the officer provides what the system did, for how long, to whom, and why, and avoids describing an event as minor or contained before analysis supports it.</w:t>
      </w:r>
    </w:p>
    <w:p w14:paraId="545D79BE" w14:textId="77777777" w:rsidR="00E2764D" w:rsidRDefault="00F75996">
      <w:pPr>
        <w:pStyle w:val="ListBullet"/>
      </w:pPr>
      <w:r>
        <w:rPr>
          <w:b/>
        </w:rPr>
        <w:t>Assess notification obligations promptly</w:t>
      </w:r>
      <w:r>
        <w:t>: the General Counsel evaluates regulatory, contractual, and individual notification duties across every applicable jurisdiction as soon as scope is understood.</w:t>
      </w:r>
    </w:p>
    <w:p w14:paraId="211459C6" w14:textId="77777777" w:rsidR="00E2764D" w:rsidRDefault="00F75996">
      <w:pPr>
        <w:pStyle w:val="ListBullet"/>
      </w:pPr>
      <w:r>
        <w:rPr>
          <w:b/>
        </w:rPr>
        <w:t>Prepare customer messaging in advance</w:t>
      </w:r>
      <w:r>
        <w:t>: template communications exist for the most likely incident types so that drafting occurs before the pressure of an actual event.</w:t>
      </w:r>
    </w:p>
    <w:p w14:paraId="24C4BC0D" w14:textId="77777777" w:rsidR="00E2764D" w:rsidRDefault="00F75996">
      <w:pPr>
        <w:pStyle w:val="ListBullet"/>
      </w:pPr>
      <w:r>
        <w:rPr>
          <w:b/>
        </w:rPr>
        <w:t>Coordinate with vendors under contract</w:t>
      </w:r>
      <w:r>
        <w:t>: where a third-party component is implicated, the notification and cooperation obligations secured under Section 14.2 are invoked immediately.</w:t>
      </w:r>
    </w:p>
    <w:p w14:paraId="2A6EFE43" w14:textId="77777777" w:rsidR="00E2764D" w:rsidRDefault="00F75996">
      <w:pPr>
        <w:pStyle w:val="ListBullet"/>
      </w:pPr>
      <w:r>
        <w:rPr>
          <w:b/>
        </w:rPr>
        <w:t>Record the disclosure decision</w:t>
      </w:r>
      <w:r>
        <w:t>: what was disclosed, to whom, when, and on whose authority is recorded in the decision log described in Section 21.3, including a decision not to disclose and its basis.</w:t>
      </w:r>
    </w:p>
    <w:p w14:paraId="7F1D2B60" w14:textId="77777777" w:rsidR="00E2764D" w:rsidRDefault="00F75996">
      <w:pPr>
        <w:pStyle w:val="Heading1"/>
        <w:pageBreakBefore/>
      </w:pPr>
      <w:bookmarkStart w:id="73" w:name="_Toc241649741"/>
      <w:r>
        <w:lastRenderedPageBreak/>
        <w:t>14. Vendor and Third-Party AI Risk Management</w:t>
      </w:r>
      <w:bookmarkEnd w:id="73"/>
    </w:p>
    <w:p w14:paraId="1D15F651" w14:textId="77777777" w:rsidR="00E2764D" w:rsidRDefault="00F75996">
      <w:r>
        <w:t>Most artificial intelligence in a large enterprise is not built by the enterprise. It arrives embedded in software already purchased, delivered as a feature in a platform upgrade, or acquired directly by a business unit. The officer's exposure is therefore concentrated in third-party AI, and the governance framework must reach it. A vendor's AI feature that processes the organization's data and influences its decisions is an AI system for every purpose in this playbook, including inventory, tiering, oversight, and incident response.</w:t>
      </w:r>
    </w:p>
    <w:p w14:paraId="6E973F64" w14:textId="77777777" w:rsidR="00E2764D" w:rsidRDefault="00F75996">
      <w:pPr>
        <w:pStyle w:val="Heading2"/>
      </w:pPr>
      <w:bookmarkStart w:id="74" w:name="_Toc241649742"/>
      <w:r>
        <w:t>14.1 Vendor Due-Diligence Checklist</w:t>
      </w:r>
      <w:bookmarkEnd w:id="74"/>
    </w:p>
    <w:p w14:paraId="3B67C17C" w14:textId="77777777" w:rsidR="00E2764D" w:rsidRDefault="00F75996">
      <w:r>
        <w:t>The questions below are asked of every vendor supplying AI capability, whether the capability is the product or a feature within it. Answers are retained as part of the evidence base described in Section 11.4, and an inability or unwillingness to answer is itself a finding.</w:t>
      </w:r>
    </w:p>
    <w:p w14:paraId="16768A17" w14:textId="77777777" w:rsidR="00E2764D" w:rsidRDefault="00F75996">
      <w:pPr>
        <w:pStyle w:val="ListNumber"/>
      </w:pPr>
      <w:r>
        <w:t>What models does the product use, who operates them, in which jurisdictions do they run, and how will the organization be notified when the model or its version changes?</w:t>
      </w:r>
    </w:p>
    <w:p w14:paraId="5C9C583D" w14:textId="77777777" w:rsidR="00E2764D" w:rsidRDefault="00F75996">
      <w:pPr>
        <w:pStyle w:val="ListNumber"/>
      </w:pPr>
      <w:r>
        <w:t>Is the organization's data used to train, fine-tune, or improve any model available to other customers, and how is that commitment enforced technically rather than contractually alone?</w:t>
      </w:r>
    </w:p>
    <w:p w14:paraId="74F20BBA" w14:textId="77777777" w:rsidR="00E2764D" w:rsidRDefault="00F75996">
      <w:pPr>
        <w:pStyle w:val="ListNumber"/>
      </w:pPr>
      <w:r>
        <w:t>Where is data stored and processed, what cross-border transfers occur, and what residency configuration options exist for the jurisdictions the organization operates in?</w:t>
      </w:r>
    </w:p>
    <w:p w14:paraId="04B8CA2C" w14:textId="77777777" w:rsidR="00E2764D" w:rsidRDefault="00F75996">
      <w:pPr>
        <w:pStyle w:val="ListNumber"/>
      </w:pPr>
      <w:r>
        <w:t>What retention applies to prompts, outputs, embeddings, and logs, what deletion capability exists, and how is deletion evidenced to the organization?</w:t>
      </w:r>
    </w:p>
    <w:p w14:paraId="4030A72B" w14:textId="77777777" w:rsidR="00E2764D" w:rsidRDefault="00F75996">
      <w:pPr>
        <w:pStyle w:val="ListNumber"/>
      </w:pPr>
      <w:r>
        <w:t>How does the product enforce the organization's own access permissions, and can it retrieve or expose content to a user who is not entitled to see it in the source system?</w:t>
      </w:r>
    </w:p>
    <w:p w14:paraId="2589E468" w14:textId="77777777" w:rsidR="00E2764D" w:rsidRDefault="00F75996">
      <w:pPr>
        <w:pStyle w:val="ListNumber"/>
      </w:pPr>
      <w:r>
        <w:t>What guardrails, content safety controls, and groundedness measures are applied, and can the organization configure, inspect, or supplement them?</w:t>
      </w:r>
    </w:p>
    <w:p w14:paraId="360C1DB5" w14:textId="77777777" w:rsidR="00E2764D" w:rsidRDefault="00F75996">
      <w:pPr>
        <w:pStyle w:val="ListNumber"/>
      </w:pPr>
      <w:r>
        <w:t>What evaluation, bias testing, and red teaming has the vendor performed, and will the results and methodology be provided under the agreement?</w:t>
      </w:r>
    </w:p>
    <w:p w14:paraId="09DC7DE0" w14:textId="77777777" w:rsidR="00E2764D" w:rsidRDefault="00F75996">
      <w:pPr>
        <w:pStyle w:val="ListNumber"/>
      </w:pPr>
      <w:r>
        <w:t>What independent assurance exists, including security certifications, audit reports, and any AI management system certification, and how current is each?</w:t>
      </w:r>
    </w:p>
    <w:p w14:paraId="6AD5BB09" w14:textId="77777777" w:rsidR="00E2764D" w:rsidRDefault="00F75996">
      <w:pPr>
        <w:pStyle w:val="ListNumber"/>
      </w:pPr>
      <w:r>
        <w:t>What are the notification commitments for security incidents, AI-specific failures, material model changes, and regulatory inquiries affecting the organization's data?</w:t>
      </w:r>
    </w:p>
    <w:p w14:paraId="24753F1C" w14:textId="77777777" w:rsidR="00E2764D" w:rsidRDefault="00F75996">
      <w:pPr>
        <w:pStyle w:val="ListNumber"/>
      </w:pPr>
      <w:r>
        <w:t>What are the exit provisions, including data extraction format, deletion certification, transition assistance, and the portability of configuration, prompts, and evaluation assets?</w:t>
      </w:r>
    </w:p>
    <w:p w14:paraId="4102CBF2" w14:textId="77777777" w:rsidR="00E2764D" w:rsidRDefault="00F75996">
      <w:pPr>
        <w:pStyle w:val="Heading2"/>
      </w:pPr>
      <w:bookmarkStart w:id="75" w:name="_Toc241649743"/>
      <w:r>
        <w:t>14.2 Contract Clause Library</w:t>
      </w:r>
      <w:bookmarkEnd w:id="75"/>
    </w:p>
    <w:p w14:paraId="2356D44A" w14:textId="77777777" w:rsidR="00E2764D" w:rsidRDefault="00F75996">
      <w:r>
        <w:t>The clauses below are the minimum contractual protections sought for any agreement involving AI capability. Procurement and legal own the drafting and negotiation; the officer owns the technical substance of what each clause must secure and confirms that the executed terms actually achieve it.</w:t>
      </w:r>
    </w:p>
    <w:p w14:paraId="551AD866" w14:textId="77777777" w:rsidR="00E2764D" w:rsidRDefault="00F75996">
      <w:r>
        <w:rPr>
          <w:i/>
          <w:sz w:val="20"/>
        </w:rPr>
        <w:t>Table 14.2 - Minimum contractual protections for third-party AI.</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E2764D" w14:paraId="10B11E93" w14:textId="77777777">
        <w:trPr>
          <w:tblHeader/>
        </w:trPr>
        <w:tc>
          <w:tcPr>
            <w:tcW w:w="4680" w:type="dxa"/>
            <w:shd w:val="clear" w:color="auto" w:fill="D5E8F0"/>
          </w:tcPr>
          <w:p w14:paraId="01EC9FC5" w14:textId="77777777" w:rsidR="00E2764D" w:rsidRDefault="00F75996">
            <w:r>
              <w:rPr>
                <w:b/>
                <w:sz w:val="20"/>
              </w:rPr>
              <w:lastRenderedPageBreak/>
              <w:t>Clause</w:t>
            </w:r>
          </w:p>
        </w:tc>
        <w:tc>
          <w:tcPr>
            <w:tcW w:w="4680" w:type="dxa"/>
            <w:shd w:val="clear" w:color="auto" w:fill="D5E8F0"/>
          </w:tcPr>
          <w:p w14:paraId="6DB9EC74" w14:textId="77777777" w:rsidR="00E2764D" w:rsidRDefault="00F75996">
            <w:r>
              <w:rPr>
                <w:b/>
                <w:sz w:val="20"/>
              </w:rPr>
              <w:t>What It Must Secure</w:t>
            </w:r>
          </w:p>
        </w:tc>
      </w:tr>
      <w:tr w:rsidR="00E2764D" w14:paraId="627BEA40" w14:textId="77777777">
        <w:tc>
          <w:tcPr>
            <w:tcW w:w="4680" w:type="dxa"/>
          </w:tcPr>
          <w:p w14:paraId="75EE9E54" w14:textId="77777777" w:rsidR="00E2764D" w:rsidRDefault="00F75996">
            <w:r>
              <w:rPr>
                <w:sz w:val="20"/>
              </w:rPr>
              <w:t>Data use and training restriction</w:t>
            </w:r>
          </w:p>
        </w:tc>
        <w:tc>
          <w:tcPr>
            <w:tcW w:w="4680" w:type="dxa"/>
          </w:tcPr>
          <w:p w14:paraId="5E3CEDCE" w14:textId="77777777" w:rsidR="00E2764D" w:rsidRDefault="00F75996">
            <w:r>
              <w:rPr>
                <w:sz w:val="20"/>
              </w:rPr>
              <w:t>An express prohibition on using the organization's data, prompts, or outputs to train or improve models available to any other party, with a technical control the vendor will describe</w:t>
            </w:r>
          </w:p>
        </w:tc>
      </w:tr>
      <w:tr w:rsidR="00E2764D" w14:paraId="25C53E7D" w14:textId="77777777">
        <w:tc>
          <w:tcPr>
            <w:tcW w:w="4680" w:type="dxa"/>
          </w:tcPr>
          <w:p w14:paraId="46D6811A" w14:textId="77777777" w:rsidR="00E2764D" w:rsidRDefault="00F75996">
            <w:r>
              <w:rPr>
                <w:sz w:val="20"/>
              </w:rPr>
              <w:t>Residency and cross-border transfer</w:t>
            </w:r>
          </w:p>
        </w:tc>
        <w:tc>
          <w:tcPr>
            <w:tcW w:w="4680" w:type="dxa"/>
          </w:tcPr>
          <w:p w14:paraId="2E2392D8" w14:textId="77777777" w:rsidR="00E2764D" w:rsidRDefault="00F75996">
            <w:r>
              <w:rPr>
                <w:sz w:val="20"/>
              </w:rPr>
              <w:t>Commitment to specified processing and storage locations, notice before any change, and an approved mechanism for any transfer outside the agreed jurisdictions</w:t>
            </w:r>
          </w:p>
        </w:tc>
      </w:tr>
      <w:tr w:rsidR="00E2764D" w14:paraId="61BE44CD" w14:textId="77777777">
        <w:tc>
          <w:tcPr>
            <w:tcW w:w="4680" w:type="dxa"/>
          </w:tcPr>
          <w:p w14:paraId="1AFB08F8" w14:textId="77777777" w:rsidR="00E2764D" w:rsidRDefault="00F75996">
            <w:r>
              <w:rPr>
                <w:sz w:val="20"/>
              </w:rPr>
              <w:t>Retention, deletion, and return</w:t>
            </w:r>
          </w:p>
        </w:tc>
        <w:tc>
          <w:tcPr>
            <w:tcW w:w="4680" w:type="dxa"/>
          </w:tcPr>
          <w:p w14:paraId="2B93D77B" w14:textId="77777777" w:rsidR="00E2764D" w:rsidRDefault="00F75996">
            <w:r>
              <w:rPr>
                <w:sz w:val="20"/>
              </w:rPr>
              <w:t>Defined retention periods for prompts, outputs, embeddings, and logs, deletion on request and on termination, and certification that deletion occurred</w:t>
            </w:r>
          </w:p>
        </w:tc>
      </w:tr>
      <w:tr w:rsidR="00E2764D" w14:paraId="03DF6A16" w14:textId="77777777">
        <w:tc>
          <w:tcPr>
            <w:tcW w:w="4680" w:type="dxa"/>
          </w:tcPr>
          <w:p w14:paraId="5B625260" w14:textId="77777777" w:rsidR="00E2764D" w:rsidRDefault="00F75996">
            <w:r>
              <w:rPr>
                <w:sz w:val="20"/>
              </w:rPr>
              <w:t>Model change notification</w:t>
            </w:r>
          </w:p>
        </w:tc>
        <w:tc>
          <w:tcPr>
            <w:tcW w:w="4680" w:type="dxa"/>
          </w:tcPr>
          <w:p w14:paraId="65FF07E9" w14:textId="77777777" w:rsidR="00E2764D" w:rsidRDefault="00F75996">
            <w:r>
              <w:rPr>
                <w:sz w:val="20"/>
              </w:rPr>
              <w:t>Advance notice of model version changes, retirements, or material behavioral changes, with a defined period for the organization to re-evaluate before the change takes effect</w:t>
            </w:r>
          </w:p>
        </w:tc>
      </w:tr>
      <w:tr w:rsidR="00E2764D" w14:paraId="45A9E101" w14:textId="77777777">
        <w:tc>
          <w:tcPr>
            <w:tcW w:w="4680" w:type="dxa"/>
          </w:tcPr>
          <w:p w14:paraId="2CF58BCF" w14:textId="77777777" w:rsidR="00E2764D" w:rsidRDefault="00F75996">
            <w:r>
              <w:rPr>
                <w:sz w:val="20"/>
              </w:rPr>
              <w:t>Transparency and audit rights</w:t>
            </w:r>
          </w:p>
        </w:tc>
        <w:tc>
          <w:tcPr>
            <w:tcW w:w="4680" w:type="dxa"/>
          </w:tcPr>
          <w:p w14:paraId="6301586B" w14:textId="77777777" w:rsidR="00E2764D" w:rsidRDefault="00F75996">
            <w:r>
              <w:rPr>
                <w:sz w:val="20"/>
              </w:rPr>
              <w:t>Access to documentation, evaluation and bias testing results, security assurance reports, and the right to audit or to receive independent audit output</w:t>
            </w:r>
          </w:p>
        </w:tc>
      </w:tr>
      <w:tr w:rsidR="00E2764D" w14:paraId="46690230" w14:textId="77777777">
        <w:tc>
          <w:tcPr>
            <w:tcW w:w="4680" w:type="dxa"/>
          </w:tcPr>
          <w:p w14:paraId="2129BEEE" w14:textId="77777777" w:rsidR="00E2764D" w:rsidRDefault="00F75996">
            <w:r>
              <w:rPr>
                <w:sz w:val="20"/>
              </w:rPr>
              <w:t>Incident notification and cooperation</w:t>
            </w:r>
          </w:p>
        </w:tc>
        <w:tc>
          <w:tcPr>
            <w:tcW w:w="4680" w:type="dxa"/>
          </w:tcPr>
          <w:p w14:paraId="598E6296" w14:textId="77777777" w:rsidR="00E2764D" w:rsidRDefault="00F75996">
            <w:r>
              <w:rPr>
                <w:sz w:val="20"/>
              </w:rPr>
              <w:t>Defined notification timelines for security and AI-specific incidents, and an obligation to cooperate with the organization's investigation and regulatory response</w:t>
            </w:r>
          </w:p>
        </w:tc>
      </w:tr>
      <w:tr w:rsidR="00E2764D" w14:paraId="067A50FF" w14:textId="77777777">
        <w:tc>
          <w:tcPr>
            <w:tcW w:w="4680" w:type="dxa"/>
          </w:tcPr>
          <w:p w14:paraId="4585C248" w14:textId="77777777" w:rsidR="00E2764D" w:rsidRDefault="00F75996">
            <w:r>
              <w:rPr>
                <w:sz w:val="20"/>
              </w:rPr>
              <w:t>Liability, indemnity, and intellectual property</w:t>
            </w:r>
          </w:p>
        </w:tc>
        <w:tc>
          <w:tcPr>
            <w:tcW w:w="4680" w:type="dxa"/>
          </w:tcPr>
          <w:p w14:paraId="377B0BA4" w14:textId="77777777" w:rsidR="00E2764D" w:rsidRDefault="00F75996">
            <w:r>
              <w:rPr>
                <w:sz w:val="20"/>
              </w:rPr>
              <w:t>Allocation of liability for harm caused by the AI capability, indemnity for third-party intellectual property claims arising from generated output, and clarity on ownership of outputs</w:t>
            </w:r>
          </w:p>
        </w:tc>
      </w:tr>
      <w:tr w:rsidR="00E2764D" w14:paraId="445B477A" w14:textId="77777777">
        <w:tc>
          <w:tcPr>
            <w:tcW w:w="4680" w:type="dxa"/>
          </w:tcPr>
          <w:p w14:paraId="1D8205E1" w14:textId="77777777" w:rsidR="00E2764D" w:rsidRDefault="00F75996">
            <w:r>
              <w:rPr>
                <w:sz w:val="20"/>
              </w:rPr>
              <w:t>Exit, portability, and transition assistance</w:t>
            </w:r>
          </w:p>
        </w:tc>
        <w:tc>
          <w:tcPr>
            <w:tcW w:w="4680" w:type="dxa"/>
          </w:tcPr>
          <w:p w14:paraId="202847E8" w14:textId="77777777" w:rsidR="00E2764D" w:rsidRDefault="00F75996">
            <w:r>
              <w:rPr>
                <w:sz w:val="20"/>
              </w:rPr>
              <w:t>Extraction of data and configuration in a usable format, defined transition assistance, and continuation of service through a reasonable migration period</w:t>
            </w:r>
          </w:p>
        </w:tc>
      </w:tr>
    </w:tbl>
    <w:p w14:paraId="7CD1F5FF" w14:textId="77777777" w:rsidR="00E2764D" w:rsidRDefault="00E2764D"/>
    <w:p w14:paraId="1DD7404F" w14:textId="77777777" w:rsidR="00E2764D" w:rsidRDefault="00F75996">
      <w:pPr>
        <w:pStyle w:val="Heading2"/>
      </w:pPr>
      <w:bookmarkStart w:id="76" w:name="_Toc241649744"/>
      <w:r>
        <w:t>14.3 Ongoing Vendor Monitoring</w:t>
      </w:r>
      <w:bookmarkEnd w:id="76"/>
    </w:p>
    <w:p w14:paraId="65CAD629" w14:textId="77777777" w:rsidR="00E2764D" w:rsidRDefault="00F75996">
      <w:r>
        <w:t>Due diligence at purchase is a snapshot of a moving target. AI vendors change models, alter behavior, add features, and adjust terms far more frequently than traditional software suppliers, and a product assessed as low risk can acquire a consequential capability in a routine update. Monitoring is therefore continuous and proportionate to tier.</w:t>
      </w:r>
    </w:p>
    <w:p w14:paraId="3186DD54" w14:textId="77777777" w:rsidR="00E2764D" w:rsidRDefault="00F75996">
      <w:pPr>
        <w:pStyle w:val="ListBullet"/>
      </w:pPr>
      <w:r>
        <w:rPr>
          <w:b/>
        </w:rPr>
        <w:lastRenderedPageBreak/>
        <w:t>Reassess on model change</w:t>
      </w:r>
      <w:r>
        <w:t>: a notified model change triggers re-evaluation against the organization's own evaluation set before the change is accepted into production use.</w:t>
      </w:r>
    </w:p>
    <w:p w14:paraId="1DE5B1B7" w14:textId="77777777" w:rsidR="00E2764D" w:rsidRDefault="00F75996">
      <w:pPr>
        <w:pStyle w:val="ListBullet"/>
      </w:pPr>
      <w:r>
        <w:rPr>
          <w:b/>
        </w:rPr>
        <w:t>Monitor feature releases for new AI capability</w:t>
      </w:r>
      <w:r>
        <w:t>: product updates are reviewed for AI features enabled by default, which are treated as new systems requiring inventory registration and tiering.</w:t>
      </w:r>
    </w:p>
    <w:p w14:paraId="0FDF76ED" w14:textId="77777777" w:rsidR="00E2764D" w:rsidRDefault="00F75996">
      <w:pPr>
        <w:pStyle w:val="ListBullet"/>
      </w:pPr>
      <w:r>
        <w:rPr>
          <w:b/>
        </w:rPr>
        <w:t>Refresh assurance artifacts on a schedule</w:t>
      </w:r>
      <w:r>
        <w:t>: certifications, audit reports, and testing evidence are collected at defined intervals and their currency tracked, not filed once at contract signature.</w:t>
      </w:r>
    </w:p>
    <w:p w14:paraId="0AE2137B" w14:textId="77777777" w:rsidR="00E2764D" w:rsidRDefault="00F75996">
      <w:pPr>
        <w:pStyle w:val="ListBullet"/>
      </w:pPr>
      <w:r>
        <w:rPr>
          <w:b/>
        </w:rPr>
        <w:t>Track vendor incidents and disclosures</w:t>
      </w:r>
      <w:r>
        <w:t>: publicly reported incidents and security advisories affecting critical AI vendors are monitored and assessed for organizational impact.</w:t>
      </w:r>
    </w:p>
    <w:p w14:paraId="1E11FDB3" w14:textId="77777777" w:rsidR="00E2764D" w:rsidRDefault="00F75996">
      <w:pPr>
        <w:pStyle w:val="ListBullet"/>
      </w:pPr>
      <w:r>
        <w:rPr>
          <w:b/>
        </w:rPr>
        <w:t>Review performance against the contract</w:t>
      </w:r>
      <w:r>
        <w:t>: notification timeliness, support responsiveness, and adherence to data commitments are reviewed at least annually with procurement and the business owner.</w:t>
      </w:r>
    </w:p>
    <w:p w14:paraId="333E6F5B" w14:textId="77777777" w:rsidR="00E2764D" w:rsidRDefault="00F75996">
      <w:pPr>
        <w:pStyle w:val="ListBullet"/>
      </w:pPr>
      <w:r>
        <w:rPr>
          <w:b/>
        </w:rPr>
        <w:t>Re-tier when usage changes</w:t>
      </w:r>
      <w:r>
        <w:t>: a vendor system whose use expands into consequential decisions is re-tiered under Section 8.5 regardless of how it was classified at purchase.</w:t>
      </w:r>
    </w:p>
    <w:p w14:paraId="7D42B9CA" w14:textId="77777777" w:rsidR="00E2764D" w:rsidRDefault="00F75996">
      <w:pPr>
        <w:pStyle w:val="Heading2"/>
      </w:pPr>
      <w:bookmarkStart w:id="77" w:name="_Toc241649745"/>
      <w:r>
        <w:t>14.4 Concentration and Exit Risk</w:t>
      </w:r>
      <w:bookmarkEnd w:id="77"/>
    </w:p>
    <w:p w14:paraId="03DE8262" w14:textId="77777777" w:rsidR="00E2764D" w:rsidRDefault="00F75996">
      <w:r>
        <w:t>Concentration risk in artificial intelligence is real and is compounded by the pace of change. An organization can find that a single model provider underpins every customer-facing system, that a single partner holds the operating knowledge of its platform, or that its accumulated prompts, evaluation sets, and grounding configuration exist only inside a vendor's product. None of these is necessarily wrong, but each should be a recorded decision with a known cost of reversal rather than a position the organization discovers it is in.</w:t>
      </w:r>
    </w:p>
    <w:p w14:paraId="0A3C90CB" w14:textId="77777777" w:rsidR="00E2764D" w:rsidRDefault="00F75996">
      <w:pPr>
        <w:pStyle w:val="ListBullet"/>
      </w:pPr>
      <w:r>
        <w:rPr>
          <w:b/>
        </w:rPr>
        <w:t>Record concentration deliberately</w:t>
      </w:r>
      <w:r>
        <w:t>: the officer maintains a view of dependence by model provider, platform, and delivery partner, and reports material concentration to the council under Section 8.3.</w:t>
      </w:r>
    </w:p>
    <w:p w14:paraId="508B6F25" w14:textId="77777777" w:rsidR="00E2764D" w:rsidRDefault="00F75996">
      <w:pPr>
        <w:pStyle w:val="ListBullet"/>
      </w:pPr>
      <w:r>
        <w:rPr>
          <w:b/>
        </w:rPr>
        <w:t>Preserve portability of the organization's own assets</w:t>
      </w:r>
      <w:r>
        <w:t>: prompts, evaluation sets, grounding content, and configuration are stored in the organization's own environment in a portable form, never solely inside a vendor product.</w:t>
      </w:r>
    </w:p>
    <w:p w14:paraId="1033CF83" w14:textId="77777777" w:rsidR="00E2764D" w:rsidRDefault="00F75996">
      <w:pPr>
        <w:pStyle w:val="ListBullet"/>
      </w:pPr>
      <w:r>
        <w:rPr>
          <w:b/>
        </w:rPr>
        <w:t>Abstract the model interface where practical</w:t>
      </w:r>
      <w:r>
        <w:t>: applications call models through an internal mediation layer using Azure API Management so that a provider or version change is a configuration matter rather than a rebuild.</w:t>
      </w:r>
    </w:p>
    <w:p w14:paraId="2EAC8BBD" w14:textId="77777777" w:rsidR="00E2764D" w:rsidRDefault="00F75996">
      <w:pPr>
        <w:pStyle w:val="ListBullet"/>
      </w:pPr>
      <w:r>
        <w:rPr>
          <w:b/>
        </w:rPr>
        <w:t>Maintain a tested alternative for critical systems</w:t>
      </w:r>
      <w:r>
        <w:t>: for any Tier 1 system, an alternative model or provider is identified and validated against the evaluation set so that substitution is a known quantity.</w:t>
      </w:r>
    </w:p>
    <w:p w14:paraId="2C799F83" w14:textId="77777777" w:rsidR="00E2764D" w:rsidRDefault="00F75996">
      <w:pPr>
        <w:pStyle w:val="ListBullet"/>
      </w:pPr>
      <w:r>
        <w:rPr>
          <w:b/>
        </w:rPr>
        <w:t>Manage partner knowledge transfer explicitly</w:t>
      </w:r>
      <w:r>
        <w:t>: engagements include documentation and skills transfer obligations so that operating knowledge does not leave with the partner.</w:t>
      </w:r>
    </w:p>
    <w:p w14:paraId="50E933DD" w14:textId="77777777" w:rsidR="00E2764D" w:rsidRDefault="00F75996">
      <w:pPr>
        <w:pStyle w:val="ListBullet"/>
      </w:pPr>
      <w:r>
        <w:rPr>
          <w:b/>
        </w:rPr>
        <w:t>Keep an exit plan current for every critical vendor</w:t>
      </w:r>
      <w:r>
        <w:t>: the plan states what would be extracted, in what format, how long transition would take, and what it would cost, and is refreshed annually.</w:t>
      </w:r>
    </w:p>
    <w:p w14:paraId="1D7785DF" w14:textId="77777777" w:rsidR="00E2764D" w:rsidRDefault="00F75996">
      <w:pPr>
        <w:pStyle w:val="Heading1"/>
        <w:pageBreakBefore/>
      </w:pPr>
      <w:bookmarkStart w:id="78" w:name="_Toc241649746"/>
      <w:r>
        <w:lastRenderedPageBreak/>
        <w:t>15. Data Strategy and Data Governance</w:t>
      </w:r>
      <w:bookmarkEnd w:id="78"/>
    </w:p>
    <w:p w14:paraId="0D5774A9" w14:textId="77777777" w:rsidR="00E2764D" w:rsidRDefault="00F75996">
      <w:r>
        <w:t>Every credible artificial intelligence programme is a data programme with a model attached. The most common cause of a stalled AI portfolio is not model capability, cost, or governance; it is the discovery, months into delivery, that the data required is incomplete, contradictory across systems, poorly permissioned, or legally constrained in ways nobody checked at the outset. The officer's interest in data is therefore direct and operational, even though the data estate itself belongs to the Chief Data Officer. This section defines the foundation the portfolio depends on and the boundary between the two roles.</w:t>
      </w:r>
    </w:p>
    <w:p w14:paraId="6F233728" w14:textId="77777777" w:rsidR="00E2764D" w:rsidRDefault="00F75996">
      <w:pPr>
        <w:pStyle w:val="Heading2"/>
      </w:pPr>
      <w:bookmarkStart w:id="79" w:name="_Toc241649747"/>
      <w:r>
        <w:t>15.1 Enterprise Data Strategy</w:t>
      </w:r>
      <w:bookmarkEnd w:id="79"/>
    </w:p>
    <w:p w14:paraId="3507E97A" w14:textId="77777777" w:rsidR="00E2764D" w:rsidRDefault="00F75996">
      <w:r>
        <w:t>The target is a single governed data foundation rather than a set of purpose-built extracts assembled for individual projects. Microsoft Fabric provides that foundation, consolidating ingestion, storage in Azure Data Lake Storage Gen2, transformation, and serving into one governed environment with a common security and lineage model. The practical benefit for the AI portfolio is that each new use case consumes curated data products that already carry classification, lineage, and entitlement, rather than negotiating access to a source system and re-implementing controls. The strategy below is what makes that possible.</w:t>
      </w:r>
    </w:p>
    <w:p w14:paraId="0B94AF30" w14:textId="77777777" w:rsidR="00E2764D" w:rsidRDefault="00F75996">
      <w:pPr>
        <w:pStyle w:val="ListBullet"/>
      </w:pPr>
      <w:r>
        <w:rPr>
          <w:b/>
        </w:rPr>
        <w:t>Consolidate on one governed foundation</w:t>
      </w:r>
      <w:r>
        <w:t>: AI workloads consume data from the Fabric-based lakehouse rather than connecting directly to systems of record, so that access, classification, and lineage are enforced in one place.</w:t>
      </w:r>
    </w:p>
    <w:p w14:paraId="62116AF3" w14:textId="77777777" w:rsidR="00E2764D" w:rsidRDefault="00F75996">
      <w:pPr>
        <w:pStyle w:val="ListBullet"/>
      </w:pPr>
      <w:r>
        <w:rPr>
          <w:b/>
        </w:rPr>
        <w:t>Publish data products, not tables</w:t>
      </w:r>
      <w:r>
        <w:t>: each domain is exposed as a documented product with a defined owner, a described schema, a stated refresh frequency, and a known quality level.</w:t>
      </w:r>
    </w:p>
    <w:p w14:paraId="5140D40D" w14:textId="77777777" w:rsidR="00E2764D" w:rsidRDefault="00F75996">
      <w:pPr>
        <w:pStyle w:val="ListBullet"/>
      </w:pPr>
      <w:r>
        <w:rPr>
          <w:b/>
        </w:rPr>
        <w:t>Assign accountable data ownership</w:t>
      </w:r>
      <w:r>
        <w:t>: every domain has a named business data owner accountable for its accuracy and for approving its use in AI systems, and ownership is recorded rather than assumed.</w:t>
      </w:r>
    </w:p>
    <w:p w14:paraId="3F13E684" w14:textId="77777777" w:rsidR="00E2764D" w:rsidRDefault="00F75996">
      <w:pPr>
        <w:pStyle w:val="ListBullet"/>
      </w:pPr>
      <w:r>
        <w:rPr>
          <w:b/>
        </w:rPr>
        <w:t>Define fitness for AI use explicitly</w:t>
      </w:r>
      <w:r>
        <w:t>: a domain is certified for AI consumption only after assessment of completeness, timeliness, accuracy, historical depth, and permissible use, as described in Section 15.4.</w:t>
      </w:r>
    </w:p>
    <w:p w14:paraId="797F3017" w14:textId="77777777" w:rsidR="00E2764D" w:rsidRDefault="00F75996">
      <w:pPr>
        <w:pStyle w:val="ListBullet"/>
      </w:pPr>
      <w:r>
        <w:rPr>
          <w:b/>
        </w:rPr>
        <w:t>Preserve entitlement through the pipeline</w:t>
      </w:r>
      <w:r>
        <w:t>: access rights on source content are carried into curated products and into grounding indexes, so that retrieval cannot expose what a user could not otherwise see.</w:t>
      </w:r>
    </w:p>
    <w:p w14:paraId="1F64CFE7" w14:textId="77777777" w:rsidR="00E2764D" w:rsidRDefault="00F75996">
      <w:pPr>
        <w:pStyle w:val="ListBullet"/>
      </w:pPr>
      <w:r>
        <w:rPr>
          <w:b/>
        </w:rPr>
        <w:t>Retain sufficient history deliberately</w:t>
      </w:r>
      <w:r>
        <w:t>: predictive workloads require history that operational systems often purge, so retention requirements are set with the AI portfolio in view rather than discovered later.</w:t>
      </w:r>
    </w:p>
    <w:p w14:paraId="798899F8" w14:textId="77777777" w:rsidR="00E2764D" w:rsidRDefault="00F75996">
      <w:pPr>
        <w:pStyle w:val="ListBullet"/>
      </w:pPr>
      <w:r>
        <w:rPr>
          <w:b/>
        </w:rPr>
        <w:t>Treat unstructured content as a governed asset</w:t>
      </w:r>
      <w:r>
        <w:t>: policies, procedures, contracts, correspondence, and knowledge content are inventoried, owned, and curated with the same discipline as structured data, because generative systems depend on them.</w:t>
      </w:r>
    </w:p>
    <w:p w14:paraId="0887C31F" w14:textId="77777777" w:rsidR="00E2764D" w:rsidRDefault="00F75996">
      <w:pPr>
        <w:pStyle w:val="Heading2"/>
      </w:pPr>
      <w:bookmarkStart w:id="80" w:name="_Toc241649748"/>
      <w:r>
        <w:t>15.2 Data Quality, Lineage and Cataloging</w:t>
      </w:r>
      <w:bookmarkEnd w:id="80"/>
    </w:p>
    <w:p w14:paraId="5B5531D6" w14:textId="77777777" w:rsidR="00E2764D" w:rsidRDefault="00F75996">
      <w:r>
        <w:t xml:space="preserve">Artificial intelligence changes the economics of poor data quality. A defect that a human analyst would notice and silently correct becomes a defect that a system propagates confidently at </w:t>
      </w:r>
      <w:r>
        <w:lastRenderedPageBreak/>
        <w:t>scale, and a document that is out of date but still indexed becomes an authoritative-sounding answer. Microsoft Purview provides the catalog, classification, and lineage layer that makes this manageable, and the practices below make it operational rather than aspirational.</w:t>
      </w:r>
    </w:p>
    <w:p w14:paraId="6E65B3B5" w14:textId="77777777" w:rsidR="00E2764D" w:rsidRDefault="00F75996">
      <w:pPr>
        <w:pStyle w:val="ListBullet"/>
      </w:pPr>
      <w:r>
        <w:rPr>
          <w:b/>
        </w:rPr>
        <w:t>Catalog before you consume</w:t>
      </w:r>
      <w:r>
        <w:t>: any data or content used for grounding or training is registered in Microsoft Purview with an owner, a classification, and a described purpose before it enters an AI system.</w:t>
      </w:r>
    </w:p>
    <w:p w14:paraId="4EAC2635" w14:textId="77777777" w:rsidR="00E2764D" w:rsidRDefault="00F75996">
      <w:pPr>
        <w:pStyle w:val="ListBullet"/>
      </w:pPr>
      <w:r>
        <w:rPr>
          <w:b/>
        </w:rPr>
        <w:t>Classify sensitivity at the source</w:t>
      </w:r>
      <w:r>
        <w:t>: sensitivity labels are applied to source content and inherited by derived products, indexes, and embeddings rather than being reapplied inconsistently downstream.</w:t>
      </w:r>
    </w:p>
    <w:p w14:paraId="3D42980B" w14:textId="77777777" w:rsidR="00E2764D" w:rsidRDefault="00F75996">
      <w:pPr>
        <w:pStyle w:val="ListBullet"/>
      </w:pPr>
      <w:r>
        <w:rPr>
          <w:b/>
        </w:rPr>
        <w:t>Maintain end-to-end lineage</w:t>
      </w:r>
      <w:r>
        <w:t>: the path from source system to curated product to grounding index to model output is traceable, which is what allows an incorrect answer to be diagnosed rather than merely apologized for.</w:t>
      </w:r>
    </w:p>
    <w:p w14:paraId="3ECFC134" w14:textId="77777777" w:rsidR="00E2764D" w:rsidRDefault="00F75996">
      <w:pPr>
        <w:pStyle w:val="ListBullet"/>
      </w:pPr>
      <w:r>
        <w:rPr>
          <w:b/>
        </w:rPr>
        <w:t>Measure quality against defined expectations</w:t>
      </w:r>
      <w:r>
        <w:t>: completeness, validity, timeliness, and consistency are measured continuously for domains feeding AI systems, with thresholds that trigger investigation.</w:t>
      </w:r>
    </w:p>
    <w:p w14:paraId="4333AE40" w14:textId="77777777" w:rsidR="00E2764D" w:rsidRDefault="00F75996">
      <w:pPr>
        <w:pStyle w:val="ListBullet"/>
      </w:pPr>
      <w:r>
        <w:rPr>
          <w:b/>
        </w:rPr>
        <w:t>Govern content currency actively</w:t>
      </w:r>
      <w:r>
        <w:t>: grounding repositories are curated so that superseded policies, expired procedures, and draft material are removed or clearly marked, because retrieval cannot distinguish current from obsolete.</w:t>
      </w:r>
    </w:p>
    <w:p w14:paraId="30B0963B" w14:textId="77777777" w:rsidR="00E2764D" w:rsidRDefault="00F75996">
      <w:pPr>
        <w:pStyle w:val="ListBullet"/>
      </w:pPr>
      <w:r>
        <w:rPr>
          <w:b/>
        </w:rPr>
        <w:t>Detect and manage duplication and contradiction</w:t>
      </w:r>
      <w:r>
        <w:t>: where two sources disagree, the authoritative source is designated explicitly rather than leaving the model to choose.</w:t>
      </w:r>
    </w:p>
    <w:p w14:paraId="01802C21" w14:textId="77777777" w:rsidR="00E2764D" w:rsidRDefault="00F75996">
      <w:pPr>
        <w:pStyle w:val="ListBullet"/>
      </w:pPr>
      <w:r>
        <w:rPr>
          <w:b/>
        </w:rPr>
        <w:t>Review the catalog on a cadence</w:t>
      </w:r>
      <w:r>
        <w:t>: ownership, classification, and certification status are re-attested periodically so that the catalog reflects reality rather than the state at the time of a migration project.</w:t>
      </w:r>
    </w:p>
    <w:p w14:paraId="2D29A789" w14:textId="77777777" w:rsidR="00E2764D" w:rsidRDefault="00F75996">
      <w:pPr>
        <w:pStyle w:val="Heading2"/>
      </w:pPr>
      <w:bookmarkStart w:id="81" w:name="_Toc241649749"/>
      <w:r>
        <w:t>15.3 Data Sharing and Integration</w:t>
      </w:r>
      <w:bookmarkEnd w:id="81"/>
    </w:p>
    <w:p w14:paraId="320CF96E" w14:textId="77777777" w:rsidR="00E2764D" w:rsidRDefault="00F75996">
      <w:r>
        <w:t>AI systems deliver most of their value when connected to the systems where work actually happens, and that connection is where integration complexity concentrates. The integration approach should be mediated rather than direct: AI components reach systems of record through a managed interface layer using Azure API Management, Azure Logic Apps, and Azure Functions, so that access is authenticated, authorized per user, rate-limited, and observable. The domains below are typical of a cross-industry enterprise and each should be mapped to its owning system and its integration pattern.</w:t>
      </w:r>
    </w:p>
    <w:p w14:paraId="36C9BAF4" w14:textId="77777777" w:rsidR="00E2764D" w:rsidRDefault="00F75996">
      <w:pPr>
        <w:pStyle w:val="ListBullet"/>
      </w:pPr>
      <w:r>
        <w:rPr>
          <w:b/>
        </w:rPr>
        <w:t>Customer and relationship data</w:t>
      </w:r>
      <w:r>
        <w:t>: held in the customer relationship management platform such as Microsoft Dynamics 365, providing identity, interaction history, entitlements, and consent status.</w:t>
      </w:r>
    </w:p>
    <w:p w14:paraId="7415F77E" w14:textId="77777777" w:rsidR="00E2764D" w:rsidRDefault="00F75996">
      <w:pPr>
        <w:pStyle w:val="ListBullet"/>
      </w:pPr>
      <w:r>
        <w:rPr>
          <w:b/>
        </w:rPr>
        <w:t>Financial and transactional records</w:t>
      </w:r>
      <w:r>
        <w:t>: held in the enterprise resource planning platform, providing the authoritative record for anything an AI system asserts about money, orders, or obligations.</w:t>
      </w:r>
    </w:p>
    <w:p w14:paraId="09C4A4FF" w14:textId="77777777" w:rsidR="00E2764D" w:rsidRDefault="00F75996">
      <w:pPr>
        <w:pStyle w:val="ListBullet"/>
      </w:pPr>
      <w:r>
        <w:rPr>
          <w:b/>
        </w:rPr>
        <w:t>Human resources and workforce data</w:t>
      </w:r>
      <w:r>
        <w:t>: held in the human capital platform, subject to segregated access and to mandatory fairness testing for any use influencing employment decisions.</w:t>
      </w:r>
    </w:p>
    <w:p w14:paraId="57FA86CE" w14:textId="77777777" w:rsidR="00E2764D" w:rsidRDefault="00F75996">
      <w:pPr>
        <w:pStyle w:val="ListBullet"/>
      </w:pPr>
      <w:r>
        <w:rPr>
          <w:b/>
        </w:rPr>
        <w:lastRenderedPageBreak/>
        <w:t>Operational and service data</w:t>
      </w:r>
      <w:r>
        <w:t>: held in service management, case management, or operational platforms, providing the work items AI systems triage, summarize, or route.</w:t>
      </w:r>
    </w:p>
    <w:p w14:paraId="41126135" w14:textId="77777777" w:rsidR="00E2764D" w:rsidRDefault="00F75996">
      <w:pPr>
        <w:pStyle w:val="ListBullet"/>
      </w:pPr>
      <w:r>
        <w:rPr>
          <w:b/>
        </w:rPr>
        <w:t>Documents and unstructured content</w:t>
      </w:r>
      <w:r>
        <w:t>: held in Microsoft 365 and document management systems, requiring permission-aware indexing before it can safely ground a generative system.</w:t>
      </w:r>
    </w:p>
    <w:p w14:paraId="7927F5F5" w14:textId="77777777" w:rsidR="00E2764D" w:rsidRDefault="00F75996">
      <w:pPr>
        <w:pStyle w:val="ListBullet"/>
      </w:pPr>
      <w:r>
        <w:rPr>
          <w:b/>
        </w:rPr>
        <w:t>Communications and interaction records</w:t>
      </w:r>
      <w:r>
        <w:t>: including email, chat, and recorded voice, which carry elevated privacy obligations and require explicit consent and retention treatment.</w:t>
      </w:r>
    </w:p>
    <w:p w14:paraId="0D13B1B1" w14:textId="77777777" w:rsidR="00E2764D" w:rsidRDefault="00F75996">
      <w:pPr>
        <w:pStyle w:val="ListBullet"/>
      </w:pPr>
      <w:r>
        <w:rPr>
          <w:b/>
        </w:rPr>
        <w:t>Reference and master data</w:t>
      </w:r>
      <w:r>
        <w:t>: product, pricing, policy, and organizational hierarchies, which must be authoritative because AI systems will restate them confidently either way.</w:t>
      </w:r>
    </w:p>
    <w:p w14:paraId="4794862D" w14:textId="77777777" w:rsidR="00E2764D" w:rsidRDefault="00F75996">
      <w:pPr>
        <w:pStyle w:val="ListBullet"/>
      </w:pPr>
      <w:r>
        <w:rPr>
          <w:b/>
        </w:rPr>
        <w:t>External and third-party data</w:t>
      </w:r>
      <w:r>
        <w:t>: market, credit, geographic, or partner-supplied data, whose licensing terms must be checked for permitted use in automated processing before ingestion.</w:t>
      </w:r>
    </w:p>
    <w:p w14:paraId="27EC5300" w14:textId="77777777" w:rsidR="00E2764D" w:rsidRDefault="00F75996">
      <w:pPr>
        <w:pStyle w:val="Heading2"/>
      </w:pPr>
      <w:bookmarkStart w:id="82" w:name="_Toc241649750"/>
      <w:r>
        <w:t>15.4 The CAIO and CDO Interface</w:t>
      </w:r>
      <w:bookmarkEnd w:id="82"/>
    </w:p>
    <w:p w14:paraId="3038FAFF" w14:textId="77777777" w:rsidR="00E2764D" w:rsidRDefault="00F75996">
      <w:r>
        <w:t>The boundary between the officer and the Chief Data Officer is a frequent source of stalled work, usually because both roles assume the other owns remediation. The division adopted here is that the Chief Data Officer owns the data and its quality, and the Chief AI Officer owns the assessment of whether a domain is fit for a specific AI purpose. Those are different judgments: data can be perfectly adequate for reporting and inadequate for a model that will act on it.</w:t>
      </w:r>
    </w:p>
    <w:p w14:paraId="1501D3DE" w14:textId="77777777" w:rsidR="00E2764D" w:rsidRDefault="00F75996">
      <w:pPr>
        <w:pStyle w:val="ListBullet"/>
      </w:pPr>
      <w:r>
        <w:rPr>
          <w:b/>
        </w:rPr>
        <w:t>Data quality remediation is the Chief Data Officer's</w:t>
      </w:r>
      <w:r>
        <w:t>: the officer identifies and evidences defects that block an AI use case but does not build parallel remediation pipelines inside AI projects.</w:t>
      </w:r>
    </w:p>
    <w:p w14:paraId="0229AD37" w14:textId="77777777" w:rsidR="00E2764D" w:rsidRDefault="00F75996">
      <w:pPr>
        <w:pStyle w:val="ListBullet"/>
      </w:pPr>
      <w:r>
        <w:rPr>
          <w:b/>
        </w:rPr>
        <w:t>AI readiness assessment is the officer's</w:t>
      </w:r>
      <w:r>
        <w:t>: fitness for a specific AI purpose, including required history, refresh frequency, entitlement granularity, and tolerance for error, is the officer's determination.</w:t>
      </w:r>
    </w:p>
    <w:p w14:paraId="13E6C7FD" w14:textId="77777777" w:rsidR="00E2764D" w:rsidRDefault="00F75996">
      <w:pPr>
        <w:pStyle w:val="ListBullet"/>
      </w:pPr>
      <w:r>
        <w:rPr>
          <w:b/>
        </w:rPr>
        <w:t>The readiness review happens before commitment</w:t>
      </w:r>
      <w:r>
        <w:t>: every use case passes a joint data readiness review at gate three of Section 6.4, and a domain that fails is remediated before the use case proceeds rather than during it.</w:t>
      </w:r>
    </w:p>
    <w:p w14:paraId="1792E073" w14:textId="77777777" w:rsidR="00E2764D" w:rsidRDefault="00F75996">
      <w:pPr>
        <w:pStyle w:val="ListBullet"/>
      </w:pPr>
      <w:r>
        <w:rPr>
          <w:b/>
        </w:rPr>
        <w:t>Blocked domains are escalated jointly</w:t>
      </w:r>
      <w:r>
        <w:t>: where remediation is not funded or not feasible, both officers jointly escalate to the executive committee with the use case value at stake, rather than the AI portfolio absorbing the delay silently.</w:t>
      </w:r>
    </w:p>
    <w:p w14:paraId="78B95458" w14:textId="77777777" w:rsidR="00E2764D" w:rsidRDefault="00F75996">
      <w:pPr>
        <w:pStyle w:val="ListBullet"/>
      </w:pPr>
      <w:r>
        <w:rPr>
          <w:b/>
        </w:rPr>
        <w:t>Grounding content has a named owner</w:t>
      </w:r>
      <w:r>
        <w:t>: every repository used to ground a generative system has a business owner accountable for its currency and accuracy, appointed through the data governance process.</w:t>
      </w:r>
    </w:p>
    <w:p w14:paraId="78E5B97D" w14:textId="77777777" w:rsidR="00E2764D" w:rsidRDefault="00F75996">
      <w:pPr>
        <w:pStyle w:val="ListBullet"/>
      </w:pPr>
      <w:r>
        <w:rPr>
          <w:b/>
        </w:rPr>
        <w:t>Neither officer changes classification unilaterally</w:t>
      </w:r>
      <w:r>
        <w:t>: sensitivity labels and permitted-use determinations are changed through the data governance process with privacy and legal input, never to unblock a delivery deadline.</w:t>
      </w:r>
    </w:p>
    <w:p w14:paraId="2009E4A0" w14:textId="77777777" w:rsidR="00E2764D" w:rsidRDefault="00F75996">
      <w:pPr>
        <w:pStyle w:val="Heading1"/>
        <w:pageBreakBefore/>
      </w:pPr>
      <w:bookmarkStart w:id="83" w:name="_Toc241649751"/>
      <w:r>
        <w:lastRenderedPageBreak/>
        <w:t>16. Talent, Culture and Change Management</w:t>
      </w:r>
      <w:bookmarkEnd w:id="83"/>
    </w:p>
    <w:p w14:paraId="36949D7A" w14:textId="77777777" w:rsidR="00E2764D" w:rsidRDefault="00F75996">
      <w:r>
        <w:t>The constraint on an artificial intelligence portfolio is rarely technology and frequently people: the team the officer can assemble, the literacy of the workforce that must use the systems, and the credibility of the organization's answer to the question of what happens to the people whose work changes. Handling the last of these honestly is not merely ethical; it is operationally decisive, because staff who suspect a system is designed to eliminate them will not supply the domain expertise required to make it work.</w:t>
      </w:r>
    </w:p>
    <w:p w14:paraId="7E6A1281" w14:textId="77777777" w:rsidR="00E2764D" w:rsidRDefault="00F75996">
      <w:pPr>
        <w:pStyle w:val="Heading2"/>
      </w:pPr>
      <w:bookmarkStart w:id="84" w:name="_Toc241649752"/>
      <w:r>
        <w:t>16.1 The CAIO's Own Organization</w:t>
      </w:r>
      <w:bookmarkEnd w:id="84"/>
    </w:p>
    <w:p w14:paraId="4654E01D" w14:textId="77777777" w:rsidR="00E2764D" w:rsidRDefault="00F75996">
      <w:r>
        <w:t>The officer needs a small, senior team rather than a large one. Its purpose is to set standards, build shared platform capability, govern the portfolio, and deliver the first use cases well enough to establish the pattern that federated teams will follow. The roles below constitute a viable core; in a hub-and-spoke model most delivery capacity eventually sits in the business units rather than in this team.</w:t>
      </w:r>
    </w:p>
    <w:p w14:paraId="41269F1D" w14:textId="77777777" w:rsidR="00E2764D" w:rsidRDefault="00F75996">
      <w:r>
        <w:rPr>
          <w:i/>
          <w:sz w:val="20"/>
        </w:rPr>
        <w:t>Table 16.1 - Core roles in the Chief AI Officer's organization.</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762ADE45" w14:textId="77777777">
        <w:trPr>
          <w:tblHeader/>
        </w:trPr>
        <w:tc>
          <w:tcPr>
            <w:tcW w:w="2340" w:type="dxa"/>
            <w:shd w:val="clear" w:color="auto" w:fill="D5E8F0"/>
          </w:tcPr>
          <w:p w14:paraId="01B2E891" w14:textId="77777777" w:rsidR="00E2764D" w:rsidRDefault="00F75996">
            <w:r>
              <w:rPr>
                <w:b/>
                <w:sz w:val="20"/>
              </w:rPr>
              <w:t>Role</w:t>
            </w:r>
          </w:p>
        </w:tc>
        <w:tc>
          <w:tcPr>
            <w:tcW w:w="2340" w:type="dxa"/>
            <w:shd w:val="clear" w:color="auto" w:fill="D5E8F0"/>
          </w:tcPr>
          <w:p w14:paraId="4790ABA9" w14:textId="77777777" w:rsidR="00E2764D" w:rsidRDefault="00F75996">
            <w:r>
              <w:rPr>
                <w:b/>
                <w:sz w:val="20"/>
              </w:rPr>
              <w:t>Responsibility</w:t>
            </w:r>
          </w:p>
        </w:tc>
        <w:tc>
          <w:tcPr>
            <w:tcW w:w="2340" w:type="dxa"/>
            <w:shd w:val="clear" w:color="auto" w:fill="D5E8F0"/>
          </w:tcPr>
          <w:p w14:paraId="141659F3" w14:textId="77777777" w:rsidR="00E2764D" w:rsidRDefault="00F75996">
            <w:r>
              <w:rPr>
                <w:b/>
                <w:sz w:val="20"/>
              </w:rPr>
              <w:t>Reports To</w:t>
            </w:r>
          </w:p>
        </w:tc>
        <w:tc>
          <w:tcPr>
            <w:tcW w:w="2340" w:type="dxa"/>
            <w:shd w:val="clear" w:color="auto" w:fill="D5E8F0"/>
          </w:tcPr>
          <w:p w14:paraId="38858ACE" w14:textId="77777777" w:rsidR="00E2764D" w:rsidRDefault="00F75996">
            <w:r>
              <w:rPr>
                <w:b/>
                <w:sz w:val="20"/>
              </w:rPr>
              <w:t>Hire or Develop</w:t>
            </w:r>
          </w:p>
        </w:tc>
      </w:tr>
      <w:tr w:rsidR="00E2764D" w14:paraId="64005ED2" w14:textId="77777777">
        <w:tc>
          <w:tcPr>
            <w:tcW w:w="2340" w:type="dxa"/>
          </w:tcPr>
          <w:p w14:paraId="659DEA4F" w14:textId="77777777" w:rsidR="00E2764D" w:rsidRDefault="00F75996">
            <w:r>
              <w:rPr>
                <w:sz w:val="20"/>
              </w:rPr>
              <w:t>AI Governance Lead</w:t>
            </w:r>
          </w:p>
        </w:tc>
        <w:tc>
          <w:tcPr>
            <w:tcW w:w="2340" w:type="dxa"/>
          </w:tcPr>
          <w:p w14:paraId="7632D29B" w14:textId="77777777" w:rsidR="00E2764D" w:rsidRDefault="00F75996">
            <w:r>
              <w:rPr>
                <w:sz w:val="20"/>
              </w:rPr>
              <w:t>Operates the intake process, risk tiering, the system inventory, and the governance council secretariat, and maintains the evidence base</w:t>
            </w:r>
          </w:p>
        </w:tc>
        <w:tc>
          <w:tcPr>
            <w:tcW w:w="2340" w:type="dxa"/>
          </w:tcPr>
          <w:p w14:paraId="16C67275" w14:textId="77777777" w:rsidR="00E2764D" w:rsidRDefault="00F75996">
            <w:r>
              <w:rPr>
                <w:sz w:val="20"/>
              </w:rPr>
              <w:t>Chief AI Officer</w:t>
            </w:r>
          </w:p>
        </w:tc>
        <w:tc>
          <w:tcPr>
            <w:tcW w:w="2340" w:type="dxa"/>
          </w:tcPr>
          <w:p w14:paraId="5621A694" w14:textId="77777777" w:rsidR="00E2764D" w:rsidRDefault="00F75996">
            <w:r>
              <w:rPr>
                <w:sz w:val="20"/>
              </w:rPr>
              <w:t>Develop from risk, audit, or compliance, adding AI-specific technical literacy</w:t>
            </w:r>
          </w:p>
        </w:tc>
      </w:tr>
      <w:tr w:rsidR="00E2764D" w14:paraId="04080EF1" w14:textId="77777777">
        <w:tc>
          <w:tcPr>
            <w:tcW w:w="2340" w:type="dxa"/>
          </w:tcPr>
          <w:p w14:paraId="7D427D12" w14:textId="77777777" w:rsidR="00E2764D" w:rsidRDefault="00F75996">
            <w:r>
              <w:rPr>
                <w:sz w:val="20"/>
              </w:rPr>
              <w:t>AI Platform Lead</w:t>
            </w:r>
          </w:p>
        </w:tc>
        <w:tc>
          <w:tcPr>
            <w:tcW w:w="2340" w:type="dxa"/>
          </w:tcPr>
          <w:p w14:paraId="7AC5131F" w14:textId="77777777" w:rsidR="00E2764D" w:rsidRDefault="00F75996">
            <w:r>
              <w:rPr>
                <w:sz w:val="20"/>
              </w:rPr>
              <w:t>Owns the shared Azure AI platform, the landing zone, reusable components, quota and capacity, and platform cost</w:t>
            </w:r>
          </w:p>
        </w:tc>
        <w:tc>
          <w:tcPr>
            <w:tcW w:w="2340" w:type="dxa"/>
          </w:tcPr>
          <w:p w14:paraId="757B8891" w14:textId="77777777" w:rsidR="00E2764D" w:rsidRDefault="00F75996">
            <w:r>
              <w:rPr>
                <w:sz w:val="20"/>
              </w:rPr>
              <w:t>Chief AI Officer, with a dotted line to the Chief Technology Officer</w:t>
            </w:r>
          </w:p>
        </w:tc>
        <w:tc>
          <w:tcPr>
            <w:tcW w:w="2340" w:type="dxa"/>
          </w:tcPr>
          <w:p w14:paraId="1F3309B4" w14:textId="77777777" w:rsidR="00E2764D" w:rsidRDefault="00F75996">
            <w:r>
              <w:rPr>
                <w:sz w:val="20"/>
              </w:rPr>
              <w:t>Hire, or transfer a senior cloud platform engineer with AI exposure</w:t>
            </w:r>
          </w:p>
        </w:tc>
      </w:tr>
      <w:tr w:rsidR="00E2764D" w14:paraId="6C374F3A" w14:textId="77777777">
        <w:tc>
          <w:tcPr>
            <w:tcW w:w="2340" w:type="dxa"/>
          </w:tcPr>
          <w:p w14:paraId="4431F124" w14:textId="77777777" w:rsidR="00E2764D" w:rsidRDefault="00F75996">
            <w:r>
              <w:rPr>
                <w:sz w:val="20"/>
              </w:rPr>
              <w:t>Lead AI Engineer or Architect</w:t>
            </w:r>
          </w:p>
        </w:tc>
        <w:tc>
          <w:tcPr>
            <w:tcW w:w="2340" w:type="dxa"/>
          </w:tcPr>
          <w:p w14:paraId="4AFCD7C1" w14:textId="77777777" w:rsidR="00E2764D" w:rsidRDefault="00F75996">
            <w:r>
              <w:rPr>
                <w:sz w:val="20"/>
              </w:rPr>
              <w:t>Sets the technical standard for grounding, evaluation, guardrails, and agent design, and reviews solution designs across the portfolio</w:t>
            </w:r>
          </w:p>
        </w:tc>
        <w:tc>
          <w:tcPr>
            <w:tcW w:w="2340" w:type="dxa"/>
          </w:tcPr>
          <w:p w14:paraId="60EDF39C" w14:textId="77777777" w:rsidR="00E2764D" w:rsidRDefault="00F75996">
            <w:r>
              <w:rPr>
                <w:sz w:val="20"/>
              </w:rPr>
              <w:t>AI Platform Lead</w:t>
            </w:r>
          </w:p>
        </w:tc>
        <w:tc>
          <w:tcPr>
            <w:tcW w:w="2340" w:type="dxa"/>
          </w:tcPr>
          <w:p w14:paraId="23A7821D" w14:textId="77777777" w:rsidR="00E2764D" w:rsidRDefault="00F75996">
            <w:r>
              <w:rPr>
                <w:sz w:val="20"/>
              </w:rPr>
              <w:t>Hire, as this capability is rarely available internally at the required depth</w:t>
            </w:r>
          </w:p>
        </w:tc>
      </w:tr>
      <w:tr w:rsidR="00E2764D" w14:paraId="496A6F7A" w14:textId="77777777">
        <w:tc>
          <w:tcPr>
            <w:tcW w:w="2340" w:type="dxa"/>
          </w:tcPr>
          <w:p w14:paraId="20E742DB" w14:textId="77777777" w:rsidR="00E2764D" w:rsidRDefault="00F75996">
            <w:r>
              <w:rPr>
                <w:sz w:val="20"/>
              </w:rPr>
              <w:t>Data and Grounding Lead</w:t>
            </w:r>
          </w:p>
        </w:tc>
        <w:tc>
          <w:tcPr>
            <w:tcW w:w="2340" w:type="dxa"/>
          </w:tcPr>
          <w:p w14:paraId="62FC9CDB" w14:textId="77777777" w:rsidR="00E2764D" w:rsidRDefault="00F75996">
            <w:r>
              <w:rPr>
                <w:sz w:val="20"/>
              </w:rPr>
              <w:t xml:space="preserve">Owns AI readiness assessment, grounding content curation, retrieval quality, and the interface with the </w:t>
            </w:r>
            <w:r>
              <w:rPr>
                <w:sz w:val="20"/>
              </w:rPr>
              <w:lastRenderedPageBreak/>
              <w:t>Chief Data Officer</w:t>
            </w:r>
          </w:p>
        </w:tc>
        <w:tc>
          <w:tcPr>
            <w:tcW w:w="2340" w:type="dxa"/>
          </w:tcPr>
          <w:p w14:paraId="101A5A79" w14:textId="77777777" w:rsidR="00E2764D" w:rsidRDefault="00F75996">
            <w:r>
              <w:rPr>
                <w:sz w:val="20"/>
              </w:rPr>
              <w:lastRenderedPageBreak/>
              <w:t>Chief AI Officer</w:t>
            </w:r>
          </w:p>
        </w:tc>
        <w:tc>
          <w:tcPr>
            <w:tcW w:w="2340" w:type="dxa"/>
          </w:tcPr>
          <w:p w14:paraId="5E0D906C" w14:textId="77777777" w:rsidR="00E2764D" w:rsidRDefault="00F75996">
            <w:r>
              <w:rPr>
                <w:sz w:val="20"/>
              </w:rPr>
              <w:t>Develop from a senior data engineering or information management background</w:t>
            </w:r>
          </w:p>
        </w:tc>
      </w:tr>
      <w:tr w:rsidR="00E2764D" w14:paraId="5B94849E" w14:textId="77777777">
        <w:tc>
          <w:tcPr>
            <w:tcW w:w="2340" w:type="dxa"/>
          </w:tcPr>
          <w:p w14:paraId="134378E9" w14:textId="77777777" w:rsidR="00E2764D" w:rsidRDefault="00F75996">
            <w:r>
              <w:rPr>
                <w:sz w:val="20"/>
              </w:rPr>
              <w:t>Responsible AI and Evaluation Lead</w:t>
            </w:r>
          </w:p>
        </w:tc>
        <w:tc>
          <w:tcPr>
            <w:tcW w:w="2340" w:type="dxa"/>
          </w:tcPr>
          <w:p w14:paraId="1E82311A" w14:textId="77777777" w:rsidR="00E2764D" w:rsidRDefault="00F75996">
            <w:r>
              <w:rPr>
                <w:sz w:val="20"/>
              </w:rPr>
              <w:t>Owns the evaluation harness, fairness testing, red teaming coordination, and the release gate evidence</w:t>
            </w:r>
          </w:p>
        </w:tc>
        <w:tc>
          <w:tcPr>
            <w:tcW w:w="2340" w:type="dxa"/>
          </w:tcPr>
          <w:p w14:paraId="03A27D9A" w14:textId="77777777" w:rsidR="00E2764D" w:rsidRDefault="00F75996">
            <w:r>
              <w:rPr>
                <w:sz w:val="20"/>
              </w:rPr>
              <w:t>AI Governance Lead</w:t>
            </w:r>
          </w:p>
        </w:tc>
        <w:tc>
          <w:tcPr>
            <w:tcW w:w="2340" w:type="dxa"/>
          </w:tcPr>
          <w:p w14:paraId="0BB9378B" w14:textId="77777777" w:rsidR="00E2764D" w:rsidRDefault="00F75996">
            <w:r>
              <w:rPr>
                <w:sz w:val="20"/>
              </w:rPr>
              <w:t>Develop from quality assurance, model validation, or research, with external training</w:t>
            </w:r>
          </w:p>
        </w:tc>
      </w:tr>
      <w:tr w:rsidR="00E2764D" w14:paraId="1B591B3B" w14:textId="77777777">
        <w:tc>
          <w:tcPr>
            <w:tcW w:w="2340" w:type="dxa"/>
          </w:tcPr>
          <w:p w14:paraId="6BB09948" w14:textId="77777777" w:rsidR="00E2764D" w:rsidRDefault="00F75996">
            <w:r>
              <w:rPr>
                <w:sz w:val="20"/>
              </w:rPr>
              <w:t>Value and Adoption Lead</w:t>
            </w:r>
          </w:p>
        </w:tc>
        <w:tc>
          <w:tcPr>
            <w:tcW w:w="2340" w:type="dxa"/>
          </w:tcPr>
          <w:p w14:paraId="70F550F8" w14:textId="77777777" w:rsidR="00E2764D" w:rsidRDefault="00F75996">
            <w:r>
              <w:rPr>
                <w:sz w:val="20"/>
              </w:rPr>
              <w:t>Owns baselining, benefit measurement with finance, adoption programmes, and the board reporting pack inputs</w:t>
            </w:r>
          </w:p>
        </w:tc>
        <w:tc>
          <w:tcPr>
            <w:tcW w:w="2340" w:type="dxa"/>
          </w:tcPr>
          <w:p w14:paraId="0E303701" w14:textId="77777777" w:rsidR="00E2764D" w:rsidRDefault="00F75996">
            <w:r>
              <w:rPr>
                <w:sz w:val="20"/>
              </w:rPr>
              <w:t>Chief AI Officer</w:t>
            </w:r>
          </w:p>
        </w:tc>
        <w:tc>
          <w:tcPr>
            <w:tcW w:w="2340" w:type="dxa"/>
          </w:tcPr>
          <w:p w14:paraId="6ABACD0B" w14:textId="77777777" w:rsidR="00E2764D" w:rsidRDefault="00F75996">
            <w:r>
              <w:rPr>
                <w:sz w:val="20"/>
              </w:rPr>
              <w:t>Develop from business analysis, transformation, or finance business partnering</w:t>
            </w:r>
          </w:p>
        </w:tc>
      </w:tr>
      <w:tr w:rsidR="00E2764D" w14:paraId="4C457154" w14:textId="77777777">
        <w:tc>
          <w:tcPr>
            <w:tcW w:w="2340" w:type="dxa"/>
          </w:tcPr>
          <w:p w14:paraId="4476600E" w14:textId="77777777" w:rsidR="00E2764D" w:rsidRDefault="00F75996">
            <w:r>
              <w:rPr>
                <w:sz w:val="20"/>
              </w:rPr>
              <w:t>Business Unit AI Leads</w:t>
            </w:r>
          </w:p>
        </w:tc>
        <w:tc>
          <w:tcPr>
            <w:tcW w:w="2340" w:type="dxa"/>
          </w:tcPr>
          <w:p w14:paraId="0C4FC6B7" w14:textId="77777777" w:rsidR="00E2764D" w:rsidRDefault="00F75996">
            <w:r>
              <w:rPr>
                <w:sz w:val="20"/>
              </w:rPr>
              <w:t>Embedded in each major business unit, owning the local pipeline of use cases and their outcomes within central standards</w:t>
            </w:r>
          </w:p>
        </w:tc>
        <w:tc>
          <w:tcPr>
            <w:tcW w:w="2340" w:type="dxa"/>
          </w:tcPr>
          <w:p w14:paraId="6B8714D9" w14:textId="77777777" w:rsidR="00E2764D" w:rsidRDefault="00F75996">
            <w:r>
              <w:rPr>
                <w:sz w:val="20"/>
              </w:rPr>
              <w:t>Business unit leadership, with a dotted line to the Chief AI Officer</w:t>
            </w:r>
          </w:p>
        </w:tc>
        <w:tc>
          <w:tcPr>
            <w:tcW w:w="2340" w:type="dxa"/>
          </w:tcPr>
          <w:p w14:paraId="3837B5C7" w14:textId="77777777" w:rsidR="00E2764D" w:rsidRDefault="00F75996">
            <w:r>
              <w:rPr>
                <w:sz w:val="20"/>
              </w:rPr>
              <w:t>Develop from within the business, since domain knowledge matters more than technical depth</w:t>
            </w:r>
          </w:p>
        </w:tc>
      </w:tr>
    </w:tbl>
    <w:p w14:paraId="1F197BC9" w14:textId="77777777" w:rsidR="00E2764D" w:rsidRDefault="00E2764D"/>
    <w:p w14:paraId="2FAE8073" w14:textId="77777777" w:rsidR="00E2764D" w:rsidRDefault="00F75996">
      <w:r>
        <w:rPr>
          <w:i/>
          <w:color w:val="808080"/>
        </w:rPr>
        <w:t>[PLACEHOLDER - Record the approved headcount for the Chief AI Officer's organization, the roles to be filled in the first year, the named incumbents where appointed, and the business units that will appoint embedded AI leads.]</w:t>
      </w:r>
    </w:p>
    <w:p w14:paraId="5482789E" w14:textId="77777777" w:rsidR="00E2764D" w:rsidRDefault="00F75996">
      <w:pPr>
        <w:pStyle w:val="Heading2"/>
      </w:pPr>
      <w:bookmarkStart w:id="85" w:name="_Toc241649753"/>
      <w:r>
        <w:t>16.2 AI Literacy and Role-Based Training</w:t>
      </w:r>
      <w:bookmarkEnd w:id="85"/>
    </w:p>
    <w:p w14:paraId="2C5A321F" w14:textId="77777777" w:rsidR="00E2764D" w:rsidRDefault="00F75996">
      <w:r>
        <w:t>Generic awareness training produces generic awareness. Training is therefore differentiated by what each audience must actually decide or do, and completion is a prerequisite for the corresponding entitlement rather than a separate compliance exercise. Training obligations under applicable regulation are met through this programme and evidenced through it.</w:t>
      </w:r>
    </w:p>
    <w:p w14:paraId="1B41983F" w14:textId="77777777" w:rsidR="00E2764D" w:rsidRDefault="00F75996">
      <w:r>
        <w:rPr>
          <w:i/>
          <w:sz w:val="20"/>
        </w:rPr>
        <w:t>Table 16.2 - Role-based AI training and its delivery.</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18DB88FA" w14:textId="77777777">
        <w:trPr>
          <w:tblHeader/>
        </w:trPr>
        <w:tc>
          <w:tcPr>
            <w:tcW w:w="3120" w:type="dxa"/>
            <w:shd w:val="clear" w:color="auto" w:fill="D5E8F0"/>
          </w:tcPr>
          <w:p w14:paraId="3E7A5937" w14:textId="77777777" w:rsidR="00E2764D" w:rsidRDefault="00F75996">
            <w:r>
              <w:rPr>
                <w:b/>
                <w:sz w:val="20"/>
              </w:rPr>
              <w:t>Audience</w:t>
            </w:r>
          </w:p>
        </w:tc>
        <w:tc>
          <w:tcPr>
            <w:tcW w:w="3120" w:type="dxa"/>
            <w:shd w:val="clear" w:color="auto" w:fill="D5E8F0"/>
          </w:tcPr>
          <w:p w14:paraId="76BD72E3" w14:textId="77777777" w:rsidR="00E2764D" w:rsidRDefault="00F75996">
            <w:r>
              <w:rPr>
                <w:b/>
                <w:sz w:val="20"/>
              </w:rPr>
              <w:t>Training Focus</w:t>
            </w:r>
          </w:p>
        </w:tc>
        <w:tc>
          <w:tcPr>
            <w:tcW w:w="3120" w:type="dxa"/>
            <w:shd w:val="clear" w:color="auto" w:fill="D5E8F0"/>
          </w:tcPr>
          <w:p w14:paraId="5CED5B7C" w14:textId="77777777" w:rsidR="00E2764D" w:rsidRDefault="00F75996">
            <w:r>
              <w:rPr>
                <w:b/>
                <w:sz w:val="20"/>
              </w:rPr>
              <w:t>Delivery and Cadence</w:t>
            </w:r>
          </w:p>
        </w:tc>
      </w:tr>
      <w:tr w:rsidR="00E2764D" w14:paraId="0608ECA4" w14:textId="77777777">
        <w:tc>
          <w:tcPr>
            <w:tcW w:w="3120" w:type="dxa"/>
          </w:tcPr>
          <w:p w14:paraId="3922ABFF" w14:textId="77777777" w:rsidR="00E2764D" w:rsidRDefault="00F75996">
            <w:r>
              <w:rPr>
                <w:sz w:val="20"/>
              </w:rPr>
              <w:t>Board and executive committee</w:t>
            </w:r>
          </w:p>
        </w:tc>
        <w:tc>
          <w:tcPr>
            <w:tcW w:w="3120" w:type="dxa"/>
          </w:tcPr>
          <w:p w14:paraId="022D32ED" w14:textId="77777777" w:rsidR="00E2764D" w:rsidRDefault="00F75996">
            <w:r>
              <w:rPr>
                <w:sz w:val="20"/>
              </w:rPr>
              <w:t>What the technology can and cannot do, the risk and regulatory landscape, the governance framework, and the questions to ask of any proposal</w:t>
            </w:r>
          </w:p>
        </w:tc>
        <w:tc>
          <w:tcPr>
            <w:tcW w:w="3120" w:type="dxa"/>
          </w:tcPr>
          <w:p w14:paraId="1B07670C" w14:textId="77777777" w:rsidR="00E2764D" w:rsidRDefault="00F75996">
            <w:r>
              <w:rPr>
                <w:sz w:val="20"/>
              </w:rPr>
              <w:t>Facilitated session at least annually, with a briefing whenever a material regulatory or portfolio change occurs</w:t>
            </w:r>
          </w:p>
        </w:tc>
      </w:tr>
      <w:tr w:rsidR="00E2764D" w14:paraId="0D708084" w14:textId="77777777">
        <w:tc>
          <w:tcPr>
            <w:tcW w:w="3120" w:type="dxa"/>
          </w:tcPr>
          <w:p w14:paraId="1F6AF951" w14:textId="77777777" w:rsidR="00E2764D" w:rsidRDefault="00F75996">
            <w:r>
              <w:rPr>
                <w:sz w:val="20"/>
              </w:rPr>
              <w:t>General workforce</w:t>
            </w:r>
          </w:p>
        </w:tc>
        <w:tc>
          <w:tcPr>
            <w:tcW w:w="3120" w:type="dxa"/>
          </w:tcPr>
          <w:p w14:paraId="65EB5291" w14:textId="77777777" w:rsidR="00E2764D" w:rsidRDefault="00F75996">
            <w:r>
              <w:rPr>
                <w:sz w:val="20"/>
              </w:rPr>
              <w:t xml:space="preserve">The acceptable use standard, what data may never be entered into which tools, how to </w:t>
            </w:r>
            <w:r>
              <w:rPr>
                <w:sz w:val="20"/>
              </w:rPr>
              <w:lastRenderedPageBreak/>
              <w:t>recognize and report an incorrect output, and the disclosure obligation</w:t>
            </w:r>
          </w:p>
        </w:tc>
        <w:tc>
          <w:tcPr>
            <w:tcW w:w="3120" w:type="dxa"/>
          </w:tcPr>
          <w:p w14:paraId="0FCB8315" w14:textId="77777777" w:rsidR="00E2764D" w:rsidRDefault="00F75996">
            <w:r>
              <w:rPr>
                <w:sz w:val="20"/>
              </w:rPr>
              <w:lastRenderedPageBreak/>
              <w:t xml:space="preserve">Mandatory onboarding module and annual refresh, with targeted communication when a </w:t>
            </w:r>
            <w:r>
              <w:rPr>
                <w:sz w:val="20"/>
              </w:rPr>
              <w:lastRenderedPageBreak/>
              <w:t>new sanctioned tool is introduced</w:t>
            </w:r>
          </w:p>
        </w:tc>
      </w:tr>
      <w:tr w:rsidR="00E2764D" w14:paraId="1AB2EF8E" w14:textId="77777777">
        <w:tc>
          <w:tcPr>
            <w:tcW w:w="3120" w:type="dxa"/>
          </w:tcPr>
          <w:p w14:paraId="2FFF1129" w14:textId="77777777" w:rsidR="00E2764D" w:rsidRDefault="00F75996">
            <w:r>
              <w:rPr>
                <w:sz w:val="20"/>
              </w:rPr>
              <w:lastRenderedPageBreak/>
              <w:t>Reviewers of record and frontline users of Tier 1 and Tier 2 systems</w:t>
            </w:r>
          </w:p>
        </w:tc>
        <w:tc>
          <w:tcPr>
            <w:tcW w:w="3120" w:type="dxa"/>
          </w:tcPr>
          <w:p w14:paraId="67421720" w14:textId="77777777" w:rsidR="00E2764D" w:rsidRDefault="00F75996">
            <w:r>
              <w:rPr>
                <w:sz w:val="20"/>
              </w:rPr>
              <w:t>The specific system's limitations and failure modes, how to interrogate its basis, automation bias, and the authority and expectation to override</w:t>
            </w:r>
          </w:p>
        </w:tc>
        <w:tc>
          <w:tcPr>
            <w:tcW w:w="3120" w:type="dxa"/>
          </w:tcPr>
          <w:p w14:paraId="6D7E2088" w14:textId="77777777" w:rsidR="00E2764D" w:rsidRDefault="00F75996">
            <w:r>
              <w:rPr>
                <w:sz w:val="20"/>
              </w:rPr>
              <w:t>System-specific training before entitlement is granted, refreshed on material change and at least annually</w:t>
            </w:r>
          </w:p>
        </w:tc>
      </w:tr>
      <w:tr w:rsidR="00E2764D" w14:paraId="5CCC4389" w14:textId="77777777">
        <w:tc>
          <w:tcPr>
            <w:tcW w:w="3120" w:type="dxa"/>
          </w:tcPr>
          <w:p w14:paraId="5D9CCEA9" w14:textId="77777777" w:rsidR="00E2764D" w:rsidRDefault="00F75996">
            <w:r>
              <w:rPr>
                <w:sz w:val="20"/>
              </w:rPr>
              <w:t>Managers and business sponsors</w:t>
            </w:r>
          </w:p>
        </w:tc>
        <w:tc>
          <w:tcPr>
            <w:tcW w:w="3120" w:type="dxa"/>
          </w:tcPr>
          <w:p w14:paraId="63B10C73" w14:textId="77777777" w:rsidR="00E2764D" w:rsidRDefault="00F75996">
            <w:r>
              <w:rPr>
                <w:sz w:val="20"/>
              </w:rPr>
              <w:t>How to bring a use case forward, what the intake gates require, how value is baselined and measured, and how to manage a team whose work is changing</w:t>
            </w:r>
          </w:p>
        </w:tc>
        <w:tc>
          <w:tcPr>
            <w:tcW w:w="3120" w:type="dxa"/>
          </w:tcPr>
          <w:p w14:paraId="1A377690" w14:textId="77777777" w:rsidR="00E2764D" w:rsidRDefault="00F75996">
            <w:r>
              <w:rPr>
                <w:sz w:val="20"/>
              </w:rPr>
              <w:t>Workshop on appointment as a sponsor, with a practitioner community meeting quarterly</w:t>
            </w:r>
          </w:p>
        </w:tc>
      </w:tr>
      <w:tr w:rsidR="00E2764D" w14:paraId="5BE16C1A" w14:textId="77777777">
        <w:tc>
          <w:tcPr>
            <w:tcW w:w="3120" w:type="dxa"/>
          </w:tcPr>
          <w:p w14:paraId="2347B4B7" w14:textId="77777777" w:rsidR="00E2764D" w:rsidRDefault="00F75996">
            <w:r>
              <w:rPr>
                <w:sz w:val="20"/>
              </w:rPr>
              <w:t>Technical practitioners</w:t>
            </w:r>
          </w:p>
        </w:tc>
        <w:tc>
          <w:tcPr>
            <w:tcW w:w="3120" w:type="dxa"/>
          </w:tcPr>
          <w:p w14:paraId="10EC9112" w14:textId="77777777" w:rsidR="00E2764D" w:rsidRDefault="00F75996">
            <w:r>
              <w:rPr>
                <w:sz w:val="20"/>
              </w:rPr>
              <w:t>Grounding and retrieval design, evaluation practice, guardrail implementation, agent permission scoping, secure development, and cost-aware design</w:t>
            </w:r>
          </w:p>
        </w:tc>
        <w:tc>
          <w:tcPr>
            <w:tcW w:w="3120" w:type="dxa"/>
          </w:tcPr>
          <w:p w14:paraId="5E86290B" w14:textId="77777777" w:rsidR="00E2764D" w:rsidRDefault="00F75996">
            <w:r>
              <w:rPr>
                <w:sz w:val="20"/>
              </w:rPr>
              <w:t>Structured technical enablement with hands-on delivery, refreshed as platform capability changes and reinforced through design review</w:t>
            </w:r>
          </w:p>
        </w:tc>
      </w:tr>
    </w:tbl>
    <w:p w14:paraId="71FD0ADE" w14:textId="77777777" w:rsidR="00E2764D" w:rsidRDefault="00E2764D"/>
    <w:p w14:paraId="1396D64B" w14:textId="77777777" w:rsidR="00E2764D" w:rsidRDefault="00F75996">
      <w:pPr>
        <w:pStyle w:val="Heading2"/>
      </w:pPr>
      <w:bookmarkStart w:id="86" w:name="_Toc241649754"/>
      <w:r>
        <w:t>16.3 Workforce Impact and Reskilling</w:t>
      </w:r>
      <w:bookmarkEnd w:id="86"/>
    </w:p>
    <w:p w14:paraId="1CA7C79A" w14:textId="77777777" w:rsidR="00E2764D" w:rsidRDefault="00F75996">
      <w:r>
        <w:t>The question every workforce asks about artificial intelligence is whether it is a productivity tool or a headcount programme, and an organization that refuses to answer will have the question answered for it by rumour. The honest answer is usually that some tasks will be automated, that some roles will change substantially, that a small number may cease to exist in their current form, and that the organization intends to redeploy rather than displace wherever it can. Stating that plainly, with the commitments that support it, is more credible than reassurance that contradicts what staff can see.</w:t>
      </w:r>
    </w:p>
    <w:p w14:paraId="6BA115F1" w14:textId="77777777" w:rsidR="00E2764D" w:rsidRDefault="00F75996">
      <w:pPr>
        <w:pStyle w:val="ListBullet"/>
      </w:pPr>
      <w:r>
        <w:rPr>
          <w:b/>
        </w:rPr>
        <w:t>State the intent explicitly and early</w:t>
      </w:r>
      <w:r>
        <w:t>: the organization publishes its position on workforce impact before deploying systems that change work, rather than after staff infer it.</w:t>
      </w:r>
    </w:p>
    <w:p w14:paraId="1DD3A4D5" w14:textId="77777777" w:rsidR="00E2764D" w:rsidRDefault="00F75996">
      <w:pPr>
        <w:pStyle w:val="ListBullet"/>
      </w:pPr>
      <w:r>
        <w:rPr>
          <w:b/>
        </w:rPr>
        <w:t>Design for task change rather than role elimination</w:t>
      </w:r>
      <w:r>
        <w:t>: use case design targets the tasks within a role that are repetitive or low-judgment, and the value case is stated in capacity and quality terms wherever that is the genuine objective.</w:t>
      </w:r>
    </w:p>
    <w:p w14:paraId="5B67309B" w14:textId="77777777" w:rsidR="00E2764D" w:rsidRDefault="00F75996">
      <w:pPr>
        <w:pStyle w:val="ListBullet"/>
      </w:pPr>
      <w:r>
        <w:rPr>
          <w:b/>
        </w:rPr>
        <w:t>Commit to redeployment first</w:t>
      </w:r>
      <w:r>
        <w:t>: where roles are materially reduced, the organization commits to redeployment and retraining as the primary response, with a defined process and a named owner.</w:t>
      </w:r>
    </w:p>
    <w:p w14:paraId="20C0911D" w14:textId="77777777" w:rsidR="00E2764D" w:rsidRDefault="00F75996">
      <w:pPr>
        <w:pStyle w:val="ListBullet"/>
      </w:pPr>
      <w:r>
        <w:rPr>
          <w:b/>
        </w:rPr>
        <w:t>Fund reskilling before deployment, not after</w:t>
      </w:r>
      <w:r>
        <w:t>: training pathways for affected staff are funded and available in advance of the change, because retrospective offers are correctly read as severance preparation.</w:t>
      </w:r>
    </w:p>
    <w:p w14:paraId="168BC11B" w14:textId="77777777" w:rsidR="00E2764D" w:rsidRDefault="00F75996">
      <w:pPr>
        <w:pStyle w:val="ListBullet"/>
      </w:pPr>
      <w:r>
        <w:rPr>
          <w:b/>
        </w:rPr>
        <w:lastRenderedPageBreak/>
        <w:t>Protect the expertise the systems depend on</w:t>
      </w:r>
      <w:r>
        <w:t>: the staff whose judgment trains, evaluates, and oversees these systems are the organization's most valuable AI asset, and removing them degrades the systems they enabled.</w:t>
      </w:r>
    </w:p>
    <w:p w14:paraId="0A7BEBCC" w14:textId="77777777" w:rsidR="00E2764D" w:rsidRDefault="00F75996">
      <w:pPr>
        <w:pStyle w:val="ListBullet"/>
      </w:pPr>
      <w:r>
        <w:rPr>
          <w:b/>
        </w:rPr>
        <w:t>Involve affected staff in design</w:t>
      </w:r>
      <w:r>
        <w:t>: frontline participation in defining the workflow produces better systems and converts the most credible internal critics into informed advocates.</w:t>
      </w:r>
    </w:p>
    <w:p w14:paraId="4F11B36C" w14:textId="77777777" w:rsidR="00E2764D" w:rsidRDefault="00F75996">
      <w:pPr>
        <w:pStyle w:val="ListBullet"/>
      </w:pPr>
      <w:r>
        <w:rPr>
          <w:b/>
        </w:rPr>
        <w:t>Engage employee representatives early</w:t>
      </w:r>
      <w:r>
        <w:t>: where a works council, union, or civil service framework applies, consultation begins during design rather than at deployment.</w:t>
      </w:r>
    </w:p>
    <w:p w14:paraId="751D068E" w14:textId="77777777" w:rsidR="00E2764D" w:rsidRDefault="00F75996">
      <w:pPr>
        <w:pStyle w:val="ListBullet"/>
      </w:pPr>
      <w:r>
        <w:rPr>
          <w:b/>
        </w:rPr>
        <w:t>Report workforce effects honestly</w:t>
      </w:r>
      <w:r>
        <w:t>: adoption reporting under Section 17.3 includes the observed effect on roles and capacity, not only efficiency gains.</w:t>
      </w:r>
    </w:p>
    <w:p w14:paraId="75916AFF" w14:textId="77777777" w:rsidR="00E2764D" w:rsidRDefault="00F75996">
      <w:pPr>
        <w:pStyle w:val="Heading2"/>
      </w:pPr>
      <w:bookmarkStart w:id="87" w:name="_Toc241649755"/>
      <w:r>
        <w:t>16.4 Communications and Adoption</w:t>
      </w:r>
      <w:bookmarkEnd w:id="87"/>
    </w:p>
    <w:p w14:paraId="66C2AAC0" w14:textId="77777777" w:rsidR="00E2764D" w:rsidRDefault="00F75996">
      <w:r>
        <w:t>Adoption is the point at which most AI investment is lost. A system that works technically and is used by a fraction of its intended population delivers a fraction of its value, and the reasons are almost always human: the tool is slower than the workaround, nobody explained what it is for, the first experience was poor, or the local manager was never persuaded. The practices below treat adoption as a designed outcome rather than a hoped-for consequence.</w:t>
      </w:r>
    </w:p>
    <w:p w14:paraId="551D7A2A" w14:textId="77777777" w:rsidR="00E2764D" w:rsidRDefault="00F75996">
      <w:pPr>
        <w:pStyle w:val="ListBullet"/>
      </w:pPr>
      <w:r>
        <w:rPr>
          <w:b/>
        </w:rPr>
        <w:t>Communicate purpose before capability</w:t>
      </w:r>
      <w:r>
        <w:t>: staff are told what problem the system addresses and why it was chosen, because a tool introduced without a reason is received as an imposition.</w:t>
      </w:r>
    </w:p>
    <w:p w14:paraId="66E4851B" w14:textId="77777777" w:rsidR="00E2764D" w:rsidRDefault="00F75996">
      <w:pPr>
        <w:pStyle w:val="ListBullet"/>
      </w:pPr>
      <w:r>
        <w:rPr>
          <w:b/>
        </w:rPr>
        <w:t>Be explicit about limitations</w:t>
      </w:r>
      <w:r>
        <w:t>: telling users what a system cannot do builds more trust than overselling what it can, and it prevents the early failure that ends adoption permanently.</w:t>
      </w:r>
    </w:p>
    <w:p w14:paraId="67D35391" w14:textId="77777777" w:rsidR="00E2764D" w:rsidRDefault="00F75996">
      <w:pPr>
        <w:pStyle w:val="ListBullet"/>
      </w:pPr>
      <w:r>
        <w:rPr>
          <w:b/>
        </w:rPr>
        <w:t>Recruit and support local champions</w:t>
      </w:r>
      <w:r>
        <w:t>: adoption follows respected practitioners within each team more reliably than it follows central communication.</w:t>
      </w:r>
    </w:p>
    <w:p w14:paraId="3139DE0F" w14:textId="77777777" w:rsidR="00E2764D" w:rsidRDefault="00F75996">
      <w:pPr>
        <w:pStyle w:val="ListBullet"/>
      </w:pPr>
      <w:r>
        <w:rPr>
          <w:b/>
        </w:rPr>
        <w:t>Integrate into existing workflow</w:t>
      </w:r>
      <w:r>
        <w:t>: capability delivered inside the tools people already use is adopted at materially higher rates than capability requiring a separate application.</w:t>
      </w:r>
    </w:p>
    <w:p w14:paraId="1408AD02" w14:textId="77777777" w:rsidR="00E2764D" w:rsidRDefault="00F75996">
      <w:pPr>
        <w:pStyle w:val="ListBullet"/>
      </w:pPr>
      <w:r>
        <w:rPr>
          <w:b/>
        </w:rPr>
        <w:t>Make feedback effortless and visibly acted upon</w:t>
      </w:r>
      <w:r>
        <w:t>: in-tool reporting feeds the improvement cadence in Section 17.4, and users are told what changed as a result of what they raised.</w:t>
      </w:r>
    </w:p>
    <w:p w14:paraId="2BE1EB1D" w14:textId="77777777" w:rsidR="00E2764D" w:rsidRDefault="00F75996">
      <w:pPr>
        <w:pStyle w:val="ListBullet"/>
      </w:pPr>
      <w:r>
        <w:rPr>
          <w:b/>
        </w:rPr>
        <w:t>Measure adoption by depth, not by logins</w:t>
      </w:r>
      <w:r>
        <w:t>: active use, task completion, and repeat use by the intended population are tracked, since a first-week login figure indicates curiosity rather than value.</w:t>
      </w:r>
    </w:p>
    <w:p w14:paraId="150572A8" w14:textId="77777777" w:rsidR="00E2764D" w:rsidRDefault="00F75996">
      <w:pPr>
        <w:pStyle w:val="ListBullet"/>
      </w:pPr>
      <w:r>
        <w:rPr>
          <w:b/>
        </w:rPr>
        <w:t>Address the local manager first</w:t>
      </w:r>
      <w:r>
        <w:t>: adoption stalls where a supervisor is unconvinced, so enablement targets managers before their teams.</w:t>
      </w:r>
    </w:p>
    <w:p w14:paraId="0D0C5693" w14:textId="77777777" w:rsidR="00E2764D" w:rsidRDefault="00F75996">
      <w:pPr>
        <w:pStyle w:val="ListBullet"/>
      </w:pPr>
      <w:r>
        <w:rPr>
          <w:b/>
        </w:rPr>
        <w:t>Retire what is not adopted</w:t>
      </w:r>
      <w:r>
        <w:t>: a system that fails to reach meaningful use within a defined period is reviewed for withdrawal under Section 17.5 rather than left running indefinitely.</w:t>
      </w:r>
    </w:p>
    <w:p w14:paraId="2D61FA14" w14:textId="77777777" w:rsidR="00E2764D" w:rsidRDefault="00F75996">
      <w:pPr>
        <w:pStyle w:val="Heading1"/>
        <w:pageBreakBefore/>
      </w:pPr>
      <w:bookmarkStart w:id="88" w:name="_Toc241649756"/>
      <w:r>
        <w:lastRenderedPageBreak/>
        <w:t>17. Monitoring, Metrics and Reporting to the Board</w:t>
      </w:r>
      <w:bookmarkEnd w:id="88"/>
    </w:p>
    <w:p w14:paraId="22C39F58" w14:textId="77777777" w:rsidR="00E2764D" w:rsidRDefault="00F75996">
      <w:r>
        <w:t>An AI system that is not monitored is an unmanaged liability, because it will not announce its own degradation. Monitoring for artificial intelligence spans more dimensions than conventional application monitoring: not only whether the system is available and fast, but whether its answers remain correct, whether its safety controls are firing, whether the world it was built against has shifted, whether anyone is using it, whether it is delivering the value claimed, and what it costs. This section defines those dimensions, the measures the officer reports, and the discipline of retiring what no longer earns its place.</w:t>
      </w:r>
    </w:p>
    <w:p w14:paraId="45C4B0C9" w14:textId="77777777" w:rsidR="00E2764D" w:rsidRDefault="00F75996">
      <w:pPr>
        <w:pStyle w:val="Heading2"/>
      </w:pPr>
      <w:bookmarkStart w:id="89" w:name="_Toc241649757"/>
      <w:r>
        <w:t>17.1 Monitoring Dimensions</w:t>
      </w:r>
      <w:bookmarkEnd w:id="89"/>
    </w:p>
    <w:p w14:paraId="25BEE33E" w14:textId="77777777" w:rsidR="00E2764D" w:rsidRDefault="00F75996">
      <w:r>
        <w:t>The seven dimensions below are monitored for every production system, with depth proportionate to risk tier. Instrumentation is designed into the system at build time, because retrofitting quality and cost telemetry into a live AI system is disproportionately difficult.</w:t>
      </w:r>
    </w:p>
    <w:p w14:paraId="27207B4C" w14:textId="77777777" w:rsidR="00E2764D" w:rsidRDefault="00F75996">
      <w:r>
        <w:rPr>
          <w:i/>
          <w:sz w:val="20"/>
        </w:rPr>
        <w:t>Table 17.1 - Monitoring dimensions, what each tracks, and the tooling that provides it.</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6DAD7EB1" w14:textId="77777777">
        <w:trPr>
          <w:tblHeader/>
        </w:trPr>
        <w:tc>
          <w:tcPr>
            <w:tcW w:w="3120" w:type="dxa"/>
            <w:shd w:val="clear" w:color="auto" w:fill="D5E8F0"/>
          </w:tcPr>
          <w:p w14:paraId="2426C7CF" w14:textId="77777777" w:rsidR="00E2764D" w:rsidRDefault="00F75996">
            <w:r>
              <w:rPr>
                <w:b/>
                <w:sz w:val="20"/>
              </w:rPr>
              <w:t>Monitoring Dimension</w:t>
            </w:r>
          </w:p>
        </w:tc>
        <w:tc>
          <w:tcPr>
            <w:tcW w:w="3120" w:type="dxa"/>
            <w:shd w:val="clear" w:color="auto" w:fill="D5E8F0"/>
          </w:tcPr>
          <w:p w14:paraId="7ECC28B0" w14:textId="77777777" w:rsidR="00E2764D" w:rsidRDefault="00F75996">
            <w:r>
              <w:rPr>
                <w:b/>
                <w:sz w:val="20"/>
              </w:rPr>
              <w:t>What Is Tracked</w:t>
            </w:r>
          </w:p>
        </w:tc>
        <w:tc>
          <w:tcPr>
            <w:tcW w:w="3120" w:type="dxa"/>
            <w:shd w:val="clear" w:color="auto" w:fill="D5E8F0"/>
          </w:tcPr>
          <w:p w14:paraId="7941D5A1" w14:textId="77777777" w:rsidR="00E2764D" w:rsidRDefault="00F75996">
            <w:r>
              <w:rPr>
                <w:b/>
                <w:sz w:val="20"/>
              </w:rPr>
              <w:t>Tooling</w:t>
            </w:r>
          </w:p>
        </w:tc>
      </w:tr>
      <w:tr w:rsidR="00E2764D" w14:paraId="093A7A8A" w14:textId="77777777">
        <w:tc>
          <w:tcPr>
            <w:tcW w:w="3120" w:type="dxa"/>
          </w:tcPr>
          <w:p w14:paraId="33E23A39" w14:textId="77777777" w:rsidR="00E2764D" w:rsidRDefault="00F75996">
            <w:r>
              <w:rPr>
                <w:sz w:val="20"/>
              </w:rPr>
              <w:t>Technical performance</w:t>
            </w:r>
          </w:p>
        </w:tc>
        <w:tc>
          <w:tcPr>
            <w:tcW w:w="3120" w:type="dxa"/>
          </w:tcPr>
          <w:p w14:paraId="08E0622B" w14:textId="77777777" w:rsidR="00E2764D" w:rsidRDefault="00F75996">
            <w:r>
              <w:rPr>
                <w:sz w:val="20"/>
              </w:rPr>
              <w:t>Availability, end-to-end latency, error rates, throughput, throttling events, and dependency health across retrieval, model, and integration layers</w:t>
            </w:r>
          </w:p>
        </w:tc>
        <w:tc>
          <w:tcPr>
            <w:tcW w:w="3120" w:type="dxa"/>
          </w:tcPr>
          <w:p w14:paraId="2322CDB6" w14:textId="77777777" w:rsidR="00E2764D" w:rsidRDefault="00F75996">
            <w:r>
              <w:rPr>
                <w:sz w:val="20"/>
              </w:rPr>
              <w:t>Azure Monitor and Application Insights, with alerting against agreed service thresholds</w:t>
            </w:r>
          </w:p>
        </w:tc>
      </w:tr>
      <w:tr w:rsidR="00E2764D" w14:paraId="4AC031E8" w14:textId="77777777">
        <w:tc>
          <w:tcPr>
            <w:tcW w:w="3120" w:type="dxa"/>
          </w:tcPr>
          <w:p w14:paraId="237BB52F" w14:textId="77777777" w:rsidR="00E2764D" w:rsidRDefault="00F75996">
            <w:r>
              <w:rPr>
                <w:sz w:val="20"/>
              </w:rPr>
              <w:t>Quality and accuracy</w:t>
            </w:r>
          </w:p>
        </w:tc>
        <w:tc>
          <w:tcPr>
            <w:tcW w:w="3120" w:type="dxa"/>
          </w:tcPr>
          <w:p w14:paraId="5BE296A0" w14:textId="77777777" w:rsidR="00E2764D" w:rsidRDefault="00F75996">
            <w:r>
              <w:rPr>
                <w:sz w:val="20"/>
              </w:rPr>
              <w:t>Scores against the curated evaluation set, groundedness and citation coverage, human override and correction rates, and user-reported defects</w:t>
            </w:r>
          </w:p>
        </w:tc>
        <w:tc>
          <w:tcPr>
            <w:tcW w:w="3120" w:type="dxa"/>
          </w:tcPr>
          <w:p w14:paraId="1EB96E11" w14:textId="77777777" w:rsidR="00E2764D" w:rsidRDefault="00F75996">
            <w:r>
              <w:rPr>
                <w:sz w:val="20"/>
              </w:rPr>
              <w:t>Azure AI Foundry evaluation capability, with results published to Power BI</w:t>
            </w:r>
          </w:p>
        </w:tc>
      </w:tr>
      <w:tr w:rsidR="00E2764D" w14:paraId="61CC3C96" w14:textId="77777777">
        <w:tc>
          <w:tcPr>
            <w:tcW w:w="3120" w:type="dxa"/>
          </w:tcPr>
          <w:p w14:paraId="4A475FCE" w14:textId="77777777" w:rsidR="00E2764D" w:rsidRDefault="00F75996">
            <w:r>
              <w:rPr>
                <w:sz w:val="20"/>
              </w:rPr>
              <w:t>Safety and content filtering</w:t>
            </w:r>
          </w:p>
        </w:tc>
        <w:tc>
          <w:tcPr>
            <w:tcW w:w="3120" w:type="dxa"/>
          </w:tcPr>
          <w:p w14:paraId="2F334977" w14:textId="77777777" w:rsidR="00E2764D" w:rsidRDefault="00F75996">
            <w:r>
              <w:rPr>
                <w:sz w:val="20"/>
              </w:rPr>
              <w:t>Volume and category of blocked inputs and outputs, groundedness failures, refusal behavior, and attempted prohibited use</w:t>
            </w:r>
          </w:p>
        </w:tc>
        <w:tc>
          <w:tcPr>
            <w:tcW w:w="3120" w:type="dxa"/>
          </w:tcPr>
          <w:p w14:paraId="5D9615B9" w14:textId="77777777" w:rsidR="00E2764D" w:rsidRDefault="00F75996">
            <w:r>
              <w:rPr>
                <w:sz w:val="20"/>
              </w:rPr>
              <w:t>Azure AI Content Safety telemetry correlated in Microsoft Sentinel</w:t>
            </w:r>
          </w:p>
        </w:tc>
      </w:tr>
      <w:tr w:rsidR="00E2764D" w14:paraId="3C1E686E" w14:textId="77777777">
        <w:tc>
          <w:tcPr>
            <w:tcW w:w="3120" w:type="dxa"/>
          </w:tcPr>
          <w:p w14:paraId="733D3349" w14:textId="77777777" w:rsidR="00E2764D" w:rsidRDefault="00F75996">
            <w:r>
              <w:rPr>
                <w:sz w:val="20"/>
              </w:rPr>
              <w:t>Drift</w:t>
            </w:r>
          </w:p>
        </w:tc>
        <w:tc>
          <w:tcPr>
            <w:tcW w:w="3120" w:type="dxa"/>
          </w:tcPr>
          <w:p w14:paraId="0DE56DD6" w14:textId="77777777" w:rsidR="00E2764D" w:rsidRDefault="00F75996">
            <w:r>
              <w:rPr>
                <w:sz w:val="20"/>
              </w:rPr>
              <w:t>Change in input distribution, retrieval relevance, output characteristics, and predictive model performance against the validation baseline</w:t>
            </w:r>
          </w:p>
        </w:tc>
        <w:tc>
          <w:tcPr>
            <w:tcW w:w="3120" w:type="dxa"/>
          </w:tcPr>
          <w:p w14:paraId="35B35707" w14:textId="77777777" w:rsidR="00E2764D" w:rsidRDefault="00F75996">
            <w:r>
              <w:rPr>
                <w:sz w:val="20"/>
              </w:rPr>
              <w:t>Azure Machine Learning monitoring for predictive models and scheduled evaluation reruns for generative systems</w:t>
            </w:r>
          </w:p>
        </w:tc>
      </w:tr>
      <w:tr w:rsidR="00E2764D" w14:paraId="695237D4" w14:textId="77777777">
        <w:tc>
          <w:tcPr>
            <w:tcW w:w="3120" w:type="dxa"/>
          </w:tcPr>
          <w:p w14:paraId="75992956" w14:textId="77777777" w:rsidR="00E2764D" w:rsidRDefault="00F75996">
            <w:r>
              <w:rPr>
                <w:sz w:val="20"/>
              </w:rPr>
              <w:t>Adoption</w:t>
            </w:r>
          </w:p>
        </w:tc>
        <w:tc>
          <w:tcPr>
            <w:tcW w:w="3120" w:type="dxa"/>
          </w:tcPr>
          <w:p w14:paraId="0FD3BF3B" w14:textId="77777777" w:rsidR="00E2764D" w:rsidRDefault="00F75996">
            <w:r>
              <w:rPr>
                <w:sz w:val="20"/>
              </w:rPr>
              <w:t>Active users against the intended population, depth and frequency of use, task completion, and abandonment points</w:t>
            </w:r>
          </w:p>
        </w:tc>
        <w:tc>
          <w:tcPr>
            <w:tcW w:w="3120" w:type="dxa"/>
          </w:tcPr>
          <w:p w14:paraId="495BFEFE" w14:textId="77777777" w:rsidR="00E2764D" w:rsidRDefault="00F75996">
            <w:r>
              <w:rPr>
                <w:sz w:val="20"/>
              </w:rPr>
              <w:t>Application Insights and Power BI, segmented by business unit and role</w:t>
            </w:r>
          </w:p>
        </w:tc>
      </w:tr>
      <w:tr w:rsidR="00E2764D" w14:paraId="229FE862" w14:textId="77777777">
        <w:tc>
          <w:tcPr>
            <w:tcW w:w="3120" w:type="dxa"/>
          </w:tcPr>
          <w:p w14:paraId="1234ACE4" w14:textId="77777777" w:rsidR="00E2764D" w:rsidRDefault="00F75996">
            <w:r>
              <w:rPr>
                <w:sz w:val="20"/>
              </w:rPr>
              <w:lastRenderedPageBreak/>
              <w:t>Business value</w:t>
            </w:r>
          </w:p>
        </w:tc>
        <w:tc>
          <w:tcPr>
            <w:tcW w:w="3120" w:type="dxa"/>
          </w:tcPr>
          <w:p w14:paraId="09D95763" w14:textId="77777777" w:rsidR="00E2764D" w:rsidRDefault="00F75996">
            <w:r>
              <w:rPr>
                <w:sz w:val="20"/>
              </w:rPr>
              <w:t>The outcome measures baselined before deployment, compared to the pre-deployment baseline and to any control population</w:t>
            </w:r>
          </w:p>
        </w:tc>
        <w:tc>
          <w:tcPr>
            <w:tcW w:w="3120" w:type="dxa"/>
          </w:tcPr>
          <w:p w14:paraId="71FA190C" w14:textId="77777777" w:rsidR="00E2764D" w:rsidRDefault="00F75996">
            <w:r>
              <w:rPr>
                <w:sz w:val="20"/>
              </w:rPr>
              <w:t>Microsoft Fabric with Power BI, using source measures agreed with finance</w:t>
            </w:r>
          </w:p>
        </w:tc>
      </w:tr>
      <w:tr w:rsidR="00E2764D" w14:paraId="146753FD" w14:textId="77777777">
        <w:tc>
          <w:tcPr>
            <w:tcW w:w="3120" w:type="dxa"/>
          </w:tcPr>
          <w:p w14:paraId="6BA2B75D" w14:textId="77777777" w:rsidR="00E2764D" w:rsidRDefault="00F75996">
            <w:r>
              <w:rPr>
                <w:sz w:val="20"/>
              </w:rPr>
              <w:t>Cost</w:t>
            </w:r>
          </w:p>
        </w:tc>
        <w:tc>
          <w:tcPr>
            <w:tcW w:w="3120" w:type="dxa"/>
          </w:tcPr>
          <w:p w14:paraId="5C615ABA" w14:textId="77777777" w:rsidR="00E2764D" w:rsidRDefault="00F75996">
            <w:r>
              <w:rPr>
                <w:sz w:val="20"/>
              </w:rPr>
              <w:t>Consumption by system, token usage per transaction, quota utilization, and cost per unit of business outcome</w:t>
            </w:r>
          </w:p>
        </w:tc>
        <w:tc>
          <w:tcPr>
            <w:tcW w:w="3120" w:type="dxa"/>
          </w:tcPr>
          <w:p w14:paraId="1DE279CC" w14:textId="77777777" w:rsidR="00E2764D" w:rsidRDefault="00F75996">
            <w:r>
              <w:rPr>
                <w:sz w:val="20"/>
              </w:rPr>
              <w:t>Microsoft Cost Management with resource tagging enforced by Azure Policy</w:t>
            </w:r>
          </w:p>
        </w:tc>
      </w:tr>
    </w:tbl>
    <w:p w14:paraId="5B0DD252" w14:textId="77777777" w:rsidR="00E2764D" w:rsidRDefault="00E2764D"/>
    <w:p w14:paraId="3C4A8395" w14:textId="77777777" w:rsidR="00E2764D" w:rsidRDefault="00F75996">
      <w:pPr>
        <w:pStyle w:val="Heading2"/>
      </w:pPr>
      <w:bookmarkStart w:id="90" w:name="_Toc241649758"/>
      <w:r>
        <w:t>17.2 Program KPI Framework</w:t>
      </w:r>
      <w:bookmarkEnd w:id="90"/>
    </w:p>
    <w:p w14:paraId="11A6C545" w14:textId="77777777" w:rsidR="00E2764D" w:rsidRDefault="00F75996">
      <w:r>
        <w:t>The measures below constitute the officer's standing scorecard for the portfolio as a whole, distinct from the use-case metrics defined in each deep dive. Targets are deliberately expressed as guidance rather than as numbers, because a target set before a baseline exists is a guess that will later be defended rather than a commitment that can be met.</w:t>
      </w:r>
    </w:p>
    <w:p w14:paraId="45EAAF40" w14:textId="77777777" w:rsidR="00E2764D" w:rsidRDefault="00F75996">
      <w:r>
        <w:rPr>
          <w:i/>
          <w:sz w:val="20"/>
        </w:rPr>
        <w:t>Table 17.2 - Portfolio-level key performance indicators and how to set targets for each.</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4653A4F4" w14:textId="77777777">
        <w:trPr>
          <w:tblHeader/>
        </w:trPr>
        <w:tc>
          <w:tcPr>
            <w:tcW w:w="2340" w:type="dxa"/>
            <w:shd w:val="clear" w:color="auto" w:fill="D5E8F0"/>
          </w:tcPr>
          <w:p w14:paraId="5751F327" w14:textId="77777777" w:rsidR="00E2764D" w:rsidRDefault="00F75996">
            <w:r>
              <w:rPr>
                <w:b/>
                <w:sz w:val="20"/>
              </w:rPr>
              <w:t>KPI</w:t>
            </w:r>
          </w:p>
        </w:tc>
        <w:tc>
          <w:tcPr>
            <w:tcW w:w="2340" w:type="dxa"/>
            <w:shd w:val="clear" w:color="auto" w:fill="D5E8F0"/>
          </w:tcPr>
          <w:p w14:paraId="7DEA1540" w14:textId="77777777" w:rsidR="00E2764D" w:rsidRDefault="00F75996">
            <w:r>
              <w:rPr>
                <w:b/>
                <w:sz w:val="20"/>
              </w:rPr>
              <w:t>Definition</w:t>
            </w:r>
          </w:p>
        </w:tc>
        <w:tc>
          <w:tcPr>
            <w:tcW w:w="2340" w:type="dxa"/>
            <w:shd w:val="clear" w:color="auto" w:fill="D5E8F0"/>
          </w:tcPr>
          <w:p w14:paraId="183E42A5" w14:textId="77777777" w:rsidR="00E2764D" w:rsidRDefault="00F75996">
            <w:r>
              <w:rPr>
                <w:b/>
                <w:sz w:val="20"/>
              </w:rPr>
              <w:t>Baseline Source</w:t>
            </w:r>
          </w:p>
        </w:tc>
        <w:tc>
          <w:tcPr>
            <w:tcW w:w="2340" w:type="dxa"/>
            <w:shd w:val="clear" w:color="auto" w:fill="D5E8F0"/>
          </w:tcPr>
          <w:p w14:paraId="278F7A4D" w14:textId="77777777" w:rsidR="00E2764D" w:rsidRDefault="00F75996">
            <w:r>
              <w:rPr>
                <w:b/>
                <w:sz w:val="20"/>
              </w:rPr>
              <w:t>Target Setting Guidance</w:t>
            </w:r>
          </w:p>
        </w:tc>
      </w:tr>
      <w:tr w:rsidR="00E2764D" w14:paraId="33DF389E" w14:textId="77777777">
        <w:tc>
          <w:tcPr>
            <w:tcW w:w="2340" w:type="dxa"/>
          </w:tcPr>
          <w:p w14:paraId="11EBFB56" w14:textId="77777777" w:rsidR="00E2764D" w:rsidRDefault="00F75996">
            <w:r>
              <w:rPr>
                <w:sz w:val="20"/>
              </w:rPr>
              <w:t>Inventory completeness</w:t>
            </w:r>
          </w:p>
        </w:tc>
        <w:tc>
          <w:tcPr>
            <w:tcW w:w="2340" w:type="dxa"/>
          </w:tcPr>
          <w:p w14:paraId="2515CBCA" w14:textId="77777777" w:rsidR="00E2764D" w:rsidRDefault="00F75996">
            <w:r>
              <w:rPr>
                <w:sz w:val="20"/>
              </w:rPr>
              <w:t>Proportion of AI systems in the inventory relative to those discovered through reconciliation against procurement, cloud consumption, and software asset data</w:t>
            </w:r>
          </w:p>
        </w:tc>
        <w:tc>
          <w:tcPr>
            <w:tcW w:w="2340" w:type="dxa"/>
          </w:tcPr>
          <w:p w14:paraId="5037CB0A" w14:textId="77777777" w:rsidR="00E2764D" w:rsidRDefault="00F75996">
            <w:r>
              <w:rPr>
                <w:sz w:val="20"/>
              </w:rPr>
              <w:t>The first full reconciliation performed during the foundation phase</w:t>
            </w:r>
          </w:p>
        </w:tc>
        <w:tc>
          <w:tcPr>
            <w:tcW w:w="2340" w:type="dxa"/>
          </w:tcPr>
          <w:p w14:paraId="0775237D" w14:textId="77777777" w:rsidR="00E2764D" w:rsidRDefault="00F75996">
            <w:r>
              <w:rPr>
                <w:sz w:val="20"/>
              </w:rPr>
              <w:t>Target complete coverage within two review cycles, then hold, treating any newly discovered system as a process failure to investigate</w:t>
            </w:r>
          </w:p>
        </w:tc>
      </w:tr>
      <w:tr w:rsidR="00E2764D" w14:paraId="59EC12C4" w14:textId="77777777">
        <w:tc>
          <w:tcPr>
            <w:tcW w:w="2340" w:type="dxa"/>
          </w:tcPr>
          <w:p w14:paraId="158BE6CF" w14:textId="77777777" w:rsidR="00E2764D" w:rsidRDefault="00F75996">
            <w:r>
              <w:rPr>
                <w:sz w:val="20"/>
              </w:rPr>
              <w:t>Time from intake to decision</w:t>
            </w:r>
          </w:p>
        </w:tc>
        <w:tc>
          <w:tcPr>
            <w:tcW w:w="2340" w:type="dxa"/>
          </w:tcPr>
          <w:p w14:paraId="33224BC5" w14:textId="77777777" w:rsidR="00E2764D" w:rsidRDefault="00F75996">
            <w:r>
              <w:rPr>
                <w:sz w:val="20"/>
              </w:rPr>
              <w:t>Median elapsed days from use case registration to a release decision or a documented rejection</w:t>
            </w:r>
          </w:p>
        </w:tc>
        <w:tc>
          <w:tcPr>
            <w:tcW w:w="2340" w:type="dxa"/>
          </w:tcPr>
          <w:p w14:paraId="45C1A3BA" w14:textId="77777777" w:rsidR="00E2764D" w:rsidRDefault="00F75996">
            <w:r>
              <w:rPr>
                <w:sz w:val="20"/>
              </w:rPr>
              <w:t>Measured across the first cohort of use cases through the gates in Section 6.4</w:t>
            </w:r>
          </w:p>
        </w:tc>
        <w:tc>
          <w:tcPr>
            <w:tcW w:w="2340" w:type="dxa"/>
          </w:tcPr>
          <w:p w14:paraId="30B2E446" w14:textId="77777777" w:rsidR="00E2764D" w:rsidRDefault="00F75996">
            <w:r>
              <w:rPr>
                <w:sz w:val="20"/>
              </w:rPr>
              <w:t>Set to reduce materially against the initial cohort while holding rejection quality constant, since faster approval of everything is not improvement</w:t>
            </w:r>
          </w:p>
        </w:tc>
      </w:tr>
      <w:tr w:rsidR="00E2764D" w14:paraId="000D397B" w14:textId="77777777">
        <w:tc>
          <w:tcPr>
            <w:tcW w:w="2340" w:type="dxa"/>
          </w:tcPr>
          <w:p w14:paraId="5098D207" w14:textId="77777777" w:rsidR="00E2764D" w:rsidRDefault="00F75996">
            <w:r>
              <w:rPr>
                <w:sz w:val="20"/>
              </w:rPr>
              <w:t>Verified value realized</w:t>
            </w:r>
          </w:p>
        </w:tc>
        <w:tc>
          <w:tcPr>
            <w:tcW w:w="2340" w:type="dxa"/>
          </w:tcPr>
          <w:p w14:paraId="11BE34CE" w14:textId="77777777" w:rsidR="00E2764D" w:rsidRDefault="00F75996">
            <w:r>
              <w:rPr>
                <w:sz w:val="20"/>
              </w:rPr>
              <w:t>Business outcome benefit confirmed by finance against the pre-deployment baseline, aggregated across production systems</w:t>
            </w:r>
          </w:p>
        </w:tc>
        <w:tc>
          <w:tcPr>
            <w:tcW w:w="2340" w:type="dxa"/>
          </w:tcPr>
          <w:p w14:paraId="48FC89A5" w14:textId="77777777" w:rsidR="00E2764D" w:rsidRDefault="00F75996">
            <w:r>
              <w:rPr>
                <w:sz w:val="20"/>
              </w:rPr>
              <w:t>The baselines established at gate six for each use case</w:t>
            </w:r>
          </w:p>
        </w:tc>
        <w:tc>
          <w:tcPr>
            <w:tcW w:w="2340" w:type="dxa"/>
          </w:tcPr>
          <w:p w14:paraId="1B394B5F" w14:textId="77777777" w:rsidR="00E2764D" w:rsidRDefault="00F75996">
            <w:r>
              <w:rPr>
                <w:sz w:val="20"/>
              </w:rPr>
              <w:t>Set as a proportion of the value claimed in approved business cases, expecting a gap and managing to close it</w:t>
            </w:r>
          </w:p>
        </w:tc>
      </w:tr>
      <w:tr w:rsidR="00E2764D" w14:paraId="5E9502BC" w14:textId="77777777">
        <w:tc>
          <w:tcPr>
            <w:tcW w:w="2340" w:type="dxa"/>
          </w:tcPr>
          <w:p w14:paraId="1662DF7B" w14:textId="77777777" w:rsidR="00E2764D" w:rsidRDefault="00F75996">
            <w:r>
              <w:rPr>
                <w:sz w:val="20"/>
              </w:rPr>
              <w:lastRenderedPageBreak/>
              <w:t>Adoption depth</w:t>
            </w:r>
          </w:p>
        </w:tc>
        <w:tc>
          <w:tcPr>
            <w:tcW w:w="2340" w:type="dxa"/>
          </w:tcPr>
          <w:p w14:paraId="6A242336" w14:textId="77777777" w:rsidR="00E2764D" w:rsidRDefault="00F75996">
            <w:r>
              <w:rPr>
                <w:sz w:val="20"/>
              </w:rPr>
              <w:t>Proportion of the intended user population using each system regularly, weighted by system value</w:t>
            </w:r>
          </w:p>
        </w:tc>
        <w:tc>
          <w:tcPr>
            <w:tcW w:w="2340" w:type="dxa"/>
          </w:tcPr>
          <w:p w14:paraId="0767B897" w14:textId="77777777" w:rsidR="00E2764D" w:rsidRDefault="00F75996">
            <w:r>
              <w:rPr>
                <w:sz w:val="20"/>
              </w:rPr>
              <w:t>Measured in the first full month after general availability</w:t>
            </w:r>
          </w:p>
        </w:tc>
        <w:tc>
          <w:tcPr>
            <w:tcW w:w="2340" w:type="dxa"/>
          </w:tcPr>
          <w:p w14:paraId="31211E52" w14:textId="77777777" w:rsidR="00E2764D" w:rsidRDefault="00F75996">
            <w:r>
              <w:rPr>
                <w:sz w:val="20"/>
              </w:rPr>
              <w:t>Set per system relative to its intended population, with a defined threshold below which withdrawal is considered under Section 17.5</w:t>
            </w:r>
          </w:p>
        </w:tc>
      </w:tr>
      <w:tr w:rsidR="00E2764D" w14:paraId="48160FBD" w14:textId="77777777">
        <w:tc>
          <w:tcPr>
            <w:tcW w:w="2340" w:type="dxa"/>
          </w:tcPr>
          <w:p w14:paraId="1596C310" w14:textId="77777777" w:rsidR="00E2764D" w:rsidRDefault="00F75996">
            <w:r>
              <w:rPr>
                <w:sz w:val="20"/>
              </w:rPr>
              <w:t>Quality against evaluation set</w:t>
            </w:r>
          </w:p>
        </w:tc>
        <w:tc>
          <w:tcPr>
            <w:tcW w:w="2340" w:type="dxa"/>
          </w:tcPr>
          <w:p w14:paraId="53C5EB58" w14:textId="77777777" w:rsidR="00E2764D" w:rsidRDefault="00F75996">
            <w:r>
              <w:rPr>
                <w:sz w:val="20"/>
              </w:rPr>
              <w:t>Score on the curated evaluation set at each release and at each scheduled revalidation</w:t>
            </w:r>
          </w:p>
        </w:tc>
        <w:tc>
          <w:tcPr>
            <w:tcW w:w="2340" w:type="dxa"/>
          </w:tcPr>
          <w:p w14:paraId="6AE26116" w14:textId="77777777" w:rsidR="00E2764D" w:rsidRDefault="00F75996">
            <w:r>
              <w:rPr>
                <w:sz w:val="20"/>
              </w:rPr>
              <w:t>The evaluation result at initial release, which becomes the regression floor</w:t>
            </w:r>
          </w:p>
        </w:tc>
        <w:tc>
          <w:tcPr>
            <w:tcW w:w="2340" w:type="dxa"/>
          </w:tcPr>
          <w:p w14:paraId="09B38C32" w14:textId="77777777" w:rsidR="00E2764D" w:rsidRDefault="00F75996">
            <w:r>
              <w:rPr>
                <w:sz w:val="20"/>
              </w:rPr>
              <w:t>Set as a floor rather than a target, with any regression blocking release automatically</w:t>
            </w:r>
          </w:p>
        </w:tc>
      </w:tr>
      <w:tr w:rsidR="00E2764D" w14:paraId="20725737" w14:textId="77777777">
        <w:tc>
          <w:tcPr>
            <w:tcW w:w="2340" w:type="dxa"/>
          </w:tcPr>
          <w:p w14:paraId="11669AA2" w14:textId="77777777" w:rsidR="00E2764D" w:rsidRDefault="00F75996">
            <w:r>
              <w:rPr>
                <w:sz w:val="20"/>
              </w:rPr>
              <w:t>Human override rate</w:t>
            </w:r>
          </w:p>
        </w:tc>
        <w:tc>
          <w:tcPr>
            <w:tcW w:w="2340" w:type="dxa"/>
          </w:tcPr>
          <w:p w14:paraId="2846EB94" w14:textId="77777777" w:rsidR="00E2764D" w:rsidRDefault="00F75996">
            <w:r>
              <w:rPr>
                <w:sz w:val="20"/>
              </w:rPr>
              <w:t>Proportion of AI recommendations altered or rejected by the reviewer of record in Tier 1 and Tier 2 systems</w:t>
            </w:r>
          </w:p>
        </w:tc>
        <w:tc>
          <w:tcPr>
            <w:tcW w:w="2340" w:type="dxa"/>
          </w:tcPr>
          <w:p w14:paraId="43C8657B" w14:textId="77777777" w:rsidR="00E2764D" w:rsidRDefault="00F75996">
            <w:r>
              <w:rPr>
                <w:sz w:val="20"/>
              </w:rPr>
              <w:t>Measured across the pilot period before general availability</w:t>
            </w:r>
          </w:p>
        </w:tc>
        <w:tc>
          <w:tcPr>
            <w:tcW w:w="2340" w:type="dxa"/>
          </w:tcPr>
          <w:p w14:paraId="79E9FBEB" w14:textId="77777777" w:rsidR="00E2764D" w:rsidRDefault="00F75996">
            <w:r>
              <w:rPr>
                <w:sz w:val="20"/>
              </w:rPr>
              <w:t>Interpret rather than minimize, since a rate near zero suggests automation bias and a rising rate suggests degradation</w:t>
            </w:r>
          </w:p>
        </w:tc>
      </w:tr>
      <w:tr w:rsidR="00E2764D" w14:paraId="08E0FA04" w14:textId="77777777">
        <w:tc>
          <w:tcPr>
            <w:tcW w:w="2340" w:type="dxa"/>
          </w:tcPr>
          <w:p w14:paraId="5D88A1BC" w14:textId="77777777" w:rsidR="00E2764D" w:rsidRDefault="00F75996">
            <w:r>
              <w:rPr>
                <w:sz w:val="20"/>
              </w:rPr>
              <w:t>AI incident profile</w:t>
            </w:r>
          </w:p>
        </w:tc>
        <w:tc>
          <w:tcPr>
            <w:tcW w:w="2340" w:type="dxa"/>
          </w:tcPr>
          <w:p w14:paraId="5DB19172" w14:textId="77777777" w:rsidR="00E2764D" w:rsidRDefault="00F75996">
            <w:r>
              <w:rPr>
                <w:sz w:val="20"/>
              </w:rPr>
              <w:t>Count and severity distribution of incidents recorded under Section 13.1, with time to containment</w:t>
            </w:r>
          </w:p>
        </w:tc>
        <w:tc>
          <w:tcPr>
            <w:tcW w:w="2340" w:type="dxa"/>
          </w:tcPr>
          <w:p w14:paraId="0025AEB1" w14:textId="77777777" w:rsidR="00E2764D" w:rsidRDefault="00F75996">
            <w:r>
              <w:rPr>
                <w:sz w:val="20"/>
              </w:rPr>
              <w:t>The first two full quarters of production operation</w:t>
            </w:r>
          </w:p>
        </w:tc>
        <w:tc>
          <w:tcPr>
            <w:tcW w:w="2340" w:type="dxa"/>
          </w:tcPr>
          <w:p w14:paraId="40AB5B79" w14:textId="77777777" w:rsidR="00E2764D" w:rsidRDefault="00F75996">
            <w:r>
              <w:rPr>
                <w:sz w:val="20"/>
              </w:rPr>
              <w:t>Target reduction in severity and containment time rather than in raw count, since a falling count may indicate under-reporting</w:t>
            </w:r>
          </w:p>
        </w:tc>
      </w:tr>
      <w:tr w:rsidR="00E2764D" w14:paraId="1B6FD6AD" w14:textId="77777777">
        <w:tc>
          <w:tcPr>
            <w:tcW w:w="2340" w:type="dxa"/>
          </w:tcPr>
          <w:p w14:paraId="39E43123" w14:textId="77777777" w:rsidR="00E2764D" w:rsidRDefault="00F75996">
            <w:r>
              <w:rPr>
                <w:sz w:val="20"/>
              </w:rPr>
              <w:t>Cost per unit of outcome</w:t>
            </w:r>
          </w:p>
        </w:tc>
        <w:tc>
          <w:tcPr>
            <w:tcW w:w="2340" w:type="dxa"/>
          </w:tcPr>
          <w:p w14:paraId="023DE2B6" w14:textId="77777777" w:rsidR="00E2764D" w:rsidRDefault="00F75996">
            <w:r>
              <w:rPr>
                <w:sz w:val="20"/>
              </w:rPr>
              <w:t>Total cost of a system divided by the volume of business outcome it produces, such as cost per case handled or per document processed</w:t>
            </w:r>
          </w:p>
        </w:tc>
        <w:tc>
          <w:tcPr>
            <w:tcW w:w="2340" w:type="dxa"/>
          </w:tcPr>
          <w:p w14:paraId="1B2F0F2D" w14:textId="77777777" w:rsidR="00E2764D" w:rsidRDefault="00F75996">
            <w:r>
              <w:rPr>
                <w:sz w:val="20"/>
              </w:rPr>
              <w:t>Calculated at pilot scale and recalculated at production volume</w:t>
            </w:r>
          </w:p>
        </w:tc>
        <w:tc>
          <w:tcPr>
            <w:tcW w:w="2340" w:type="dxa"/>
          </w:tcPr>
          <w:p w14:paraId="7765E785" w14:textId="77777777" w:rsidR="00E2764D" w:rsidRDefault="00F75996">
            <w:r>
              <w:rPr>
                <w:sz w:val="20"/>
              </w:rPr>
              <w:t>Set to decline as volume grows, and investigate any system where unit cost rises with scale</w:t>
            </w:r>
          </w:p>
        </w:tc>
      </w:tr>
    </w:tbl>
    <w:p w14:paraId="2C8B59FB" w14:textId="77777777" w:rsidR="00E2764D" w:rsidRDefault="00E2764D"/>
    <w:p w14:paraId="7907AF52" w14:textId="77777777" w:rsidR="00E2764D" w:rsidRDefault="00F75996">
      <w:pPr>
        <w:pStyle w:val="Heading2"/>
      </w:pPr>
      <w:bookmarkStart w:id="91" w:name="_Toc241649759"/>
      <w:r>
        <w:t>17.3 The CAIO Board Reporting Pack</w:t>
      </w:r>
      <w:bookmarkEnd w:id="91"/>
    </w:p>
    <w:p w14:paraId="36DDE562" w14:textId="77777777" w:rsidR="00E2764D" w:rsidRDefault="00F75996">
      <w:r>
        <w:t>The board pack is the officer's principal instrument of accountability and, handled well, the principal source of the officer's credibility. It should be short, consistent in structure from period to period so that trends are visible, and candid about what is not working. A pack that reports only progress trains the board to disbelieve it.</w:t>
      </w:r>
    </w:p>
    <w:p w14:paraId="79B5BF88" w14:textId="77777777" w:rsidR="00E2764D" w:rsidRDefault="00F75996">
      <w:r>
        <w:rPr>
          <w:i/>
          <w:sz w:val="20"/>
        </w:rPr>
        <w:t>Table 17.3 - Elements of the standing board and executive reporting pack.</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599B04D3" w14:textId="77777777">
        <w:trPr>
          <w:tblHeader/>
        </w:trPr>
        <w:tc>
          <w:tcPr>
            <w:tcW w:w="3120" w:type="dxa"/>
            <w:shd w:val="clear" w:color="auto" w:fill="D5E8F0"/>
          </w:tcPr>
          <w:p w14:paraId="4C81C9EE" w14:textId="77777777" w:rsidR="00E2764D" w:rsidRDefault="00F75996">
            <w:r>
              <w:rPr>
                <w:b/>
                <w:sz w:val="20"/>
              </w:rPr>
              <w:t>Report Element</w:t>
            </w:r>
          </w:p>
        </w:tc>
        <w:tc>
          <w:tcPr>
            <w:tcW w:w="3120" w:type="dxa"/>
            <w:shd w:val="clear" w:color="auto" w:fill="D5E8F0"/>
          </w:tcPr>
          <w:p w14:paraId="2A2C7D50" w14:textId="77777777" w:rsidR="00E2764D" w:rsidRDefault="00F75996">
            <w:r>
              <w:rPr>
                <w:b/>
                <w:sz w:val="20"/>
              </w:rPr>
              <w:t>What It Shows</w:t>
            </w:r>
          </w:p>
        </w:tc>
        <w:tc>
          <w:tcPr>
            <w:tcW w:w="3120" w:type="dxa"/>
            <w:shd w:val="clear" w:color="auto" w:fill="D5E8F0"/>
          </w:tcPr>
          <w:p w14:paraId="07D03557" w14:textId="77777777" w:rsidR="00E2764D" w:rsidRDefault="00F75996">
            <w:r>
              <w:rPr>
                <w:b/>
                <w:sz w:val="20"/>
              </w:rPr>
              <w:t>Frequency</w:t>
            </w:r>
          </w:p>
        </w:tc>
      </w:tr>
      <w:tr w:rsidR="00E2764D" w14:paraId="3DC3E80D" w14:textId="77777777">
        <w:tc>
          <w:tcPr>
            <w:tcW w:w="3120" w:type="dxa"/>
          </w:tcPr>
          <w:p w14:paraId="2B14F1AA" w14:textId="77777777" w:rsidR="00E2764D" w:rsidRDefault="00F75996">
            <w:r>
              <w:rPr>
                <w:sz w:val="20"/>
              </w:rPr>
              <w:lastRenderedPageBreak/>
              <w:t>Portfolio status</w:t>
            </w:r>
          </w:p>
        </w:tc>
        <w:tc>
          <w:tcPr>
            <w:tcW w:w="3120" w:type="dxa"/>
          </w:tcPr>
          <w:p w14:paraId="5D87C685" w14:textId="77777777" w:rsidR="00E2764D" w:rsidRDefault="00F75996">
            <w:r>
              <w:rPr>
                <w:sz w:val="20"/>
              </w:rPr>
              <w:t>Every system by stage, risk tier, and owner, with movements since the last period and anything suspended or retired</w:t>
            </w:r>
          </w:p>
        </w:tc>
        <w:tc>
          <w:tcPr>
            <w:tcW w:w="3120" w:type="dxa"/>
          </w:tcPr>
          <w:p w14:paraId="3CD7CC43" w14:textId="77777777" w:rsidR="00E2764D" w:rsidRDefault="00F75996">
            <w:r>
              <w:rPr>
                <w:sz w:val="20"/>
              </w:rPr>
              <w:t>Quarterly to the board, monthly to the executive committee</w:t>
            </w:r>
          </w:p>
        </w:tc>
      </w:tr>
      <w:tr w:rsidR="00E2764D" w14:paraId="7FDC116F" w14:textId="77777777">
        <w:tc>
          <w:tcPr>
            <w:tcW w:w="3120" w:type="dxa"/>
          </w:tcPr>
          <w:p w14:paraId="1FAA2007" w14:textId="77777777" w:rsidR="00E2764D" w:rsidRDefault="00F75996">
            <w:r>
              <w:rPr>
                <w:sz w:val="20"/>
              </w:rPr>
              <w:t>Value realized against baseline</w:t>
            </w:r>
          </w:p>
        </w:tc>
        <w:tc>
          <w:tcPr>
            <w:tcW w:w="3120" w:type="dxa"/>
          </w:tcPr>
          <w:p w14:paraId="5C9B7632" w14:textId="77777777" w:rsidR="00E2764D" w:rsidRDefault="00F75996">
            <w:r>
              <w:rPr>
                <w:sz w:val="20"/>
              </w:rPr>
              <w:t>Verified benefit confirmed by finance versus the value approved in each business case, with variances explained</w:t>
            </w:r>
          </w:p>
        </w:tc>
        <w:tc>
          <w:tcPr>
            <w:tcW w:w="3120" w:type="dxa"/>
          </w:tcPr>
          <w:p w14:paraId="53124B35" w14:textId="77777777" w:rsidR="00E2764D" w:rsidRDefault="00F75996">
            <w:r>
              <w:rPr>
                <w:sz w:val="20"/>
              </w:rPr>
              <w:t>Quarterly</w:t>
            </w:r>
          </w:p>
        </w:tc>
      </w:tr>
      <w:tr w:rsidR="00E2764D" w14:paraId="239AA675" w14:textId="77777777">
        <w:tc>
          <w:tcPr>
            <w:tcW w:w="3120" w:type="dxa"/>
          </w:tcPr>
          <w:p w14:paraId="3895BFB8" w14:textId="77777777" w:rsidR="00E2764D" w:rsidRDefault="00F75996">
            <w:r>
              <w:rPr>
                <w:sz w:val="20"/>
              </w:rPr>
              <w:t>Risk and incident summary</w:t>
            </w:r>
          </w:p>
        </w:tc>
        <w:tc>
          <w:tcPr>
            <w:tcW w:w="3120" w:type="dxa"/>
          </w:tcPr>
          <w:p w14:paraId="63E8BB00" w14:textId="77777777" w:rsidR="00E2764D" w:rsidRDefault="00F75996">
            <w:r>
              <w:rPr>
                <w:sz w:val="20"/>
              </w:rPr>
              <w:t>Incidents by severity, time to containment, themes, remediation status, and any dissent recorded by the governance council</w:t>
            </w:r>
          </w:p>
        </w:tc>
        <w:tc>
          <w:tcPr>
            <w:tcW w:w="3120" w:type="dxa"/>
          </w:tcPr>
          <w:p w14:paraId="725AE1F0" w14:textId="77777777" w:rsidR="00E2764D" w:rsidRDefault="00F75996">
            <w:r>
              <w:rPr>
                <w:sz w:val="20"/>
              </w:rPr>
              <w:t>Quarterly, with immediate reporting of any severity one event</w:t>
            </w:r>
          </w:p>
        </w:tc>
      </w:tr>
      <w:tr w:rsidR="00E2764D" w14:paraId="4125A5FC" w14:textId="77777777">
        <w:tc>
          <w:tcPr>
            <w:tcW w:w="3120" w:type="dxa"/>
          </w:tcPr>
          <w:p w14:paraId="7EF08A20" w14:textId="77777777" w:rsidR="00E2764D" w:rsidRDefault="00F75996">
            <w:r>
              <w:rPr>
                <w:sz w:val="20"/>
              </w:rPr>
              <w:t>Regulatory and assurance posture</w:t>
            </w:r>
          </w:p>
        </w:tc>
        <w:tc>
          <w:tcPr>
            <w:tcW w:w="3120" w:type="dxa"/>
          </w:tcPr>
          <w:p w14:paraId="6CEFF398" w14:textId="77777777" w:rsidR="00E2764D" w:rsidRDefault="00F75996">
            <w:r>
              <w:rPr>
                <w:sz w:val="20"/>
              </w:rPr>
              <w:t>Changes in applicable regulation, the status of assessments and audits, open findings, and readiness for any anticipated examination</w:t>
            </w:r>
          </w:p>
        </w:tc>
        <w:tc>
          <w:tcPr>
            <w:tcW w:w="3120" w:type="dxa"/>
          </w:tcPr>
          <w:p w14:paraId="4C6105BB" w14:textId="77777777" w:rsidR="00E2764D" w:rsidRDefault="00F75996">
            <w:r>
              <w:rPr>
                <w:sz w:val="20"/>
              </w:rPr>
              <w:t>Quarterly, and on any material regulatory development</w:t>
            </w:r>
          </w:p>
        </w:tc>
      </w:tr>
      <w:tr w:rsidR="00E2764D" w14:paraId="4B802536" w14:textId="77777777">
        <w:tc>
          <w:tcPr>
            <w:tcW w:w="3120" w:type="dxa"/>
          </w:tcPr>
          <w:p w14:paraId="5C5D8039" w14:textId="77777777" w:rsidR="00E2764D" w:rsidRDefault="00F75996">
            <w:r>
              <w:rPr>
                <w:sz w:val="20"/>
              </w:rPr>
              <w:t>Spend against envelope</w:t>
            </w:r>
          </w:p>
        </w:tc>
        <w:tc>
          <w:tcPr>
            <w:tcW w:w="3120" w:type="dxa"/>
          </w:tcPr>
          <w:p w14:paraId="0A0CF615" w14:textId="77777777" w:rsidR="00E2764D" w:rsidRDefault="00F75996">
            <w:r>
              <w:rPr>
                <w:sz w:val="20"/>
              </w:rPr>
              <w:t>Consumption and delivery cost against the agreed funding envelope, with forecast and the drivers of any variance</w:t>
            </w:r>
          </w:p>
        </w:tc>
        <w:tc>
          <w:tcPr>
            <w:tcW w:w="3120" w:type="dxa"/>
          </w:tcPr>
          <w:p w14:paraId="2E494245" w14:textId="77777777" w:rsidR="00E2764D" w:rsidRDefault="00F75996">
            <w:r>
              <w:rPr>
                <w:sz w:val="20"/>
              </w:rPr>
              <w:t>Quarterly to the board, monthly to the Chief Financial Officer</w:t>
            </w:r>
          </w:p>
        </w:tc>
      </w:tr>
      <w:tr w:rsidR="00E2764D" w14:paraId="6E7ABE0F" w14:textId="77777777">
        <w:tc>
          <w:tcPr>
            <w:tcW w:w="3120" w:type="dxa"/>
          </w:tcPr>
          <w:p w14:paraId="0E2061C9" w14:textId="77777777" w:rsidR="00E2764D" w:rsidRDefault="00F75996">
            <w:r>
              <w:rPr>
                <w:sz w:val="20"/>
              </w:rPr>
              <w:t>Adoption and workforce effect</w:t>
            </w:r>
          </w:p>
        </w:tc>
        <w:tc>
          <w:tcPr>
            <w:tcW w:w="3120" w:type="dxa"/>
          </w:tcPr>
          <w:p w14:paraId="0B541558" w14:textId="77777777" w:rsidR="00E2764D" w:rsidRDefault="00F75996">
            <w:r>
              <w:rPr>
                <w:sz w:val="20"/>
              </w:rPr>
              <w:t>Depth of adoption by system and business unit, and the observed effect on roles, capacity, and workload</w:t>
            </w:r>
          </w:p>
        </w:tc>
        <w:tc>
          <w:tcPr>
            <w:tcW w:w="3120" w:type="dxa"/>
          </w:tcPr>
          <w:p w14:paraId="33C382B9" w14:textId="77777777" w:rsidR="00E2764D" w:rsidRDefault="00F75996">
            <w:r>
              <w:rPr>
                <w:sz w:val="20"/>
              </w:rPr>
              <w:t>Quarterly</w:t>
            </w:r>
          </w:p>
        </w:tc>
      </w:tr>
      <w:tr w:rsidR="00E2764D" w14:paraId="317CFB59" w14:textId="77777777">
        <w:tc>
          <w:tcPr>
            <w:tcW w:w="3120" w:type="dxa"/>
          </w:tcPr>
          <w:p w14:paraId="75DA30E5" w14:textId="77777777" w:rsidR="00E2764D" w:rsidRDefault="00F75996">
            <w:r>
              <w:rPr>
                <w:sz w:val="20"/>
              </w:rPr>
              <w:t>Forward decision agenda</w:t>
            </w:r>
          </w:p>
        </w:tc>
        <w:tc>
          <w:tcPr>
            <w:tcW w:w="3120" w:type="dxa"/>
          </w:tcPr>
          <w:p w14:paraId="4E92AD50" w14:textId="77777777" w:rsidR="00E2764D" w:rsidRDefault="00F75996">
            <w:r>
              <w:rPr>
                <w:sz w:val="20"/>
              </w:rPr>
              <w:t>The decisions the officer will bring to the board or executive committee in the next two periods, with the timing and the material required</w:t>
            </w:r>
          </w:p>
        </w:tc>
        <w:tc>
          <w:tcPr>
            <w:tcW w:w="3120" w:type="dxa"/>
          </w:tcPr>
          <w:p w14:paraId="6C0FB418" w14:textId="77777777" w:rsidR="00E2764D" w:rsidRDefault="00F75996">
            <w:r>
              <w:rPr>
                <w:sz w:val="20"/>
              </w:rPr>
              <w:t>Quarterly</w:t>
            </w:r>
          </w:p>
        </w:tc>
      </w:tr>
    </w:tbl>
    <w:p w14:paraId="22C35E46" w14:textId="77777777" w:rsidR="00E2764D" w:rsidRDefault="00E2764D"/>
    <w:p w14:paraId="3C046E35" w14:textId="77777777" w:rsidR="00E2764D" w:rsidRDefault="00F75996">
      <w:pPr>
        <w:pStyle w:val="Heading2"/>
      </w:pPr>
      <w:bookmarkStart w:id="92" w:name="_Toc241649760"/>
      <w:r>
        <w:t>17.4 Continuous Improvement Cadence</w:t>
      </w:r>
      <w:bookmarkEnd w:id="92"/>
    </w:p>
    <w:p w14:paraId="1104CBBC" w14:textId="77777777" w:rsidR="00E2764D" w:rsidRDefault="00F75996">
      <w:r>
        <w:t>A fixed operating rhythm converts monitoring data into action. Without it, dashboards are built, admired, and gradually ignored. The cadence below distributes the work so that frequent activities are lightweight and heavier reviews occur when there is enough evidence to justify them.</w:t>
      </w:r>
    </w:p>
    <w:p w14:paraId="0008B508" w14:textId="77777777" w:rsidR="00E2764D" w:rsidRDefault="00F75996">
      <w:pPr>
        <w:pStyle w:val="ListBullet"/>
      </w:pPr>
      <w:r>
        <w:rPr>
          <w:b/>
        </w:rPr>
        <w:lastRenderedPageBreak/>
        <w:t>Weekly, at the delivery team level</w:t>
      </w:r>
      <w:r>
        <w:t>: review quality alerts, user-reported defects, override and correction patterns, safety filter events, and cost anomalies, and triage them into the backlog.</w:t>
      </w:r>
    </w:p>
    <w:p w14:paraId="69159D31" w14:textId="77777777" w:rsidR="00E2764D" w:rsidRDefault="00F75996">
      <w:pPr>
        <w:pStyle w:val="ListBullet"/>
      </w:pPr>
      <w:r>
        <w:rPr>
          <w:b/>
        </w:rPr>
        <w:t>Monthly, at the portfolio level</w:t>
      </w:r>
      <w:r>
        <w:t>: review the inventory, adoption, incidents, evaluation results, and spend, convene the governance council, and take decisions on systems that are drifting or under-adopted.</w:t>
      </w:r>
    </w:p>
    <w:p w14:paraId="7D3C3DDC" w14:textId="77777777" w:rsidR="00E2764D" w:rsidRDefault="00F75996">
      <w:pPr>
        <w:pStyle w:val="ListBullet"/>
      </w:pPr>
      <w:r>
        <w:rPr>
          <w:b/>
        </w:rPr>
        <w:t>Quarterly, at the executive level</w:t>
      </w:r>
      <w:r>
        <w:t>: revalidate Tier 1 systems including re-evaluation and red teaming, refresh the regulatory map with counsel, report to the board, and reprioritize the portfolio.</w:t>
      </w:r>
    </w:p>
    <w:p w14:paraId="0B1E1F54" w14:textId="77777777" w:rsidR="00E2764D" w:rsidRDefault="00F75996">
      <w:pPr>
        <w:pStyle w:val="ListBullet"/>
      </w:pPr>
      <w:r>
        <w:rPr>
          <w:b/>
        </w:rPr>
        <w:t>Semi-annually</w:t>
      </w:r>
      <w:r>
        <w:t>: revalidate Tier 2 systems, review vendor performance and assurance artifacts under Section 14.3, and test the kill switch and manual fallback for every production system.</w:t>
      </w:r>
    </w:p>
    <w:p w14:paraId="1DA49D7A" w14:textId="77777777" w:rsidR="00E2764D" w:rsidRDefault="00F75996">
      <w:pPr>
        <w:pStyle w:val="ListBullet"/>
      </w:pPr>
      <w:r>
        <w:rPr>
          <w:b/>
        </w:rPr>
        <w:t>Annually</w:t>
      </w:r>
      <w:r>
        <w:t>: review this playbook and the policy stack in Section 8.6, refresh training content, recertify access to AI systems and grounding content, and reassess the operating model against maturity.</w:t>
      </w:r>
    </w:p>
    <w:p w14:paraId="4F3A217E" w14:textId="77777777" w:rsidR="00E2764D" w:rsidRDefault="00F75996">
      <w:pPr>
        <w:pStyle w:val="ListBullet"/>
      </w:pPr>
      <w:r>
        <w:rPr>
          <w:b/>
        </w:rPr>
        <w:t>Event-driven, irrespective of cadence</w:t>
      </w:r>
      <w:r>
        <w:t>: re-evaluate on any model version change, any material change to grounding content, any severity one or severity two incident, and any relevant regulatory development.</w:t>
      </w:r>
    </w:p>
    <w:p w14:paraId="0423C641" w14:textId="77777777" w:rsidR="00E2764D" w:rsidRDefault="00F75996">
      <w:pPr>
        <w:pStyle w:val="Heading2"/>
      </w:pPr>
      <w:bookmarkStart w:id="93" w:name="_Toc241649761"/>
      <w:r>
        <w:t>17.5 Knowing When to Stop</w:t>
      </w:r>
      <w:bookmarkEnd w:id="93"/>
    </w:p>
    <w:p w14:paraId="6B79592B" w14:textId="77777777" w:rsidR="00E2764D" w:rsidRDefault="00F75996">
      <w:r>
        <w:t>Portfolios accumulate. Systems that were justified when built continue running long after the process they supported has changed, consuming cost, carrying risk, and occupying the attention of the people who maintain them. Deliberate retirement is an underused discipline and one of the clearer signals of a mature function, because it demonstrates that the organization evaluates its AI systems on evidence rather than on the sunk cost of having built them. The criteria below trigger a formal decision, not an automatic shutdown.</w:t>
      </w:r>
    </w:p>
    <w:p w14:paraId="295EB13F" w14:textId="77777777" w:rsidR="00E2764D" w:rsidRDefault="00F75996">
      <w:pPr>
        <w:pStyle w:val="ListBullet"/>
      </w:pPr>
      <w:r>
        <w:rPr>
          <w:b/>
        </w:rPr>
        <w:t>Value is not materializing</w:t>
      </w:r>
      <w:r>
        <w:t>: the system has been in production for a defined period and finance cannot verify benefit against the baseline, and no credible remediation plan exists.</w:t>
      </w:r>
    </w:p>
    <w:p w14:paraId="30C283A5" w14:textId="77777777" w:rsidR="00E2764D" w:rsidRDefault="00F75996">
      <w:pPr>
        <w:pStyle w:val="ListBullet"/>
      </w:pPr>
      <w:r>
        <w:rPr>
          <w:b/>
        </w:rPr>
        <w:t>Adoption has not reached a viable level</w:t>
      </w:r>
      <w:r>
        <w:t>: the intended population is not using the system despite enablement effort, which usually indicates the underlying problem was misdiagnosed.</w:t>
      </w:r>
    </w:p>
    <w:p w14:paraId="31412EE7" w14:textId="77777777" w:rsidR="00E2764D" w:rsidRDefault="00F75996">
      <w:pPr>
        <w:pStyle w:val="ListBullet"/>
      </w:pPr>
      <w:r>
        <w:rPr>
          <w:b/>
        </w:rPr>
        <w:t>Quality cannot be sustained</w:t>
      </w:r>
      <w:r>
        <w:t>: the system repeatedly fails its evaluation threshold or requires override rates that eliminate the efficiency it was built to deliver.</w:t>
      </w:r>
    </w:p>
    <w:p w14:paraId="2CB12537" w14:textId="77777777" w:rsidR="00E2764D" w:rsidRDefault="00F75996">
      <w:pPr>
        <w:pStyle w:val="ListBullet"/>
      </w:pPr>
      <w:r>
        <w:rPr>
          <w:b/>
        </w:rPr>
        <w:t>The underlying process has changed</w:t>
      </w:r>
      <w:r>
        <w:t>: the workflow the system supports has been redesigned, automated differently, or discontinued, leaving the system solving a problem the organization no longer has.</w:t>
      </w:r>
    </w:p>
    <w:p w14:paraId="22ED8BE5" w14:textId="77777777" w:rsidR="00E2764D" w:rsidRDefault="00F75996">
      <w:pPr>
        <w:pStyle w:val="ListBullet"/>
      </w:pPr>
      <w:r>
        <w:rPr>
          <w:b/>
        </w:rPr>
        <w:t>A platform capability supersedes it</w:t>
      </w:r>
      <w:r>
        <w:t>: a shared component or a vendor feature now provides the same capability under better controls, making the bespoke system redundant.</w:t>
      </w:r>
    </w:p>
    <w:p w14:paraId="0E1C8CA9" w14:textId="77777777" w:rsidR="00E2764D" w:rsidRDefault="00F75996">
      <w:pPr>
        <w:pStyle w:val="ListBullet"/>
      </w:pPr>
      <w:r>
        <w:rPr>
          <w:b/>
        </w:rPr>
        <w:t>Risk has risen beyond appetite</w:t>
      </w:r>
      <w:r>
        <w:t>: regulatory change, data constraints, or observed behavior have moved the system outside what the organization is prepared to accept, and controls cannot bring it back.</w:t>
      </w:r>
    </w:p>
    <w:p w14:paraId="784CF945" w14:textId="77777777" w:rsidR="00E2764D" w:rsidRDefault="00F75996">
      <w:pPr>
        <w:pStyle w:val="ListBullet"/>
      </w:pPr>
      <w:r>
        <w:rPr>
          <w:b/>
        </w:rPr>
        <w:t>Cost per outcome is unjustifiable</w:t>
      </w:r>
      <w:r>
        <w:t>: unit economics at production volume are materially worse than the alternative, including the manual process it replaced.</w:t>
      </w:r>
    </w:p>
    <w:p w14:paraId="3C03D004" w14:textId="77777777" w:rsidR="00E2764D" w:rsidRDefault="00F75996">
      <w:pPr>
        <w:pStyle w:val="ListBullet"/>
      </w:pPr>
      <w:r>
        <w:rPr>
          <w:b/>
        </w:rPr>
        <w:lastRenderedPageBreak/>
        <w:t>Retire completely and deliberately</w:t>
      </w:r>
      <w:r>
        <w:t>: decommissioning includes disabling access, deleting or archiving data and embeddings per Section 10.3, updating the inventory, releasing quota, and communicating the fallback to affected users.</w:t>
      </w:r>
    </w:p>
    <w:p w14:paraId="794FFE58" w14:textId="77777777" w:rsidR="00E2764D" w:rsidRDefault="00F75996">
      <w:pPr>
        <w:pStyle w:val="Heading1"/>
        <w:pageBreakBefore/>
      </w:pPr>
      <w:bookmarkStart w:id="94" w:name="_Toc241649762"/>
      <w:r>
        <w:lastRenderedPageBreak/>
        <w:t>18. Mandate Deep Dives</w:t>
      </w:r>
      <w:bookmarkEnd w:id="94"/>
    </w:p>
    <w:p w14:paraId="0CDD6E75" w14:textId="77777777" w:rsidR="00E2764D" w:rsidRDefault="00F75996">
      <w:r>
        <w:t>The three mandates below are examined in the detail required to execute them. Each follows the same structure: the problem the mandate solves, the target operating state, the Azure products required, the architecture and mechanisms, a sequenced execution plan, the benefits and how they are measured, the data and integration dependencies, the success metrics, the risk and oversight arrangements, and the business case structure. They are presented in the order they should be executed, and they are interdependent: the operating model creates the decision machinery, the assurance mandate produces the evidence that makes decisions defensible, and the platform mandate makes delivery repeatable enough that the first two apply to a growing portfolio rather than to a handful of pilots.</w:t>
      </w:r>
    </w:p>
    <w:p w14:paraId="25E334FB" w14:textId="77777777" w:rsidR="00E2764D" w:rsidRDefault="00F75996">
      <w:pPr>
        <w:pStyle w:val="Heading2"/>
      </w:pPr>
      <w:bookmarkStart w:id="95" w:name="_Toc241649763"/>
      <w:r>
        <w:t>18.1 Deep Dive: Enterprise AI Operating Model and Portfolio Governance</w:t>
      </w:r>
      <w:bookmarkEnd w:id="95"/>
    </w:p>
    <w:p w14:paraId="187436AF" w14:textId="77777777" w:rsidR="00E2764D" w:rsidRDefault="00F75996">
      <w:r>
        <w:t>This mandate establishes the machinery through which every subsequent AI decision is made. It is unglamorous, it produces no customer-visible capability, and it is the single highest-return investment available to a new Chief AI Officer, because every other mandate executes through it.</w:t>
      </w:r>
    </w:p>
    <w:p w14:paraId="3D62A593" w14:textId="77777777" w:rsidR="00E2764D" w:rsidRDefault="00F75996">
      <w:pPr>
        <w:pStyle w:val="Heading3"/>
      </w:pPr>
      <w:bookmarkStart w:id="96" w:name="_Toc241649764"/>
      <w:r>
        <w:t>18.1.1 The Mandate and the Problem It Solves</w:t>
      </w:r>
      <w:bookmarkEnd w:id="96"/>
    </w:p>
    <w:p w14:paraId="0C76D59E" w14:textId="77777777" w:rsidR="00E2764D" w:rsidRDefault="00F75996">
      <w:r>
        <w:t>The Chief AI Officer is accountable for establishing a single, enterprise-wide mechanism through which AI work is proposed, assessed, approved, tracked, and stopped. Most organizations arriving at this point do not lack AI activity; they lack visibility of it and any consistent basis for deciding about it. Proposals arrive through different channels, are assessed against different standards by different people, and produce decisions that cannot be explained six months later. Meanwhile capability is entering the enterprise through software the organization already owns, and through individual staff using consumer tools, entirely outside any of it.</w:t>
      </w:r>
    </w:p>
    <w:p w14:paraId="45EDC060" w14:textId="77777777" w:rsidR="00E2764D" w:rsidRDefault="00F75996">
      <w:r>
        <w:t>The consequence is not merely disorder. It is that the organization cannot answer basic questions. How many AI systems are in use, and what do they do? Which ones influence decisions about people? Who approved them, on what basis, and who would be accountable if one caused harm? What did we commit to, and did it happen? An officer who cannot answer these has no basis for the assurances the board expects, and no basis for prioritizing effort. The failure modes below are what this looks like in practice.</w:t>
      </w:r>
    </w:p>
    <w:p w14:paraId="4CFA02A2" w14:textId="77777777" w:rsidR="00E2764D" w:rsidRDefault="00F75996">
      <w:pPr>
        <w:pStyle w:val="ListBullet"/>
      </w:pPr>
      <w:r>
        <w:t>AI arrives through procurement without ever being recognized as AI: a business unit renews a platform, a vendor enables an AI feature in a routine release, and a system that summarizes customer records is now in production having passed through no AI review at all.</w:t>
      </w:r>
    </w:p>
    <w:p w14:paraId="2E43DFF0" w14:textId="77777777" w:rsidR="00E2764D" w:rsidRDefault="00F75996">
      <w:pPr>
        <w:pStyle w:val="ListBullet"/>
      </w:pPr>
      <w:r>
        <w:rPr>
          <w:b/>
        </w:rPr>
        <w:t>Approval depends on who was asked</w:t>
      </w:r>
      <w:r>
        <w:t>: one proposal is stopped by legal for a concern that a near-identical proposal elsewhere never encountered, because there is no common rubric and no shared record of precedent.</w:t>
      </w:r>
    </w:p>
    <w:p w14:paraId="7CF2C0EB" w14:textId="77777777" w:rsidR="00E2764D" w:rsidRDefault="00F75996">
      <w:pPr>
        <w:pStyle w:val="ListBullet"/>
      </w:pPr>
      <w:r>
        <w:rPr>
          <w:b/>
        </w:rPr>
        <w:lastRenderedPageBreak/>
        <w:t>Pilots persist indefinitely without a decision</w:t>
      </w:r>
      <w:r>
        <w:t>: work labelled as an experiment avoids the scrutiny applied to production systems while quietly becoming operationally relied upon, and no one owns the decision to promote or stop it.</w:t>
      </w:r>
    </w:p>
    <w:p w14:paraId="07DFE332" w14:textId="77777777" w:rsidR="00E2764D" w:rsidRDefault="00F75996">
      <w:pPr>
        <w:pStyle w:val="ListBullet"/>
      </w:pPr>
      <w:r>
        <w:rPr>
          <w:b/>
        </w:rPr>
        <w:t>The same problem is solved several times</w:t>
      </w:r>
      <w:r>
        <w:t>: two or three business units build overlapping document summarization or knowledge assistant capability, each negotiating its own vendor terms and each implementing controls differently.</w:t>
      </w:r>
    </w:p>
    <w:p w14:paraId="331BB754" w14:textId="77777777" w:rsidR="00E2764D" w:rsidRDefault="00F75996">
      <w:pPr>
        <w:pStyle w:val="ListBullet"/>
      </w:pPr>
      <w:r>
        <w:rPr>
          <w:b/>
        </w:rPr>
        <w:t>Value claims are never tested</w:t>
      </w:r>
      <w:r>
        <w:t>: business cases assert benefits that nobody baselines, so the portfolio accumulates systems whose contribution is asserted by the teams that built them and believed by nobody in finance.</w:t>
      </w:r>
    </w:p>
    <w:p w14:paraId="4954D3E7" w14:textId="77777777" w:rsidR="00E2764D" w:rsidRDefault="00F75996">
      <w:pPr>
        <w:pStyle w:val="ListBullet"/>
      </w:pPr>
      <w:r>
        <w:rPr>
          <w:b/>
        </w:rPr>
        <w:t>Shadow adoption fills the vacuum</w:t>
      </w:r>
      <w:r>
        <w:t>: staff facing a slow or unclear sanctioned path use consumer tools with organizational data, which is a data protection exposure created by the absence of a usable alternative.</w:t>
      </w:r>
    </w:p>
    <w:p w14:paraId="56521C35" w14:textId="77777777" w:rsidR="00E2764D" w:rsidRDefault="00F75996">
      <w:pPr>
        <w:pStyle w:val="ListBullet"/>
      </w:pPr>
      <w:r>
        <w:rPr>
          <w:b/>
        </w:rPr>
        <w:t>Governance becomes a bottleneck rather than a filter</w:t>
      </w:r>
      <w:r>
        <w:t>: with no tiering, every proposal is treated as maximally risky, review queues extend, and the business concludes that working around the process is the only way to deliver.</w:t>
      </w:r>
    </w:p>
    <w:p w14:paraId="27110E8C" w14:textId="77777777" w:rsidR="00E2764D" w:rsidRDefault="00F75996">
      <w:pPr>
        <w:pStyle w:val="Heading3"/>
      </w:pPr>
      <w:bookmarkStart w:id="97" w:name="_Toc241649765"/>
      <w:r>
        <w:t>18.1.2 The Target Operating State</w:t>
      </w:r>
      <w:bookmarkEnd w:id="97"/>
    </w:p>
    <w:p w14:paraId="5467DCE9" w14:textId="77777777" w:rsidR="00E2764D" w:rsidRDefault="00F75996">
      <w:r>
        <w:t>On completion of this mandate, the organization has one front door for AI. Any proposal, from any business unit, for anything from a purchased feature to a bespoke agent, enters the same intake, is assessed against the same rubric, receives a risk tier, and progresses through gates whose owners and evidence requirements are published. A maintained inventory records every AI system in use including embedded and purchased capability. A governance council with independent membership decides the matters that exceed the officer's delegated authority and records its reasoning. Most importantly, the process is fast for low-risk work, which is what stops people from routing around it.</w:t>
      </w:r>
    </w:p>
    <w:p w14:paraId="2F92BE7F" w14:textId="77777777" w:rsidR="00E2764D" w:rsidRDefault="00F75996">
      <w:pPr>
        <w:pStyle w:val="ListBullet"/>
      </w:pPr>
      <w:r>
        <w:rPr>
          <w:b/>
        </w:rPr>
        <w:t>A single registration point for all AI activity</w:t>
      </w:r>
      <w:r>
        <w:t>: intake accepts built, bought, partner-delivered, and embedded AI, and registration is required before development or procurement commitment, with the officer's team performing the registration rather than imposing it on the requester.</w:t>
      </w:r>
    </w:p>
    <w:p w14:paraId="2BA2DE89" w14:textId="77777777" w:rsidR="00E2764D" w:rsidRDefault="00F75996">
      <w:pPr>
        <w:pStyle w:val="ListBullet"/>
      </w:pPr>
      <w:r>
        <w:rPr>
          <w:b/>
        </w:rPr>
        <w:t>Automated, proportionate risk tiering</w:t>
      </w:r>
      <w:r>
        <w:t>: the rubric in Section 8.5 is applied through a structured assessment at intake, and the tier deterministically sets the approval authority, the oversight requirement, and the revalidation cadence rather than leaving each to negotiation.</w:t>
      </w:r>
    </w:p>
    <w:p w14:paraId="224003CA" w14:textId="77777777" w:rsidR="00E2764D" w:rsidRDefault="00F75996">
      <w:pPr>
        <w:pStyle w:val="ListBullet"/>
      </w:pPr>
      <w:r>
        <w:rPr>
          <w:b/>
        </w:rPr>
        <w:t>A live inventory reconciled against independent sources</w:t>
      </w:r>
      <w:r>
        <w:t>: the inventory is compared periodically against procurement records, cloud consumption, and software asset data, so that completeness is evidenced rather than asserted, while the reconciliation itself remains a human analytical judgment.</w:t>
      </w:r>
    </w:p>
    <w:p w14:paraId="0CDE23F1" w14:textId="77777777" w:rsidR="00E2764D" w:rsidRDefault="00F75996">
      <w:pPr>
        <w:pStyle w:val="ListBullet"/>
      </w:pPr>
      <w:r>
        <w:rPr>
          <w:b/>
        </w:rPr>
        <w:t>Published gates with named owners and defined evidence</w:t>
      </w:r>
      <w:r>
        <w:t>: each of the eight gates in Section 6.4 has one accountable owner and one artifact that closes it, so that a proposal's status is a fact rather than an opinion.</w:t>
      </w:r>
    </w:p>
    <w:p w14:paraId="411599EF" w14:textId="77777777" w:rsidR="00E2764D" w:rsidRDefault="00F75996">
      <w:pPr>
        <w:pStyle w:val="ListBullet"/>
      </w:pPr>
      <w:r>
        <w:rPr>
          <w:b/>
        </w:rPr>
        <w:t>A decision record that outlives the decision maker</w:t>
      </w:r>
      <w:r>
        <w:t>: every material decision, including rejections and recorded dissents, is captured in the log described in Section 21.3 with its rationale, so that precedent accumulates and turnover does not erase institutional memory.</w:t>
      </w:r>
    </w:p>
    <w:p w14:paraId="74BF474E" w14:textId="77777777" w:rsidR="00E2764D" w:rsidRDefault="00F75996">
      <w:pPr>
        <w:pStyle w:val="ListBullet"/>
      </w:pPr>
      <w:r>
        <w:rPr>
          <w:b/>
        </w:rPr>
        <w:lastRenderedPageBreak/>
        <w:t>A governance council that decides rather than discusses</w:t>
      </w:r>
      <w:r>
        <w:t>: the council handles Tier 1 releases, disputed tiers, and material exceptions, while routine work proceeds under delegated authority, keeping the forum's capacity for matters that need it.</w:t>
      </w:r>
    </w:p>
    <w:p w14:paraId="691F613C" w14:textId="77777777" w:rsidR="00E2764D" w:rsidRDefault="00F75996">
      <w:pPr>
        <w:pStyle w:val="ListBullet"/>
      </w:pPr>
      <w:r>
        <w:t>A sanctioned path that is genuinely faster than the alternative: pre-approved patterns, a standard environment, and a service-level commitment on decision time make the governed route the path of least resistance, which is the only durable answer to shadow adoption.</w:t>
      </w:r>
    </w:p>
    <w:p w14:paraId="73E23C32" w14:textId="77777777" w:rsidR="00E2764D" w:rsidRDefault="00F75996">
      <w:pPr>
        <w:pStyle w:val="Heading3"/>
      </w:pPr>
      <w:bookmarkStart w:id="98" w:name="_Toc241649766"/>
      <w:r>
        <w:t>18.1.3 Azure Products Required</w:t>
      </w:r>
      <w:bookmarkEnd w:id="98"/>
    </w:p>
    <w:p w14:paraId="492C3E9A" w14:textId="77777777" w:rsidR="00E2764D" w:rsidRDefault="00F75996">
      <w:r>
        <w:t>This mandate is predominantly organizational, but it is not paperwork. The mechanisms below are implemented as working systems, because an intake process that lives in a shared document and an inventory maintained in a spreadsheet will not survive contact with a growing portfolio or an examination.</w:t>
      </w:r>
    </w:p>
    <w:p w14:paraId="416A7E46" w14:textId="77777777" w:rsidR="00E2764D" w:rsidRDefault="00F75996">
      <w:r>
        <w:rPr>
          <w:i/>
          <w:sz w:val="20"/>
        </w:rPr>
        <w:t>Table 18.1.3 - Azure and Microsoft products required for the operating model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32687C75" w14:textId="77777777">
        <w:trPr>
          <w:tblHeader/>
        </w:trPr>
        <w:tc>
          <w:tcPr>
            <w:tcW w:w="3120" w:type="dxa"/>
            <w:shd w:val="clear" w:color="auto" w:fill="D5E8F0"/>
          </w:tcPr>
          <w:p w14:paraId="2D7B2596" w14:textId="77777777" w:rsidR="00E2764D" w:rsidRDefault="00F75996">
            <w:r>
              <w:rPr>
                <w:b/>
                <w:sz w:val="20"/>
              </w:rPr>
              <w:t>Capability</w:t>
            </w:r>
          </w:p>
        </w:tc>
        <w:tc>
          <w:tcPr>
            <w:tcW w:w="3120" w:type="dxa"/>
            <w:shd w:val="clear" w:color="auto" w:fill="D5E8F0"/>
          </w:tcPr>
          <w:p w14:paraId="685DC362" w14:textId="77777777" w:rsidR="00E2764D" w:rsidRDefault="00F75996">
            <w:r>
              <w:rPr>
                <w:b/>
                <w:sz w:val="20"/>
              </w:rPr>
              <w:t>Azure / Microsoft Product</w:t>
            </w:r>
          </w:p>
        </w:tc>
        <w:tc>
          <w:tcPr>
            <w:tcW w:w="3120" w:type="dxa"/>
            <w:shd w:val="clear" w:color="auto" w:fill="D5E8F0"/>
          </w:tcPr>
          <w:p w14:paraId="701D62E9" w14:textId="77777777" w:rsidR="00E2764D" w:rsidRDefault="00F75996">
            <w:r>
              <w:rPr>
                <w:b/>
                <w:sz w:val="20"/>
              </w:rPr>
              <w:t>Role in This Mandate</w:t>
            </w:r>
          </w:p>
        </w:tc>
      </w:tr>
      <w:tr w:rsidR="00E2764D" w14:paraId="51AFE979" w14:textId="77777777">
        <w:tc>
          <w:tcPr>
            <w:tcW w:w="3120" w:type="dxa"/>
          </w:tcPr>
          <w:p w14:paraId="6D7B5910" w14:textId="77777777" w:rsidR="00E2764D" w:rsidRDefault="00F75996">
            <w:r>
              <w:rPr>
                <w:sz w:val="20"/>
              </w:rPr>
              <w:t>Intake and workflow</w:t>
            </w:r>
          </w:p>
        </w:tc>
        <w:tc>
          <w:tcPr>
            <w:tcW w:w="3120" w:type="dxa"/>
          </w:tcPr>
          <w:p w14:paraId="30149C5F" w14:textId="77777777" w:rsidR="00E2764D" w:rsidRDefault="00F75996">
            <w:r>
              <w:rPr>
                <w:sz w:val="20"/>
              </w:rPr>
              <w:t>Power Apps with Power Automate</w:t>
            </w:r>
          </w:p>
        </w:tc>
        <w:tc>
          <w:tcPr>
            <w:tcW w:w="3120" w:type="dxa"/>
          </w:tcPr>
          <w:p w14:paraId="21BFAF2C" w14:textId="77777777" w:rsidR="00E2764D" w:rsidRDefault="00F75996">
            <w:r>
              <w:rPr>
                <w:sz w:val="20"/>
              </w:rPr>
              <w:t>Delivers the registration form, routes each gate to its named owner, enforces sequencing, and records approvals with timestamps and attribution</w:t>
            </w:r>
          </w:p>
        </w:tc>
      </w:tr>
      <w:tr w:rsidR="00E2764D" w14:paraId="7B861246" w14:textId="77777777">
        <w:tc>
          <w:tcPr>
            <w:tcW w:w="3120" w:type="dxa"/>
          </w:tcPr>
          <w:p w14:paraId="649CB387" w14:textId="77777777" w:rsidR="00E2764D" w:rsidRDefault="00F75996">
            <w:r>
              <w:rPr>
                <w:sz w:val="20"/>
              </w:rPr>
              <w:t>Inventory system of record</w:t>
            </w:r>
          </w:p>
        </w:tc>
        <w:tc>
          <w:tcPr>
            <w:tcW w:w="3120" w:type="dxa"/>
          </w:tcPr>
          <w:p w14:paraId="6AA02373" w14:textId="77777777" w:rsidR="00E2764D" w:rsidRDefault="00F75996">
            <w:r>
              <w:rPr>
                <w:sz w:val="20"/>
              </w:rPr>
              <w:t>Azure SQL Database</w:t>
            </w:r>
          </w:p>
        </w:tc>
        <w:tc>
          <w:tcPr>
            <w:tcW w:w="3120" w:type="dxa"/>
          </w:tcPr>
          <w:p w14:paraId="1C7CD1B7" w14:textId="77777777" w:rsidR="00E2764D" w:rsidRDefault="00F75996">
            <w:r>
              <w:rPr>
                <w:sz w:val="20"/>
              </w:rPr>
              <w:t>Holds the AI system inventory defined in Section 8.4 as a governed relational record with history, referential integrity, and controlled write access</w:t>
            </w:r>
          </w:p>
        </w:tc>
      </w:tr>
      <w:tr w:rsidR="00E2764D" w14:paraId="3DFD9ACF" w14:textId="77777777">
        <w:tc>
          <w:tcPr>
            <w:tcW w:w="3120" w:type="dxa"/>
          </w:tcPr>
          <w:p w14:paraId="6177FB7E" w14:textId="77777777" w:rsidR="00E2764D" w:rsidRDefault="00F75996">
            <w:r>
              <w:rPr>
                <w:sz w:val="20"/>
              </w:rPr>
              <w:t>Decision and evidence repository</w:t>
            </w:r>
          </w:p>
        </w:tc>
        <w:tc>
          <w:tcPr>
            <w:tcW w:w="3120" w:type="dxa"/>
          </w:tcPr>
          <w:p w14:paraId="52F7F88C" w14:textId="77777777" w:rsidR="00E2764D" w:rsidRDefault="00F75996">
            <w:r>
              <w:rPr>
                <w:sz w:val="20"/>
              </w:rPr>
              <w:t>Microsoft 365 with Microsoft Purview</w:t>
            </w:r>
          </w:p>
        </w:tc>
        <w:tc>
          <w:tcPr>
            <w:tcW w:w="3120" w:type="dxa"/>
          </w:tcPr>
          <w:p w14:paraId="0E0702A8" w14:textId="77777777" w:rsidR="00E2764D" w:rsidRDefault="00F75996">
            <w:r>
              <w:rPr>
                <w:sz w:val="20"/>
              </w:rPr>
              <w:t>Stores assessments, approvals, minutes, and the decision log with retention, classification, and legal hold applied consistently</w:t>
            </w:r>
          </w:p>
        </w:tc>
      </w:tr>
      <w:tr w:rsidR="00E2764D" w14:paraId="214D1E4F" w14:textId="77777777">
        <w:tc>
          <w:tcPr>
            <w:tcW w:w="3120" w:type="dxa"/>
          </w:tcPr>
          <w:p w14:paraId="4528BE62" w14:textId="77777777" w:rsidR="00E2764D" w:rsidRDefault="00F75996">
            <w:r>
              <w:rPr>
                <w:sz w:val="20"/>
              </w:rPr>
              <w:t>Portfolio reporting</w:t>
            </w:r>
          </w:p>
        </w:tc>
        <w:tc>
          <w:tcPr>
            <w:tcW w:w="3120" w:type="dxa"/>
          </w:tcPr>
          <w:p w14:paraId="471C7E82" w14:textId="77777777" w:rsidR="00E2764D" w:rsidRDefault="00F75996">
            <w:r>
              <w:rPr>
                <w:sz w:val="20"/>
              </w:rPr>
              <w:t>Power BI on Microsoft Fabric</w:t>
            </w:r>
          </w:p>
        </w:tc>
        <w:tc>
          <w:tcPr>
            <w:tcW w:w="3120" w:type="dxa"/>
          </w:tcPr>
          <w:p w14:paraId="2B2E10F4" w14:textId="77777777" w:rsidR="00E2764D" w:rsidRDefault="00F75996">
            <w:r>
              <w:rPr>
                <w:sz w:val="20"/>
              </w:rPr>
              <w:t>Produces the portfolio, risk, adoption, and value views that constitute the board pack described in Section 17.3</w:t>
            </w:r>
          </w:p>
        </w:tc>
      </w:tr>
      <w:tr w:rsidR="00E2764D" w14:paraId="3B8C3760" w14:textId="77777777">
        <w:tc>
          <w:tcPr>
            <w:tcW w:w="3120" w:type="dxa"/>
          </w:tcPr>
          <w:p w14:paraId="269082FC" w14:textId="77777777" w:rsidR="00E2764D" w:rsidRDefault="00F75996">
            <w:r>
              <w:rPr>
                <w:sz w:val="20"/>
              </w:rPr>
              <w:t>Reconciliation data foundation</w:t>
            </w:r>
          </w:p>
        </w:tc>
        <w:tc>
          <w:tcPr>
            <w:tcW w:w="3120" w:type="dxa"/>
          </w:tcPr>
          <w:p w14:paraId="10FDBF90" w14:textId="77777777" w:rsidR="00E2764D" w:rsidRDefault="00F75996">
            <w:r>
              <w:rPr>
                <w:sz w:val="20"/>
              </w:rPr>
              <w:t>Microsoft Fabric with Azure Data Lake Storage Gen2</w:t>
            </w:r>
          </w:p>
        </w:tc>
        <w:tc>
          <w:tcPr>
            <w:tcW w:w="3120" w:type="dxa"/>
          </w:tcPr>
          <w:p w14:paraId="71AAABC2" w14:textId="77777777" w:rsidR="00E2764D" w:rsidRDefault="00F75996">
            <w:r>
              <w:rPr>
                <w:sz w:val="20"/>
              </w:rPr>
              <w:t>Consolidates procurement, cloud consumption, and software asset data so that inventory completeness can be reconciled against independent sources</w:t>
            </w:r>
          </w:p>
        </w:tc>
      </w:tr>
      <w:tr w:rsidR="00E2764D" w14:paraId="7D921FFF" w14:textId="77777777">
        <w:tc>
          <w:tcPr>
            <w:tcW w:w="3120" w:type="dxa"/>
          </w:tcPr>
          <w:p w14:paraId="0D352822" w14:textId="77777777" w:rsidR="00E2764D" w:rsidRDefault="00F75996">
            <w:r>
              <w:rPr>
                <w:sz w:val="20"/>
              </w:rPr>
              <w:t>Cost attribution</w:t>
            </w:r>
          </w:p>
        </w:tc>
        <w:tc>
          <w:tcPr>
            <w:tcW w:w="3120" w:type="dxa"/>
          </w:tcPr>
          <w:p w14:paraId="4B51540D" w14:textId="77777777" w:rsidR="00E2764D" w:rsidRDefault="00F75996">
            <w:r>
              <w:rPr>
                <w:sz w:val="20"/>
              </w:rPr>
              <w:t>Microsoft Cost Management</w:t>
            </w:r>
          </w:p>
        </w:tc>
        <w:tc>
          <w:tcPr>
            <w:tcW w:w="3120" w:type="dxa"/>
          </w:tcPr>
          <w:p w14:paraId="0A125D4E" w14:textId="77777777" w:rsidR="00E2764D" w:rsidRDefault="00F75996">
            <w:r>
              <w:rPr>
                <w:sz w:val="20"/>
              </w:rPr>
              <w:t xml:space="preserve">Attributes consumption to each registered system through enforced tagging, linking the </w:t>
            </w:r>
            <w:r>
              <w:rPr>
                <w:sz w:val="20"/>
              </w:rPr>
              <w:lastRenderedPageBreak/>
              <w:t>inventory to actual spend</w:t>
            </w:r>
          </w:p>
        </w:tc>
      </w:tr>
      <w:tr w:rsidR="00E2764D" w14:paraId="7789224D" w14:textId="77777777">
        <w:tc>
          <w:tcPr>
            <w:tcW w:w="3120" w:type="dxa"/>
          </w:tcPr>
          <w:p w14:paraId="69E26F59" w14:textId="77777777" w:rsidR="00E2764D" w:rsidRDefault="00F75996">
            <w:r>
              <w:rPr>
                <w:sz w:val="20"/>
              </w:rPr>
              <w:lastRenderedPageBreak/>
              <w:t>Policy enforcement at provisioning</w:t>
            </w:r>
          </w:p>
        </w:tc>
        <w:tc>
          <w:tcPr>
            <w:tcW w:w="3120" w:type="dxa"/>
          </w:tcPr>
          <w:p w14:paraId="2ED690F6" w14:textId="77777777" w:rsidR="00E2764D" w:rsidRDefault="00F75996">
            <w:r>
              <w:rPr>
                <w:sz w:val="20"/>
              </w:rPr>
              <w:t>Azure Policy</w:t>
            </w:r>
          </w:p>
        </w:tc>
        <w:tc>
          <w:tcPr>
            <w:tcW w:w="3120" w:type="dxa"/>
          </w:tcPr>
          <w:p w14:paraId="7883E8DB" w14:textId="77777777" w:rsidR="00E2764D" w:rsidRDefault="00F75996">
            <w:r>
              <w:rPr>
                <w:sz w:val="20"/>
              </w:rPr>
              <w:t>Blocks creation of AI resources that lack the registration tag, making inventory registration a technical precondition rather than a procedural request</w:t>
            </w:r>
          </w:p>
        </w:tc>
      </w:tr>
      <w:tr w:rsidR="00E2764D" w14:paraId="27B26E0F" w14:textId="77777777">
        <w:tc>
          <w:tcPr>
            <w:tcW w:w="3120" w:type="dxa"/>
          </w:tcPr>
          <w:p w14:paraId="62F5D0D7" w14:textId="77777777" w:rsidR="00E2764D" w:rsidRDefault="00F75996">
            <w:r>
              <w:rPr>
                <w:sz w:val="20"/>
              </w:rPr>
              <w:t>Identity and approval attribution</w:t>
            </w:r>
          </w:p>
        </w:tc>
        <w:tc>
          <w:tcPr>
            <w:tcW w:w="3120" w:type="dxa"/>
          </w:tcPr>
          <w:p w14:paraId="0B59C577" w14:textId="77777777" w:rsidR="00E2764D" w:rsidRDefault="00F75996">
            <w:r>
              <w:rPr>
                <w:sz w:val="20"/>
              </w:rPr>
              <w:t>Microsoft Entra ID</w:t>
            </w:r>
          </w:p>
        </w:tc>
        <w:tc>
          <w:tcPr>
            <w:tcW w:w="3120" w:type="dxa"/>
          </w:tcPr>
          <w:p w14:paraId="0DF9154A" w14:textId="77777777" w:rsidR="00E2764D" w:rsidRDefault="00F75996">
            <w:r>
              <w:rPr>
                <w:sz w:val="20"/>
              </w:rPr>
              <w:t>Authenticates every participant in the workflow so that each gate decision is attributable to a named individual and role</w:t>
            </w:r>
          </w:p>
        </w:tc>
      </w:tr>
      <w:tr w:rsidR="00E2764D" w14:paraId="7A4E5917" w14:textId="77777777">
        <w:tc>
          <w:tcPr>
            <w:tcW w:w="3120" w:type="dxa"/>
          </w:tcPr>
          <w:p w14:paraId="0334F571" w14:textId="77777777" w:rsidR="00E2764D" w:rsidRDefault="00F75996">
            <w:r>
              <w:rPr>
                <w:sz w:val="20"/>
              </w:rPr>
              <w:t>Shadow AI discovery</w:t>
            </w:r>
          </w:p>
        </w:tc>
        <w:tc>
          <w:tcPr>
            <w:tcW w:w="3120" w:type="dxa"/>
          </w:tcPr>
          <w:p w14:paraId="21B8A82D" w14:textId="77777777" w:rsidR="00E2764D" w:rsidRDefault="00F75996">
            <w:r>
              <w:rPr>
                <w:sz w:val="20"/>
              </w:rPr>
              <w:t>Microsoft Defender for Cloud Apps</w:t>
            </w:r>
          </w:p>
        </w:tc>
        <w:tc>
          <w:tcPr>
            <w:tcW w:w="3120" w:type="dxa"/>
          </w:tcPr>
          <w:p w14:paraId="44187BB3" w14:textId="77777777" w:rsidR="00E2764D" w:rsidRDefault="00F75996">
            <w:r>
              <w:rPr>
                <w:sz w:val="20"/>
              </w:rPr>
              <w:t>Identifies unsanctioned AI service usage across the estate so that the inventory reflects actual behavior rather than declared behavior</w:t>
            </w:r>
          </w:p>
        </w:tc>
      </w:tr>
      <w:tr w:rsidR="00E2764D" w14:paraId="350AEA2E" w14:textId="77777777">
        <w:tc>
          <w:tcPr>
            <w:tcW w:w="3120" w:type="dxa"/>
          </w:tcPr>
          <w:p w14:paraId="2ABCCA1B" w14:textId="77777777" w:rsidR="00E2764D" w:rsidRDefault="00F75996">
            <w:r>
              <w:rPr>
                <w:sz w:val="20"/>
              </w:rPr>
              <w:t>Governance communication and escalation</w:t>
            </w:r>
          </w:p>
        </w:tc>
        <w:tc>
          <w:tcPr>
            <w:tcW w:w="3120" w:type="dxa"/>
          </w:tcPr>
          <w:p w14:paraId="27A2464D" w14:textId="77777777" w:rsidR="00E2764D" w:rsidRDefault="00F75996">
            <w:r>
              <w:rPr>
                <w:sz w:val="20"/>
              </w:rPr>
              <w:t>Microsoft Teams with Power Automate</w:t>
            </w:r>
          </w:p>
        </w:tc>
        <w:tc>
          <w:tcPr>
            <w:tcW w:w="3120" w:type="dxa"/>
          </w:tcPr>
          <w:p w14:paraId="176FBF4F" w14:textId="77777777" w:rsidR="00E2764D" w:rsidRDefault="00F75996">
            <w:r>
              <w:rPr>
                <w:sz w:val="20"/>
              </w:rPr>
              <w:t>Delivers gate notifications, escalation alerts, and council papers into the workflow of the people who must act on them</w:t>
            </w:r>
          </w:p>
        </w:tc>
      </w:tr>
      <w:tr w:rsidR="00E2764D" w14:paraId="3EAE448C" w14:textId="77777777">
        <w:tc>
          <w:tcPr>
            <w:tcW w:w="3120" w:type="dxa"/>
          </w:tcPr>
          <w:p w14:paraId="7EC6AE30" w14:textId="77777777" w:rsidR="00E2764D" w:rsidRDefault="00F75996">
            <w:r>
              <w:rPr>
                <w:sz w:val="20"/>
              </w:rPr>
              <w:t>Assessment drafting assistance</w:t>
            </w:r>
          </w:p>
        </w:tc>
        <w:tc>
          <w:tcPr>
            <w:tcW w:w="3120" w:type="dxa"/>
          </w:tcPr>
          <w:p w14:paraId="27157295" w14:textId="77777777" w:rsidR="00E2764D" w:rsidRDefault="00F75996">
            <w:r>
              <w:rPr>
                <w:sz w:val="20"/>
              </w:rPr>
              <w:t>Azure AI Foundry with Azure OpenAI Service</w:t>
            </w:r>
          </w:p>
        </w:tc>
        <w:tc>
          <w:tcPr>
            <w:tcW w:w="3120" w:type="dxa"/>
          </w:tcPr>
          <w:p w14:paraId="7CD97D71" w14:textId="77777777" w:rsidR="00E2764D" w:rsidRDefault="00F75996">
            <w:r>
              <w:rPr>
                <w:sz w:val="20"/>
              </w:rPr>
              <w:t>Drafts summaries of submitted proposals and highlights rubric criteria that may apply, as an input to a human assessment that remains the decision</w:t>
            </w:r>
          </w:p>
        </w:tc>
      </w:tr>
      <w:tr w:rsidR="00E2764D" w14:paraId="638F40B7" w14:textId="77777777">
        <w:tc>
          <w:tcPr>
            <w:tcW w:w="3120" w:type="dxa"/>
          </w:tcPr>
          <w:p w14:paraId="3E88894C" w14:textId="77777777" w:rsidR="00E2764D" w:rsidRDefault="00F75996">
            <w:r>
              <w:rPr>
                <w:sz w:val="20"/>
              </w:rPr>
              <w:t>Access governance</w:t>
            </w:r>
          </w:p>
        </w:tc>
        <w:tc>
          <w:tcPr>
            <w:tcW w:w="3120" w:type="dxa"/>
          </w:tcPr>
          <w:p w14:paraId="17080BAB" w14:textId="77777777" w:rsidR="00E2764D" w:rsidRDefault="00F75996">
            <w:r>
              <w:rPr>
                <w:sz w:val="20"/>
              </w:rPr>
              <w:t>Microsoft Entra ID Governance</w:t>
            </w:r>
          </w:p>
        </w:tc>
        <w:tc>
          <w:tcPr>
            <w:tcW w:w="3120" w:type="dxa"/>
          </w:tcPr>
          <w:p w14:paraId="2AB4578B" w14:textId="77777777" w:rsidR="00E2764D" w:rsidRDefault="00F75996">
            <w:r>
              <w:rPr>
                <w:sz w:val="20"/>
              </w:rPr>
              <w:t>Recertifies who may approve, register, or amend inventory records, preventing entitlement accumulation in the governance process itself</w:t>
            </w:r>
          </w:p>
        </w:tc>
      </w:tr>
    </w:tbl>
    <w:p w14:paraId="09B2A8CA" w14:textId="77777777" w:rsidR="00E2764D" w:rsidRDefault="00E2764D"/>
    <w:p w14:paraId="26020DF9" w14:textId="77777777" w:rsidR="00E2764D" w:rsidRDefault="00F75996">
      <w:pPr>
        <w:pStyle w:val="Heading3"/>
      </w:pPr>
      <w:bookmarkStart w:id="99" w:name="_Toc241649767"/>
      <w:r>
        <w:t>18.1.4 Architecture, Mechanisms and How Each Component Is Deployed</w:t>
      </w:r>
      <w:bookmarkEnd w:id="99"/>
    </w:p>
    <w:p w14:paraId="37DED2F6" w14:textId="77777777" w:rsidR="00E2764D" w:rsidRDefault="00F75996">
      <w:r>
        <w:t>The runtime flow begins when a requester submits a registration through a Power Apps form available in Microsoft Teams and the intranet. Power Automate creates the inventory record in Azure SQL Database, assigns a permanent system identifier, and routes a structured risk assessment to the officer's governance lead. The assigned tier determines the gate sequence, the approval authority, and the evidence required. Each gate notification reaches its named owner in Teams with the material attached; approvals and rejections are written back to the inventory record with attribution and timestamp. Where a gate owner records an objection, the workflow halts the proposal and raises it to the council agenda rather than allowing progression.</w:t>
      </w:r>
    </w:p>
    <w:p w14:paraId="7A500879" w14:textId="77777777" w:rsidR="00E2764D" w:rsidRDefault="00F75996">
      <w:r>
        <w:lastRenderedPageBreak/>
        <w:t>In parallel, a reconciliation pipeline in Microsoft Fabric ingests procurement records, Azure consumption data, and software asset inventory on a scheduled basis, and produces a candidate list of AI activity that does not appear in the inventory. Microsoft Defender for Cloud Apps contributes discovered unsanctioned service usage. These candidates are worked by the governance lead as a queue, not published as findings, since many will prove to be false positives. Azure Policy enforces that AI resources cannot be provisioned without a tag carrying a valid system identifier, which closes the loop between the governance record and the technical estate. Power BI reads the inventory, the workflow history, and the cost attribution to produce the standing reports.</w:t>
      </w:r>
    </w:p>
    <w:p w14:paraId="6B61F361" w14:textId="77777777" w:rsidR="00E2764D" w:rsidRDefault="00F75996">
      <w:r>
        <w:rPr>
          <w:i/>
          <w:sz w:val="20"/>
        </w:rPr>
        <w:t>Table 18.1.4 - Component deployment model for the operating model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27F6ECB8" w14:textId="77777777">
        <w:trPr>
          <w:tblHeader/>
        </w:trPr>
        <w:tc>
          <w:tcPr>
            <w:tcW w:w="2340" w:type="dxa"/>
            <w:shd w:val="clear" w:color="auto" w:fill="D5E8F0"/>
          </w:tcPr>
          <w:p w14:paraId="27C2BFF5" w14:textId="77777777" w:rsidR="00E2764D" w:rsidRDefault="00F75996">
            <w:r>
              <w:rPr>
                <w:b/>
                <w:sz w:val="20"/>
              </w:rPr>
              <w:t>Component</w:t>
            </w:r>
          </w:p>
        </w:tc>
        <w:tc>
          <w:tcPr>
            <w:tcW w:w="2340" w:type="dxa"/>
            <w:shd w:val="clear" w:color="auto" w:fill="D5E8F0"/>
          </w:tcPr>
          <w:p w14:paraId="754AED3F" w14:textId="77777777" w:rsidR="00E2764D" w:rsidRDefault="00F75996">
            <w:r>
              <w:rPr>
                <w:b/>
                <w:sz w:val="20"/>
              </w:rPr>
              <w:t>Deployment Model</w:t>
            </w:r>
          </w:p>
        </w:tc>
        <w:tc>
          <w:tcPr>
            <w:tcW w:w="2340" w:type="dxa"/>
            <w:shd w:val="clear" w:color="auto" w:fill="D5E8F0"/>
          </w:tcPr>
          <w:p w14:paraId="567C8285" w14:textId="77777777" w:rsidR="00E2764D" w:rsidRDefault="00F75996">
            <w:r>
              <w:rPr>
                <w:b/>
                <w:sz w:val="20"/>
              </w:rPr>
              <w:t>Configuration Requirements</w:t>
            </w:r>
          </w:p>
        </w:tc>
        <w:tc>
          <w:tcPr>
            <w:tcW w:w="2340" w:type="dxa"/>
            <w:shd w:val="clear" w:color="auto" w:fill="D5E8F0"/>
          </w:tcPr>
          <w:p w14:paraId="01A8133E" w14:textId="77777777" w:rsidR="00E2764D" w:rsidRDefault="00F75996">
            <w:r>
              <w:rPr>
                <w:b/>
                <w:sz w:val="20"/>
              </w:rPr>
              <w:t>Dependencies</w:t>
            </w:r>
          </w:p>
        </w:tc>
      </w:tr>
      <w:tr w:rsidR="00E2764D" w14:paraId="775DC38B" w14:textId="77777777">
        <w:tc>
          <w:tcPr>
            <w:tcW w:w="2340" w:type="dxa"/>
          </w:tcPr>
          <w:p w14:paraId="46E4155A" w14:textId="77777777" w:rsidR="00E2764D" w:rsidRDefault="00F75996">
            <w:r>
              <w:rPr>
                <w:sz w:val="20"/>
              </w:rPr>
              <w:t>Intake application</w:t>
            </w:r>
          </w:p>
        </w:tc>
        <w:tc>
          <w:tcPr>
            <w:tcW w:w="2340" w:type="dxa"/>
          </w:tcPr>
          <w:p w14:paraId="3714001D" w14:textId="77777777" w:rsidR="00E2764D" w:rsidRDefault="00F75996">
            <w:r>
              <w:rPr>
                <w:sz w:val="20"/>
              </w:rPr>
              <w:t>Published as a Power Apps canvas application in a dedicated managed environment, deployed through a solution pipeline from development to production, surfaced in Microsoft Teams</w:t>
            </w:r>
          </w:p>
        </w:tc>
        <w:tc>
          <w:tcPr>
            <w:tcW w:w="2340" w:type="dxa"/>
          </w:tcPr>
          <w:p w14:paraId="15553599" w14:textId="77777777" w:rsidR="00E2764D" w:rsidRDefault="00F75996">
            <w:r>
              <w:rPr>
                <w:sz w:val="20"/>
              </w:rPr>
              <w:t>Structured rubric fields, mandatory ownership capture, conditional routing by tier, and no free-text-only submissions</w:t>
            </w:r>
          </w:p>
        </w:tc>
        <w:tc>
          <w:tcPr>
            <w:tcW w:w="2340" w:type="dxa"/>
          </w:tcPr>
          <w:p w14:paraId="00F5F8FD" w14:textId="77777777" w:rsidR="00E2764D" w:rsidRDefault="00F75996">
            <w:r>
              <w:rPr>
                <w:sz w:val="20"/>
              </w:rPr>
              <w:t>Microsoft Entra ID for authentication and the inventory database for record creation</w:t>
            </w:r>
          </w:p>
        </w:tc>
      </w:tr>
      <w:tr w:rsidR="00E2764D" w14:paraId="0F4F8A7B" w14:textId="77777777">
        <w:tc>
          <w:tcPr>
            <w:tcW w:w="2340" w:type="dxa"/>
          </w:tcPr>
          <w:p w14:paraId="6323B032" w14:textId="77777777" w:rsidR="00E2764D" w:rsidRDefault="00F75996">
            <w:r>
              <w:rPr>
                <w:sz w:val="20"/>
              </w:rPr>
              <w:t>Gate workflow</w:t>
            </w:r>
          </w:p>
        </w:tc>
        <w:tc>
          <w:tcPr>
            <w:tcW w:w="2340" w:type="dxa"/>
          </w:tcPr>
          <w:p w14:paraId="6B2B478D" w14:textId="77777777" w:rsidR="00E2764D" w:rsidRDefault="00F75996">
            <w:r>
              <w:rPr>
                <w:sz w:val="20"/>
              </w:rPr>
              <w:t>Power Automate solution-managed flows deployed alongside the application, with connection references bound at deployment rather than authored per environment</w:t>
            </w:r>
          </w:p>
        </w:tc>
        <w:tc>
          <w:tcPr>
            <w:tcW w:w="2340" w:type="dxa"/>
          </w:tcPr>
          <w:p w14:paraId="7664E0CF" w14:textId="77777777" w:rsidR="00E2764D" w:rsidRDefault="00F75996">
            <w:r>
              <w:rPr>
                <w:sz w:val="20"/>
              </w:rPr>
              <w:t>Named owner per gate, enforced sequencing, escalation on elapsed time, and immutable write-back of every decision</w:t>
            </w:r>
          </w:p>
        </w:tc>
        <w:tc>
          <w:tcPr>
            <w:tcW w:w="2340" w:type="dxa"/>
          </w:tcPr>
          <w:p w14:paraId="17115751" w14:textId="77777777" w:rsidR="00E2764D" w:rsidRDefault="00F75996">
            <w:r>
              <w:rPr>
                <w:sz w:val="20"/>
              </w:rPr>
              <w:t>The intake application, Microsoft Teams, and the inventory database</w:t>
            </w:r>
          </w:p>
        </w:tc>
      </w:tr>
      <w:tr w:rsidR="00E2764D" w14:paraId="24DC2F11" w14:textId="77777777">
        <w:tc>
          <w:tcPr>
            <w:tcW w:w="2340" w:type="dxa"/>
          </w:tcPr>
          <w:p w14:paraId="7980522B" w14:textId="77777777" w:rsidR="00E2764D" w:rsidRDefault="00F75996">
            <w:r>
              <w:rPr>
                <w:sz w:val="20"/>
              </w:rPr>
              <w:t>Inventory database</w:t>
            </w:r>
          </w:p>
        </w:tc>
        <w:tc>
          <w:tcPr>
            <w:tcW w:w="2340" w:type="dxa"/>
          </w:tcPr>
          <w:p w14:paraId="4ADD3262" w14:textId="77777777" w:rsidR="00E2764D" w:rsidRDefault="00F75996">
            <w:r>
              <w:rPr>
                <w:sz w:val="20"/>
              </w:rPr>
              <w:t>Azure SQL Database provisioned by Bicep through the Azure DevOps pipeline, network-isolated behind Azure Private Link, with geo-redundant backup</w:t>
            </w:r>
          </w:p>
        </w:tc>
        <w:tc>
          <w:tcPr>
            <w:tcW w:w="2340" w:type="dxa"/>
          </w:tcPr>
          <w:p w14:paraId="22E2AFB2" w14:textId="77777777" w:rsidR="00E2764D" w:rsidRDefault="00F75996">
            <w:r>
              <w:rPr>
                <w:sz w:val="20"/>
              </w:rPr>
              <w:t>Full field set from Section 8.4, temporal history on every record, write access restricted to the workflow identity and the governance lead</w:t>
            </w:r>
          </w:p>
        </w:tc>
        <w:tc>
          <w:tcPr>
            <w:tcW w:w="2340" w:type="dxa"/>
          </w:tcPr>
          <w:p w14:paraId="6D7B0E30" w14:textId="77777777" w:rsidR="00E2764D" w:rsidRDefault="00F75996">
            <w:r>
              <w:rPr>
                <w:sz w:val="20"/>
              </w:rPr>
              <w:t>Azure Private Link, Microsoft Entra ID, and Azure Key Vault</w:t>
            </w:r>
          </w:p>
        </w:tc>
      </w:tr>
      <w:tr w:rsidR="00E2764D" w14:paraId="5AF9D5E3" w14:textId="77777777">
        <w:tc>
          <w:tcPr>
            <w:tcW w:w="2340" w:type="dxa"/>
          </w:tcPr>
          <w:p w14:paraId="2E065ABF" w14:textId="77777777" w:rsidR="00E2764D" w:rsidRDefault="00F75996">
            <w:r>
              <w:rPr>
                <w:sz w:val="20"/>
              </w:rPr>
              <w:t>Evidence repository</w:t>
            </w:r>
          </w:p>
        </w:tc>
        <w:tc>
          <w:tcPr>
            <w:tcW w:w="2340" w:type="dxa"/>
          </w:tcPr>
          <w:p w14:paraId="44D4145F" w14:textId="77777777" w:rsidR="00E2764D" w:rsidRDefault="00F75996">
            <w:r>
              <w:rPr>
                <w:sz w:val="20"/>
              </w:rPr>
              <w:t xml:space="preserve">Configured within the existing Microsoft 365 tenant as a governed site with Microsoft Purview retention and sensitivity policies </w:t>
            </w:r>
            <w:r>
              <w:rPr>
                <w:sz w:val="20"/>
              </w:rPr>
              <w:lastRenderedPageBreak/>
              <w:t>applied</w:t>
            </w:r>
          </w:p>
        </w:tc>
        <w:tc>
          <w:tcPr>
            <w:tcW w:w="2340" w:type="dxa"/>
          </w:tcPr>
          <w:p w14:paraId="171E6930" w14:textId="77777777" w:rsidR="00E2764D" w:rsidRDefault="00F75996">
            <w:r>
              <w:rPr>
                <w:sz w:val="20"/>
              </w:rPr>
              <w:lastRenderedPageBreak/>
              <w:t>Retention aligned to Section 10.3, legal hold capability, restricted membership, and versioning enabled</w:t>
            </w:r>
          </w:p>
        </w:tc>
        <w:tc>
          <w:tcPr>
            <w:tcW w:w="2340" w:type="dxa"/>
          </w:tcPr>
          <w:p w14:paraId="04B626C4" w14:textId="77777777" w:rsidR="00E2764D" w:rsidRDefault="00F75996">
            <w:r>
              <w:rPr>
                <w:sz w:val="20"/>
              </w:rPr>
              <w:t>Microsoft Purview and Microsoft Entra ID Governance</w:t>
            </w:r>
          </w:p>
        </w:tc>
      </w:tr>
      <w:tr w:rsidR="00E2764D" w14:paraId="426F1B90" w14:textId="77777777">
        <w:tc>
          <w:tcPr>
            <w:tcW w:w="2340" w:type="dxa"/>
          </w:tcPr>
          <w:p w14:paraId="3D8F5782" w14:textId="77777777" w:rsidR="00E2764D" w:rsidRDefault="00F75996">
            <w:r>
              <w:rPr>
                <w:sz w:val="20"/>
              </w:rPr>
              <w:t>Reconciliation pipeline</w:t>
            </w:r>
          </w:p>
        </w:tc>
        <w:tc>
          <w:tcPr>
            <w:tcW w:w="2340" w:type="dxa"/>
          </w:tcPr>
          <w:p w14:paraId="3F1CDB3C" w14:textId="77777777" w:rsidR="00E2764D" w:rsidRDefault="00F75996">
            <w:r>
              <w:rPr>
                <w:sz w:val="20"/>
              </w:rPr>
              <w:t>Microsoft Fabric data pipelines deployed through a Fabric deployment pipeline, scheduled to run on a defined cadence with alerting on failure</w:t>
            </w:r>
          </w:p>
        </w:tc>
        <w:tc>
          <w:tcPr>
            <w:tcW w:w="2340" w:type="dxa"/>
          </w:tcPr>
          <w:p w14:paraId="511371CD" w14:textId="77777777" w:rsidR="00E2764D" w:rsidRDefault="00F75996">
            <w:r>
              <w:rPr>
                <w:sz w:val="20"/>
              </w:rPr>
              <w:t>Source connections to procurement, cloud consumption, and asset management, with matching logic tuned to minimize false negatives</w:t>
            </w:r>
          </w:p>
        </w:tc>
        <w:tc>
          <w:tcPr>
            <w:tcW w:w="2340" w:type="dxa"/>
          </w:tcPr>
          <w:p w14:paraId="7201999D" w14:textId="77777777" w:rsidR="00E2764D" w:rsidRDefault="00F75996">
            <w:r>
              <w:rPr>
                <w:sz w:val="20"/>
              </w:rPr>
              <w:t>Microsoft Fabric workspace, Azure Data Lake Storage Gen2, and source system credentials in Azure Key Vault</w:t>
            </w:r>
          </w:p>
        </w:tc>
      </w:tr>
      <w:tr w:rsidR="00E2764D" w14:paraId="27153A0F" w14:textId="77777777">
        <w:tc>
          <w:tcPr>
            <w:tcW w:w="2340" w:type="dxa"/>
          </w:tcPr>
          <w:p w14:paraId="3B814325" w14:textId="77777777" w:rsidR="00E2764D" w:rsidRDefault="00F75996">
            <w:r>
              <w:rPr>
                <w:sz w:val="20"/>
              </w:rPr>
              <w:t>Shadow AI discovery</w:t>
            </w:r>
          </w:p>
        </w:tc>
        <w:tc>
          <w:tcPr>
            <w:tcW w:w="2340" w:type="dxa"/>
          </w:tcPr>
          <w:p w14:paraId="68F9C87E" w14:textId="77777777" w:rsidR="00E2764D" w:rsidRDefault="00F75996">
            <w:r>
              <w:rPr>
                <w:sz w:val="20"/>
              </w:rPr>
              <w:t>Enabled as a policy within the existing Microsoft Defender for Cloud Apps deployment, with AI service categories configured and reviewed</w:t>
            </w:r>
          </w:p>
        </w:tc>
        <w:tc>
          <w:tcPr>
            <w:tcW w:w="2340" w:type="dxa"/>
          </w:tcPr>
          <w:p w14:paraId="518D72BF" w14:textId="77777777" w:rsidR="00E2764D" w:rsidRDefault="00F75996">
            <w:r>
              <w:rPr>
                <w:sz w:val="20"/>
              </w:rPr>
              <w:t>Discovery scope agreed with the works council or employee representatives where required, and reporting at aggregate rather than individual level by default</w:t>
            </w:r>
          </w:p>
        </w:tc>
        <w:tc>
          <w:tcPr>
            <w:tcW w:w="2340" w:type="dxa"/>
          </w:tcPr>
          <w:p w14:paraId="3A77F595" w14:textId="77777777" w:rsidR="00E2764D" w:rsidRDefault="00F75996">
            <w:r>
              <w:rPr>
                <w:sz w:val="20"/>
              </w:rPr>
              <w:t>Existing endpoint and network telemetry and the security operations function</w:t>
            </w:r>
          </w:p>
        </w:tc>
      </w:tr>
      <w:tr w:rsidR="00E2764D" w14:paraId="486BA8A4" w14:textId="77777777">
        <w:tc>
          <w:tcPr>
            <w:tcW w:w="2340" w:type="dxa"/>
          </w:tcPr>
          <w:p w14:paraId="74611E9F" w14:textId="77777777" w:rsidR="00E2764D" w:rsidRDefault="00F75996">
            <w:r>
              <w:rPr>
                <w:sz w:val="20"/>
              </w:rPr>
              <w:t>Policy enforcement</w:t>
            </w:r>
          </w:p>
        </w:tc>
        <w:tc>
          <w:tcPr>
            <w:tcW w:w="2340" w:type="dxa"/>
          </w:tcPr>
          <w:p w14:paraId="4CE0BD69" w14:textId="77777777" w:rsidR="00E2764D" w:rsidRDefault="00F75996">
            <w:r>
              <w:rPr>
                <w:sz w:val="20"/>
              </w:rPr>
              <w:t>Azure Policy definitions and assignments deployed as code through the platform pipeline at management group scope</w:t>
            </w:r>
          </w:p>
        </w:tc>
        <w:tc>
          <w:tcPr>
            <w:tcW w:w="2340" w:type="dxa"/>
          </w:tcPr>
          <w:p w14:paraId="64CF4487" w14:textId="77777777" w:rsidR="00E2764D" w:rsidRDefault="00F75996">
            <w:r>
              <w:rPr>
                <w:sz w:val="20"/>
              </w:rPr>
              <w:t>Deny effect on AI resource creation without a valid system identifier tag, with a documented exemption process and expiry</w:t>
            </w:r>
          </w:p>
        </w:tc>
        <w:tc>
          <w:tcPr>
            <w:tcW w:w="2340" w:type="dxa"/>
          </w:tcPr>
          <w:p w14:paraId="7E84D1A5" w14:textId="77777777" w:rsidR="00E2764D" w:rsidRDefault="00F75996">
            <w:r>
              <w:rPr>
                <w:sz w:val="20"/>
              </w:rPr>
              <w:t>The inventory database as the source of valid identifiers and the platform landing zone</w:t>
            </w:r>
          </w:p>
        </w:tc>
      </w:tr>
      <w:tr w:rsidR="00E2764D" w14:paraId="2688EFC2" w14:textId="77777777">
        <w:tc>
          <w:tcPr>
            <w:tcW w:w="2340" w:type="dxa"/>
          </w:tcPr>
          <w:p w14:paraId="6531859A" w14:textId="77777777" w:rsidR="00E2764D" w:rsidRDefault="00F75996">
            <w:r>
              <w:rPr>
                <w:sz w:val="20"/>
              </w:rPr>
              <w:t>Portfolio reporting</w:t>
            </w:r>
          </w:p>
        </w:tc>
        <w:tc>
          <w:tcPr>
            <w:tcW w:w="2340" w:type="dxa"/>
          </w:tcPr>
          <w:p w14:paraId="37DF3F9C" w14:textId="77777777" w:rsidR="00E2764D" w:rsidRDefault="00F75996">
            <w:r>
              <w:rPr>
                <w:sz w:val="20"/>
              </w:rPr>
              <w:t>Power BI semantic model and reports published to a Fabric workspace, refreshed on schedule, distributed through an app with row-level security</w:t>
            </w:r>
          </w:p>
        </w:tc>
        <w:tc>
          <w:tcPr>
            <w:tcW w:w="2340" w:type="dxa"/>
          </w:tcPr>
          <w:p w14:paraId="0A981546" w14:textId="77777777" w:rsidR="00E2764D" w:rsidRDefault="00F75996">
            <w:r>
              <w:rPr>
                <w:sz w:val="20"/>
              </w:rPr>
              <w:t>Fixed report structure period to period, drill-through to individual system records, and no manual data entry into the model</w:t>
            </w:r>
          </w:p>
        </w:tc>
        <w:tc>
          <w:tcPr>
            <w:tcW w:w="2340" w:type="dxa"/>
          </w:tcPr>
          <w:p w14:paraId="0774CA7E" w14:textId="77777777" w:rsidR="00E2764D" w:rsidRDefault="00F75996">
            <w:r>
              <w:rPr>
                <w:sz w:val="20"/>
              </w:rPr>
              <w:t>The inventory database, cost management exports, and Microsoft Fabric</w:t>
            </w:r>
          </w:p>
        </w:tc>
      </w:tr>
      <w:tr w:rsidR="00E2764D" w14:paraId="13902281" w14:textId="77777777">
        <w:tc>
          <w:tcPr>
            <w:tcW w:w="2340" w:type="dxa"/>
          </w:tcPr>
          <w:p w14:paraId="6E62B0DA" w14:textId="77777777" w:rsidR="00E2764D" w:rsidRDefault="00F75996">
            <w:r>
              <w:rPr>
                <w:sz w:val="20"/>
              </w:rPr>
              <w:t>Cost attribution</w:t>
            </w:r>
          </w:p>
        </w:tc>
        <w:tc>
          <w:tcPr>
            <w:tcW w:w="2340" w:type="dxa"/>
          </w:tcPr>
          <w:p w14:paraId="5B27910E" w14:textId="77777777" w:rsidR="00E2764D" w:rsidRDefault="00F75996">
            <w:r>
              <w:rPr>
                <w:sz w:val="20"/>
              </w:rPr>
              <w:t>Configured within Microsoft Cost Management using enforced resource tagging, exported to the Fabric foundation on a scheduled basis</w:t>
            </w:r>
          </w:p>
        </w:tc>
        <w:tc>
          <w:tcPr>
            <w:tcW w:w="2340" w:type="dxa"/>
          </w:tcPr>
          <w:p w14:paraId="17F4BBA7" w14:textId="77777777" w:rsidR="00E2764D" w:rsidRDefault="00F75996">
            <w:r>
              <w:rPr>
                <w:sz w:val="20"/>
              </w:rPr>
              <w:t>Tag schema aligned to the system identifier, with untagged AI spend surfaced as an exception queue</w:t>
            </w:r>
          </w:p>
        </w:tc>
        <w:tc>
          <w:tcPr>
            <w:tcW w:w="2340" w:type="dxa"/>
          </w:tcPr>
          <w:p w14:paraId="22CFA8EC" w14:textId="77777777" w:rsidR="00E2764D" w:rsidRDefault="00F75996">
            <w:r>
              <w:rPr>
                <w:sz w:val="20"/>
              </w:rPr>
              <w:t>Azure Policy tag enforcement and the reconciliation pipeline</w:t>
            </w:r>
          </w:p>
        </w:tc>
      </w:tr>
    </w:tbl>
    <w:p w14:paraId="1B886E41" w14:textId="77777777" w:rsidR="00E2764D" w:rsidRDefault="00E2764D"/>
    <w:p w14:paraId="5BFA80B7" w14:textId="77777777" w:rsidR="00E2764D" w:rsidRDefault="00F75996">
      <w:r>
        <w:t>The non-functional requirements below apply to the mechanism itself. They matter because a governance system that is unavailable, slow, or untrusted will be bypassed, and the bypass will be permanent.</w:t>
      </w:r>
    </w:p>
    <w:p w14:paraId="3428C2CD" w14:textId="77777777" w:rsidR="00E2764D" w:rsidRDefault="00F75996">
      <w:pPr>
        <w:pStyle w:val="ListBullet"/>
      </w:pPr>
      <w:r>
        <w:rPr>
          <w:b/>
        </w:rPr>
        <w:lastRenderedPageBreak/>
        <w:t>Network isolation</w:t>
      </w:r>
      <w:r>
        <w:t>: the inventory database and all supporting data services are reachable only over Azure Private Link within the platform virtual network, with public endpoints denied by policy.</w:t>
      </w:r>
    </w:p>
    <w:p w14:paraId="1AC5EF8B" w14:textId="77777777" w:rsidR="00E2764D" w:rsidRDefault="00F75996">
      <w:pPr>
        <w:pStyle w:val="ListBullet"/>
      </w:pPr>
      <w:r>
        <w:rPr>
          <w:b/>
        </w:rPr>
        <w:t>Availability and region strategy</w:t>
      </w:r>
      <w:r>
        <w:t>: the intake and inventory services are treated as business-important, deployed in the organization's primary region with geo-redundant backup and a documented recovery point objective.</w:t>
      </w:r>
    </w:p>
    <w:p w14:paraId="36835C65" w14:textId="77777777" w:rsidR="00E2764D" w:rsidRDefault="00F75996">
      <w:pPr>
        <w:pStyle w:val="ListBullet"/>
      </w:pPr>
      <w:r>
        <w:rPr>
          <w:b/>
        </w:rPr>
        <w:t>Scaling</w:t>
      </w:r>
      <w:r>
        <w:t>: the mechanism must accommodate a portfolio an order of magnitude larger than the first year's, since governance systems are rarely rebuilt once teams have learned them.</w:t>
      </w:r>
    </w:p>
    <w:p w14:paraId="687C71AB" w14:textId="77777777" w:rsidR="00E2764D" w:rsidRDefault="00F75996">
      <w:pPr>
        <w:pStyle w:val="ListBullet"/>
      </w:pPr>
      <w:r>
        <w:rPr>
          <w:b/>
        </w:rPr>
        <w:t>Quota and capacity</w:t>
      </w:r>
      <w:r>
        <w:t>: any generative assistance used in assessment drafting operates within a reserved quota so that governance functions are never degraded by production workload demand.</w:t>
      </w:r>
    </w:p>
    <w:p w14:paraId="0921AB4E" w14:textId="77777777" w:rsidR="00E2764D" w:rsidRDefault="00F75996">
      <w:pPr>
        <w:pStyle w:val="ListBullet"/>
      </w:pPr>
      <w:r>
        <w:rPr>
          <w:b/>
        </w:rPr>
        <w:t>Disaster recovery</w:t>
      </w:r>
      <w:r>
        <w:t>: the inventory and the evidence repository are recoverable to a defined point, and recovery is tested, because these records substantiate the officer's attestations under Section 11.4.</w:t>
      </w:r>
    </w:p>
    <w:p w14:paraId="6BB57E50" w14:textId="77777777" w:rsidR="00E2764D" w:rsidRDefault="00F75996">
      <w:pPr>
        <w:pStyle w:val="ListBullet"/>
      </w:pPr>
      <w:r>
        <w:rPr>
          <w:b/>
        </w:rPr>
        <w:t>Cost controls</w:t>
      </w:r>
      <w:r>
        <w:t>: the mechanism is tagged and reported like any other system, and its own cost appears in the portfolio reporting rather than being treated as overhead that escapes scrutiny.</w:t>
      </w:r>
    </w:p>
    <w:p w14:paraId="2CBBBEFF" w14:textId="77777777" w:rsidR="00E2764D" w:rsidRDefault="00F75996">
      <w:pPr>
        <w:pStyle w:val="Heading3"/>
      </w:pPr>
      <w:bookmarkStart w:id="100" w:name="_Toc241649768"/>
      <w:r>
        <w:t>18.1.5 Step-by-Step Execution Instructions</w:t>
      </w:r>
      <w:bookmarkEnd w:id="100"/>
    </w:p>
    <w:p w14:paraId="399B00E6" w14:textId="77777777" w:rsidR="00E2764D" w:rsidRDefault="00F75996">
      <w:r>
        <w:t>The sequence below assumes an organization with an existing Microsoft 365 and Azure tenant, an appointed Chief AI Officer, and no formal AI governance in place. It assumes the officer has executive sponsorship to establish the charter but has not yet secured a dedicated team. Steps are ordered so that authority is established before process, process before tooling, and tooling before enforcement, because reversing that order produces a mechanism nobody is obliged to use.</w:t>
      </w:r>
    </w:p>
    <w:p w14:paraId="0A7E3D3E" w14:textId="77777777" w:rsidR="00E2764D" w:rsidRDefault="00F75996">
      <w:pPr>
        <w:pStyle w:val="ListNumber"/>
      </w:pPr>
      <w:r>
        <w:t>Draft the charter and decision rights described in Section 2.2, stating explicitly which decisions the officer makes, which are recommended, and which escalate. (Chief AI Officer)</w:t>
      </w:r>
    </w:p>
    <w:p w14:paraId="28002427" w14:textId="77777777" w:rsidR="00E2764D" w:rsidRDefault="00F75996">
      <w:pPr>
        <w:pStyle w:val="ListNumber"/>
      </w:pPr>
      <w:r>
        <w:t>Secure executive committee ratification of the charter, including the blocking rights held by security, legal, and risk, and record the approval with its date. (Chief AI Officer with the Chief Executive Officer)</w:t>
      </w:r>
    </w:p>
    <w:p w14:paraId="2877C197" w14:textId="77777777" w:rsidR="00E2764D" w:rsidRDefault="00F75996">
      <w:pPr>
        <w:pStyle w:val="ListNumber"/>
      </w:pPr>
      <w:r>
        <w:t>Agree the boundaries with adjacent officers set out in Section 2.4 in writing with each counterpart, resolving disputed seams before the first contested use case arrives. (Chief AI Officer)</w:t>
      </w:r>
    </w:p>
    <w:p w14:paraId="154A7408" w14:textId="77777777" w:rsidR="00E2764D" w:rsidRDefault="00F75996">
      <w:pPr>
        <w:pStyle w:val="ListNumber"/>
      </w:pPr>
      <w:r>
        <w:t>Establish the AI Governance Council under the charter in Section 8.3, confirming membership, quorum, voting, and the standing agenda. (Chief AI Officer)</w:t>
      </w:r>
    </w:p>
    <w:p w14:paraId="645216E5" w14:textId="77777777" w:rsidR="00E2764D" w:rsidRDefault="00F75996">
      <w:pPr>
        <w:pStyle w:val="ListNumber"/>
      </w:pPr>
      <w:r>
        <w:t>Ratify the risk-tiering rubric in Section 8.5 through the council, testing it against a set of real candidate use cases to confirm it discriminates usefully rather than classifying everything as high risk. (AI Governance Council)</w:t>
      </w:r>
    </w:p>
    <w:p w14:paraId="3C452DAD" w14:textId="77777777" w:rsidR="00E2764D" w:rsidRDefault="00F75996">
      <w:pPr>
        <w:pStyle w:val="ListNumber"/>
      </w:pPr>
      <w:r>
        <w:t>Define the eight intake gates from Section 6.4 with a named owner, a required evidence artifact, and a target elapsed time for each. (Chief AI Officer with the AI Governance Lead)</w:t>
      </w:r>
    </w:p>
    <w:p w14:paraId="44F6218F" w14:textId="77777777" w:rsidR="00E2764D" w:rsidRDefault="00F75996">
      <w:pPr>
        <w:pStyle w:val="ListNumber"/>
      </w:pPr>
      <w:r>
        <w:t>Provision the AI governance resource group in the platform subscription, deployed by Bicep through the Azure DevOps pipeline with Azure Private Link and Azure Key Vault configured. (Platform Engineering)</w:t>
      </w:r>
    </w:p>
    <w:p w14:paraId="31725161" w14:textId="77777777" w:rsidR="00E2764D" w:rsidRDefault="00F75996">
      <w:pPr>
        <w:pStyle w:val="ListNumber"/>
      </w:pPr>
      <w:r>
        <w:lastRenderedPageBreak/>
        <w:t>Deploy the inventory database in Azure SQL Database with the full field set from Section 8.4, temporal history enabled, and write access restricted to the workflow identity. (Platform Engineering)</w:t>
      </w:r>
    </w:p>
    <w:p w14:paraId="09A8B555" w14:textId="77777777" w:rsidR="00E2764D" w:rsidRDefault="00F75996">
      <w:pPr>
        <w:pStyle w:val="ListNumber"/>
      </w:pPr>
      <w:r>
        <w:t>Build the intake application in Power Apps within a dedicated managed environment, capturing the rubric as structured fields rather than free text. (AI Governance Lead with a Power Platform developer)</w:t>
      </w:r>
    </w:p>
    <w:p w14:paraId="28412F1C" w14:textId="77777777" w:rsidR="00E2764D" w:rsidRDefault="00F75996">
      <w:pPr>
        <w:pStyle w:val="ListNumber"/>
      </w:pPr>
      <w:r>
        <w:t>Build the gate workflow in Power Automate with enforced sequencing, notification to named owners in Microsoft Teams, escalation on elapsed time, and immutable write-back of every decision. (Power Platform developer)</w:t>
      </w:r>
    </w:p>
    <w:p w14:paraId="67B9059C" w14:textId="77777777" w:rsidR="00E2764D" w:rsidRDefault="00F75996">
      <w:pPr>
        <w:pStyle w:val="ListNumber"/>
      </w:pPr>
      <w:r>
        <w:t>Configure the evidence repository in Microsoft 365 with Microsoft Purview retention, sensitivity labelling, and legal hold capability aligned to Section 10.3. (AI Governance Lead with the records management function)</w:t>
      </w:r>
    </w:p>
    <w:p w14:paraId="4019139A" w14:textId="77777777" w:rsidR="00E2764D" w:rsidRDefault="00F75996">
      <w:pPr>
        <w:pStyle w:val="ListNumber"/>
      </w:pPr>
      <w:r>
        <w:t>Conduct the initial AI discovery exercise, interviewing each business unit, reviewing procurement records, and enabling Microsoft Defender for Cloud Apps discovery to identify AI already in use. (AI Governance Lead)</w:t>
      </w:r>
    </w:p>
    <w:p w14:paraId="1D11E44C" w14:textId="77777777" w:rsidR="00E2764D" w:rsidRDefault="00F75996">
      <w:pPr>
        <w:pStyle w:val="ListNumber"/>
      </w:pPr>
      <w:r>
        <w:t>Populate the inventory with every system discovered, assigning a risk tier to each and identifying those operating without adequate oversight, without stopping them pending assessment unless harm is evident. (AI Governance Lead)</w:t>
      </w:r>
    </w:p>
    <w:p w14:paraId="526FF9EC" w14:textId="77777777" w:rsidR="00E2764D" w:rsidRDefault="00F75996">
      <w:pPr>
        <w:pStyle w:val="ListNumber"/>
      </w:pPr>
      <w:r>
        <w:t>Present the discovery findings to the council and the executive committee as a baseline, framed as the starting position rather than as a set of failures attributable to individuals. (Chief AI Officer)</w:t>
      </w:r>
    </w:p>
    <w:p w14:paraId="2CD3A30F" w14:textId="77777777" w:rsidR="00E2764D" w:rsidRDefault="00F75996">
      <w:pPr>
        <w:pStyle w:val="ListNumber"/>
      </w:pPr>
      <w:r>
        <w:t>Build the reconciliation pipeline in Microsoft Fabric ingesting procurement, cloud consumption, and asset data, and validate its matching logic against the manually discovered baseline. (Data Engineering)</w:t>
      </w:r>
    </w:p>
    <w:p w14:paraId="4E23457F" w14:textId="77777777" w:rsidR="00E2764D" w:rsidRDefault="00F75996">
      <w:pPr>
        <w:pStyle w:val="ListNumber"/>
      </w:pPr>
      <w:r>
        <w:t>Configure Azure Policy at management group scope to deny provisioning of AI resources without a valid system identifier tag, with a documented and expiring exemption path. (Platform Engineering)</w:t>
      </w:r>
    </w:p>
    <w:p w14:paraId="3A2E0B2E" w14:textId="77777777" w:rsidR="00E2764D" w:rsidRDefault="00F75996">
      <w:pPr>
        <w:pStyle w:val="ListNumber"/>
      </w:pPr>
      <w:r>
        <w:t>Configure cost attribution in Microsoft Cost Management against the tag schema, and establish the exception queue for untagged AI consumption. (Platform Engineering with Finance)</w:t>
      </w:r>
    </w:p>
    <w:p w14:paraId="136FA8B9" w14:textId="77777777" w:rsidR="00E2764D" w:rsidRDefault="00F75996">
      <w:pPr>
        <w:pStyle w:val="ListNumber"/>
      </w:pPr>
      <w:r>
        <w:t>Build the portfolio reporting in Power BI with a fixed structure, drill-through to individual records, and row-level security, and agree its content with the Chief Financial Officer and the board secretary. (Value and Adoption Lead)</w:t>
      </w:r>
    </w:p>
    <w:p w14:paraId="3DA87FD9" w14:textId="77777777" w:rsidR="00E2764D" w:rsidRDefault="00F75996">
      <w:pPr>
        <w:pStyle w:val="ListNumber"/>
      </w:pPr>
      <w:r>
        <w:t>Establish the pre-deployment baseline for the metrics in Section 18.1.8, capturing current time-to-decision, inventory completeness, and shadow adoption before the mechanism goes live. (Value and Adoption Lead)</w:t>
      </w:r>
    </w:p>
    <w:p w14:paraId="043D7BFB" w14:textId="77777777" w:rsidR="00E2764D" w:rsidRDefault="00F75996">
      <w:pPr>
        <w:pStyle w:val="ListNumber"/>
      </w:pPr>
      <w:r>
        <w:t>Run a security and privacy review of the governance mechanism itself, since it holds sensitive records about systems, owners, and incidents. (Chief Information Security Officer with the privacy office)</w:t>
      </w:r>
    </w:p>
    <w:p w14:paraId="45C9FEFC" w14:textId="77777777" w:rsidR="00E2764D" w:rsidRDefault="00F75996">
      <w:pPr>
        <w:pStyle w:val="ListNumber"/>
      </w:pPr>
      <w:r>
        <w:t>Pilot the end-to-end process with three real use cases of differing risk tiers, timing each gate and recording where participants were confused or blocked. (AI Governance Lead)</w:t>
      </w:r>
    </w:p>
    <w:p w14:paraId="7147E93A" w14:textId="77777777" w:rsidR="00E2764D" w:rsidRDefault="00F75996">
      <w:pPr>
        <w:pStyle w:val="ListNumber"/>
      </w:pPr>
      <w:r>
        <w:t>Test the suspension path by exercising the process for withdrawing an approval and disabling a system, confirming it can be executed within the target time. (Chief AI Officer with Platform Engineering)</w:t>
      </w:r>
    </w:p>
    <w:p w14:paraId="6ECB548C" w14:textId="77777777" w:rsidR="00E2764D" w:rsidRDefault="00F75996">
      <w:pPr>
        <w:pStyle w:val="ListNumber"/>
      </w:pPr>
      <w:r>
        <w:lastRenderedPageBreak/>
        <w:t>Obtain the council's formal approval to make the process mandatory, with a communicated effective date and a defined amnesty period for retrospective registration. (AI Governance Council)</w:t>
      </w:r>
    </w:p>
    <w:p w14:paraId="09777014" w14:textId="77777777" w:rsidR="00E2764D" w:rsidRDefault="00F75996">
      <w:pPr>
        <w:pStyle w:val="ListNumber"/>
      </w:pPr>
      <w:r>
        <w:t>Communicate the process across the enterprise, emphasizing the service-level commitment on decision time and the pre-approved patterns available for low-risk work. (Chief AI Officer with Communications)</w:t>
      </w:r>
    </w:p>
    <w:p w14:paraId="4613746D" w14:textId="77777777" w:rsidR="00E2764D" w:rsidRDefault="00F75996">
      <w:pPr>
        <w:pStyle w:val="ListNumber"/>
      </w:pPr>
      <w:r>
        <w:t>Review the mechanism after one full quarter against the metrics in Section 18.1.8, and adjust gate sequencing or evidence requirements where measurement shows friction without control value. (Chief AI Officer)</w:t>
      </w:r>
    </w:p>
    <w:p w14:paraId="7366462C" w14:textId="77777777" w:rsidR="00E2764D" w:rsidRDefault="00F75996">
      <w:r>
        <w:t>The phasing below is indicative for an organization starting without formal AI governance and should be adjusted to the pace at which executive decisions can realistically be obtained.</w:t>
      </w:r>
    </w:p>
    <w:p w14:paraId="359EF840" w14:textId="77777777" w:rsidR="00E2764D" w:rsidRDefault="00F75996">
      <w:r>
        <w:rPr>
          <w:i/>
          <w:sz w:val="20"/>
        </w:rPr>
        <w:t>Table 18.1.5 - Indicative phasing and exit criteria for the operating model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73158174" w14:textId="77777777">
        <w:trPr>
          <w:tblHeader/>
        </w:trPr>
        <w:tc>
          <w:tcPr>
            <w:tcW w:w="3120" w:type="dxa"/>
            <w:shd w:val="clear" w:color="auto" w:fill="D5E8F0"/>
          </w:tcPr>
          <w:p w14:paraId="2EA6893E" w14:textId="77777777" w:rsidR="00E2764D" w:rsidRDefault="00F75996">
            <w:r>
              <w:rPr>
                <w:b/>
                <w:sz w:val="20"/>
              </w:rPr>
              <w:t>Phase</w:t>
            </w:r>
          </w:p>
        </w:tc>
        <w:tc>
          <w:tcPr>
            <w:tcW w:w="3120" w:type="dxa"/>
            <w:shd w:val="clear" w:color="auto" w:fill="D5E8F0"/>
          </w:tcPr>
          <w:p w14:paraId="45EBC8C5" w14:textId="77777777" w:rsidR="00E2764D" w:rsidRDefault="00F75996">
            <w:r>
              <w:rPr>
                <w:b/>
                <w:sz w:val="20"/>
              </w:rPr>
              <w:t>Duration (indicative)</w:t>
            </w:r>
          </w:p>
        </w:tc>
        <w:tc>
          <w:tcPr>
            <w:tcW w:w="3120" w:type="dxa"/>
            <w:shd w:val="clear" w:color="auto" w:fill="D5E8F0"/>
          </w:tcPr>
          <w:p w14:paraId="0181FEB8" w14:textId="77777777" w:rsidR="00E2764D" w:rsidRDefault="00F75996">
            <w:r>
              <w:rPr>
                <w:b/>
                <w:sz w:val="20"/>
              </w:rPr>
              <w:t>Exit Criteria</w:t>
            </w:r>
          </w:p>
        </w:tc>
      </w:tr>
      <w:tr w:rsidR="00E2764D" w14:paraId="2728FC58" w14:textId="77777777">
        <w:tc>
          <w:tcPr>
            <w:tcW w:w="3120" w:type="dxa"/>
          </w:tcPr>
          <w:p w14:paraId="1B142A38" w14:textId="77777777" w:rsidR="00E2764D" w:rsidRDefault="00F75996">
            <w:r>
              <w:rPr>
                <w:sz w:val="20"/>
              </w:rPr>
              <w:t>Authority and charter</w:t>
            </w:r>
          </w:p>
        </w:tc>
        <w:tc>
          <w:tcPr>
            <w:tcW w:w="3120" w:type="dxa"/>
          </w:tcPr>
          <w:p w14:paraId="6FA454B9" w14:textId="77777777" w:rsidR="00E2764D" w:rsidRDefault="00F75996">
            <w:r>
              <w:rPr>
                <w:sz w:val="20"/>
              </w:rPr>
              <w:t>Weeks 1 to 4</w:t>
            </w:r>
          </w:p>
        </w:tc>
        <w:tc>
          <w:tcPr>
            <w:tcW w:w="3120" w:type="dxa"/>
          </w:tcPr>
          <w:p w14:paraId="0E5327C2" w14:textId="77777777" w:rsidR="00E2764D" w:rsidRDefault="00F75996">
            <w:r>
              <w:rPr>
                <w:sz w:val="20"/>
              </w:rPr>
              <w:t>Charter ratified by the executive committee, boundaries agreed in writing with each adjacent officer, and the governance council constituted</w:t>
            </w:r>
          </w:p>
        </w:tc>
      </w:tr>
      <w:tr w:rsidR="00E2764D" w14:paraId="79B311FC" w14:textId="77777777">
        <w:tc>
          <w:tcPr>
            <w:tcW w:w="3120" w:type="dxa"/>
          </w:tcPr>
          <w:p w14:paraId="6A657EA7" w14:textId="77777777" w:rsidR="00E2764D" w:rsidRDefault="00F75996">
            <w:r>
              <w:rPr>
                <w:sz w:val="20"/>
              </w:rPr>
              <w:t>Process design</w:t>
            </w:r>
          </w:p>
        </w:tc>
        <w:tc>
          <w:tcPr>
            <w:tcW w:w="3120" w:type="dxa"/>
          </w:tcPr>
          <w:p w14:paraId="52B8BFD5" w14:textId="77777777" w:rsidR="00E2764D" w:rsidRDefault="00F75996">
            <w:r>
              <w:rPr>
                <w:sz w:val="20"/>
              </w:rPr>
              <w:t>Weeks 3 to 8</w:t>
            </w:r>
          </w:p>
        </w:tc>
        <w:tc>
          <w:tcPr>
            <w:tcW w:w="3120" w:type="dxa"/>
          </w:tcPr>
          <w:p w14:paraId="14A42F30" w14:textId="77777777" w:rsidR="00E2764D" w:rsidRDefault="00F75996">
            <w:r>
              <w:rPr>
                <w:sz w:val="20"/>
              </w:rPr>
              <w:t>Risk rubric ratified and tested against real candidates, eight gates defined with named owners and target times, and the evidence set specified</w:t>
            </w:r>
          </w:p>
        </w:tc>
      </w:tr>
      <w:tr w:rsidR="00E2764D" w14:paraId="3EA17314" w14:textId="77777777">
        <w:tc>
          <w:tcPr>
            <w:tcW w:w="3120" w:type="dxa"/>
          </w:tcPr>
          <w:p w14:paraId="65C5F0AC" w14:textId="77777777" w:rsidR="00E2764D" w:rsidRDefault="00F75996">
            <w:r>
              <w:rPr>
                <w:sz w:val="20"/>
              </w:rPr>
              <w:t>Discovery and baseline</w:t>
            </w:r>
          </w:p>
        </w:tc>
        <w:tc>
          <w:tcPr>
            <w:tcW w:w="3120" w:type="dxa"/>
          </w:tcPr>
          <w:p w14:paraId="75AEE7B3" w14:textId="77777777" w:rsidR="00E2764D" w:rsidRDefault="00F75996">
            <w:r>
              <w:rPr>
                <w:sz w:val="20"/>
              </w:rPr>
              <w:t>Weeks 5 to 12</w:t>
            </w:r>
          </w:p>
        </w:tc>
        <w:tc>
          <w:tcPr>
            <w:tcW w:w="3120" w:type="dxa"/>
          </w:tcPr>
          <w:p w14:paraId="51FBA979" w14:textId="77777777" w:rsidR="00E2764D" w:rsidRDefault="00F75996">
            <w:r>
              <w:rPr>
                <w:sz w:val="20"/>
              </w:rPr>
              <w:t>Inventory populated from interviews, procurement review, and technical discovery, with every system tiered and the baseline presented to the council</w:t>
            </w:r>
          </w:p>
        </w:tc>
      </w:tr>
      <w:tr w:rsidR="00E2764D" w14:paraId="20D3AF48" w14:textId="77777777">
        <w:tc>
          <w:tcPr>
            <w:tcW w:w="3120" w:type="dxa"/>
          </w:tcPr>
          <w:p w14:paraId="52C8A43A" w14:textId="77777777" w:rsidR="00E2764D" w:rsidRDefault="00F75996">
            <w:r>
              <w:rPr>
                <w:sz w:val="20"/>
              </w:rPr>
              <w:t>Mechanism build</w:t>
            </w:r>
          </w:p>
        </w:tc>
        <w:tc>
          <w:tcPr>
            <w:tcW w:w="3120" w:type="dxa"/>
          </w:tcPr>
          <w:p w14:paraId="7651165D" w14:textId="77777777" w:rsidR="00E2764D" w:rsidRDefault="00F75996">
            <w:r>
              <w:rPr>
                <w:sz w:val="20"/>
              </w:rPr>
              <w:t>Weeks 8 to 16</w:t>
            </w:r>
          </w:p>
        </w:tc>
        <w:tc>
          <w:tcPr>
            <w:tcW w:w="3120" w:type="dxa"/>
          </w:tcPr>
          <w:p w14:paraId="1FD3F110" w14:textId="77777777" w:rsidR="00E2764D" w:rsidRDefault="00F75996">
            <w:r>
              <w:rPr>
                <w:sz w:val="20"/>
              </w:rPr>
              <w:t>Intake, workflow, inventory, evidence repository, reconciliation, and reporting deployed to production and security reviewed</w:t>
            </w:r>
          </w:p>
        </w:tc>
      </w:tr>
      <w:tr w:rsidR="00E2764D" w14:paraId="0EAEAB44" w14:textId="77777777">
        <w:tc>
          <w:tcPr>
            <w:tcW w:w="3120" w:type="dxa"/>
          </w:tcPr>
          <w:p w14:paraId="73F82708" w14:textId="77777777" w:rsidR="00E2764D" w:rsidRDefault="00F75996">
            <w:r>
              <w:rPr>
                <w:sz w:val="20"/>
              </w:rPr>
              <w:t>Mandatory operation</w:t>
            </w:r>
          </w:p>
        </w:tc>
        <w:tc>
          <w:tcPr>
            <w:tcW w:w="3120" w:type="dxa"/>
          </w:tcPr>
          <w:p w14:paraId="11FE61DC" w14:textId="77777777" w:rsidR="00E2764D" w:rsidRDefault="00F75996">
            <w:r>
              <w:rPr>
                <w:sz w:val="20"/>
              </w:rPr>
              <w:t>Weeks 14 to 20</w:t>
            </w:r>
          </w:p>
        </w:tc>
        <w:tc>
          <w:tcPr>
            <w:tcW w:w="3120" w:type="dxa"/>
          </w:tcPr>
          <w:p w14:paraId="66FCE373" w14:textId="77777777" w:rsidR="00E2764D" w:rsidRDefault="00F75996">
            <w:r>
              <w:rPr>
                <w:sz w:val="20"/>
              </w:rPr>
              <w:t>Process piloted on real use cases, made mandatory by council decision, communicated enterprise-wide, and measured against the baseline after one quarter</w:t>
            </w:r>
          </w:p>
        </w:tc>
      </w:tr>
    </w:tbl>
    <w:p w14:paraId="5DED062D" w14:textId="77777777" w:rsidR="00E2764D" w:rsidRDefault="00E2764D"/>
    <w:p w14:paraId="6912C835" w14:textId="77777777" w:rsidR="00E2764D" w:rsidRDefault="00F75996">
      <w:pPr>
        <w:pStyle w:val="Heading3"/>
      </w:pPr>
      <w:bookmarkStart w:id="101" w:name="_Toc241649769"/>
      <w:r>
        <w:lastRenderedPageBreak/>
        <w:t>18.1.6 Benefits of This Mandate</w:t>
      </w:r>
      <w:bookmarkEnd w:id="101"/>
    </w:p>
    <w:p w14:paraId="10978D9F" w14:textId="77777777" w:rsidR="00E2764D" w:rsidRDefault="00F75996">
      <w:r>
        <w:t>The benefits of this mandate are mostly avoided costs and preserved optionality, which makes them harder to claim than the benefits of a customer-facing system and no less real. The measures below are defined so that each can be evidenced against the baseline established before the mechanism went live.</w:t>
      </w:r>
    </w:p>
    <w:p w14:paraId="2120C39D" w14:textId="77777777" w:rsidR="00E2764D" w:rsidRDefault="00F75996">
      <w:r>
        <w:rPr>
          <w:i/>
          <w:sz w:val="20"/>
        </w:rPr>
        <w:t>Table 18.1.6 - Benefit categories for the operating model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61CFB29A" w14:textId="77777777">
        <w:trPr>
          <w:tblHeader/>
        </w:trPr>
        <w:tc>
          <w:tcPr>
            <w:tcW w:w="3120" w:type="dxa"/>
            <w:shd w:val="clear" w:color="auto" w:fill="D5E8F0"/>
          </w:tcPr>
          <w:p w14:paraId="00FD1004" w14:textId="77777777" w:rsidR="00E2764D" w:rsidRDefault="00F75996">
            <w:r>
              <w:rPr>
                <w:b/>
                <w:sz w:val="20"/>
              </w:rPr>
              <w:t>Benefit Category</w:t>
            </w:r>
          </w:p>
        </w:tc>
        <w:tc>
          <w:tcPr>
            <w:tcW w:w="3120" w:type="dxa"/>
            <w:shd w:val="clear" w:color="auto" w:fill="D5E8F0"/>
          </w:tcPr>
          <w:p w14:paraId="075C22DA" w14:textId="77777777" w:rsidR="00E2764D" w:rsidRDefault="00F75996">
            <w:r>
              <w:rPr>
                <w:b/>
                <w:sz w:val="20"/>
              </w:rPr>
              <w:t>Description</w:t>
            </w:r>
          </w:p>
        </w:tc>
        <w:tc>
          <w:tcPr>
            <w:tcW w:w="3120" w:type="dxa"/>
            <w:shd w:val="clear" w:color="auto" w:fill="D5E8F0"/>
          </w:tcPr>
          <w:p w14:paraId="74B1BDEA" w14:textId="77777777" w:rsidR="00E2764D" w:rsidRDefault="00F75996">
            <w:r>
              <w:rPr>
                <w:b/>
                <w:sz w:val="20"/>
              </w:rPr>
              <w:t>Illustrative Metric</w:t>
            </w:r>
          </w:p>
        </w:tc>
      </w:tr>
      <w:tr w:rsidR="00E2764D" w14:paraId="217D92AD" w14:textId="77777777">
        <w:tc>
          <w:tcPr>
            <w:tcW w:w="3120" w:type="dxa"/>
          </w:tcPr>
          <w:p w14:paraId="7803B873" w14:textId="77777777" w:rsidR="00E2764D" w:rsidRDefault="00F75996">
            <w:r>
              <w:rPr>
                <w:sz w:val="20"/>
              </w:rPr>
              <w:t>Visibility of the estate</w:t>
            </w:r>
          </w:p>
        </w:tc>
        <w:tc>
          <w:tcPr>
            <w:tcW w:w="3120" w:type="dxa"/>
          </w:tcPr>
          <w:p w14:paraId="41C8134E" w14:textId="77777777" w:rsidR="00E2764D" w:rsidRDefault="00F75996">
            <w:r>
              <w:rPr>
                <w:sz w:val="20"/>
              </w:rPr>
              <w:t>The organization knows what AI it operates, including capability embedded in purchased software that was previously invisible to any governance process</w:t>
            </w:r>
          </w:p>
        </w:tc>
        <w:tc>
          <w:tcPr>
            <w:tcW w:w="3120" w:type="dxa"/>
          </w:tcPr>
          <w:p w14:paraId="3399772C" w14:textId="77777777" w:rsidR="00E2764D" w:rsidRDefault="00F75996">
            <w:r>
              <w:rPr>
                <w:sz w:val="20"/>
              </w:rPr>
              <w:t>Count of AI systems in the inventory relative to the count discovered by independent reconciliation, tracked over successive cycles</w:t>
            </w:r>
          </w:p>
        </w:tc>
      </w:tr>
      <w:tr w:rsidR="00E2764D" w14:paraId="4B11B02E" w14:textId="77777777">
        <w:tc>
          <w:tcPr>
            <w:tcW w:w="3120" w:type="dxa"/>
          </w:tcPr>
          <w:p w14:paraId="6970B975" w14:textId="77777777" w:rsidR="00E2764D" w:rsidRDefault="00F75996">
            <w:r>
              <w:rPr>
                <w:sz w:val="20"/>
              </w:rPr>
              <w:t>Faster decisions on low-risk work</w:t>
            </w:r>
          </w:p>
        </w:tc>
        <w:tc>
          <w:tcPr>
            <w:tcW w:w="3120" w:type="dxa"/>
          </w:tcPr>
          <w:p w14:paraId="2487A9B4" w14:textId="77777777" w:rsidR="00E2764D" w:rsidRDefault="00F75996">
            <w:r>
              <w:rPr>
                <w:sz w:val="20"/>
              </w:rPr>
              <w:t>Proportionate tiering allows the majority of proposals to proceed under delegated authority rather than waiting for a committee</w:t>
            </w:r>
          </w:p>
        </w:tc>
        <w:tc>
          <w:tcPr>
            <w:tcW w:w="3120" w:type="dxa"/>
          </w:tcPr>
          <w:p w14:paraId="03861CF6" w14:textId="77777777" w:rsidR="00E2764D" w:rsidRDefault="00F75996">
            <w:r>
              <w:rPr>
                <w:sz w:val="20"/>
              </w:rPr>
              <w:t>Median elapsed days from registration to decision for Tier 3 proposals, compared to the pre-mechanism baseline</w:t>
            </w:r>
          </w:p>
        </w:tc>
      </w:tr>
      <w:tr w:rsidR="00E2764D" w14:paraId="739C412E" w14:textId="77777777">
        <w:tc>
          <w:tcPr>
            <w:tcW w:w="3120" w:type="dxa"/>
          </w:tcPr>
          <w:p w14:paraId="00A0B200" w14:textId="77777777" w:rsidR="00E2764D" w:rsidRDefault="00F75996">
            <w:r>
              <w:rPr>
                <w:sz w:val="20"/>
              </w:rPr>
              <w:t>Reduced duplication of effort</w:t>
            </w:r>
          </w:p>
        </w:tc>
        <w:tc>
          <w:tcPr>
            <w:tcW w:w="3120" w:type="dxa"/>
          </w:tcPr>
          <w:p w14:paraId="2FD962F2" w14:textId="77777777" w:rsidR="00E2764D" w:rsidRDefault="00F75996">
            <w:r>
              <w:rPr>
                <w:sz w:val="20"/>
              </w:rPr>
              <w:t>Registered proposals are matched against existing systems and platform capability before build approval, so the same problem is not solved repeatedly</w:t>
            </w:r>
          </w:p>
        </w:tc>
        <w:tc>
          <w:tcPr>
            <w:tcW w:w="3120" w:type="dxa"/>
          </w:tcPr>
          <w:p w14:paraId="41B5B98E" w14:textId="77777777" w:rsidR="00E2764D" w:rsidRDefault="00F75996">
            <w:r>
              <w:rPr>
                <w:sz w:val="20"/>
              </w:rPr>
              <w:t>Count of proposals redirected to an existing system or shared component rather than approved as new build</w:t>
            </w:r>
          </w:p>
        </w:tc>
      </w:tr>
      <w:tr w:rsidR="00E2764D" w14:paraId="0D180F7A" w14:textId="77777777">
        <w:tc>
          <w:tcPr>
            <w:tcW w:w="3120" w:type="dxa"/>
          </w:tcPr>
          <w:p w14:paraId="4C7D79E5" w14:textId="77777777" w:rsidR="00E2764D" w:rsidRDefault="00F75996">
            <w:r>
              <w:rPr>
                <w:sz w:val="20"/>
              </w:rPr>
              <w:t>Reduction in ungoverned adoption</w:t>
            </w:r>
          </w:p>
        </w:tc>
        <w:tc>
          <w:tcPr>
            <w:tcW w:w="3120" w:type="dxa"/>
          </w:tcPr>
          <w:p w14:paraId="04BA2D85" w14:textId="77777777" w:rsidR="00E2764D" w:rsidRDefault="00F75996">
            <w:r>
              <w:rPr>
                <w:sz w:val="20"/>
              </w:rPr>
              <w:t>A sanctioned path that is genuinely faster reduces the use of unsanctioned tools with organizational data</w:t>
            </w:r>
          </w:p>
        </w:tc>
        <w:tc>
          <w:tcPr>
            <w:tcW w:w="3120" w:type="dxa"/>
          </w:tcPr>
          <w:p w14:paraId="75710D4C" w14:textId="77777777" w:rsidR="00E2764D" w:rsidRDefault="00F75996">
            <w:r>
              <w:rPr>
                <w:sz w:val="20"/>
              </w:rPr>
              <w:t>Volume of unsanctioned AI service usage detected, measured against the pre-mechanism discovery baseline</w:t>
            </w:r>
          </w:p>
        </w:tc>
      </w:tr>
      <w:tr w:rsidR="00E2764D" w14:paraId="6E121508" w14:textId="77777777">
        <w:tc>
          <w:tcPr>
            <w:tcW w:w="3120" w:type="dxa"/>
          </w:tcPr>
          <w:p w14:paraId="6F168054" w14:textId="77777777" w:rsidR="00E2764D" w:rsidRDefault="00F75996">
            <w:r>
              <w:rPr>
                <w:sz w:val="20"/>
              </w:rPr>
              <w:t>Defensible decision record</w:t>
            </w:r>
          </w:p>
        </w:tc>
        <w:tc>
          <w:tcPr>
            <w:tcW w:w="3120" w:type="dxa"/>
          </w:tcPr>
          <w:p w14:paraId="4D45FB85" w14:textId="77777777" w:rsidR="00E2764D" w:rsidRDefault="00F75996">
            <w:r>
              <w:rPr>
                <w:sz w:val="20"/>
              </w:rPr>
              <w:t>Every material decision has a recorded rationale, approver, and dissent, which converts an examination from a reconstruction exercise into a retrieval exercise</w:t>
            </w:r>
          </w:p>
        </w:tc>
        <w:tc>
          <w:tcPr>
            <w:tcW w:w="3120" w:type="dxa"/>
          </w:tcPr>
          <w:p w14:paraId="10CEF177" w14:textId="77777777" w:rsidR="00E2764D" w:rsidRDefault="00F75996">
            <w:r>
              <w:rPr>
                <w:sz w:val="20"/>
              </w:rPr>
              <w:t>Proportion of production systems with a complete gate record, and elapsed time to assemble an evidence pack on request</w:t>
            </w:r>
          </w:p>
        </w:tc>
      </w:tr>
      <w:tr w:rsidR="00E2764D" w14:paraId="7F92B209" w14:textId="77777777">
        <w:tc>
          <w:tcPr>
            <w:tcW w:w="3120" w:type="dxa"/>
          </w:tcPr>
          <w:p w14:paraId="46BDB397" w14:textId="77777777" w:rsidR="00E2764D" w:rsidRDefault="00F75996">
            <w:r>
              <w:rPr>
                <w:sz w:val="20"/>
              </w:rPr>
              <w:t>Improved capital allocation</w:t>
            </w:r>
          </w:p>
        </w:tc>
        <w:tc>
          <w:tcPr>
            <w:tcW w:w="3120" w:type="dxa"/>
          </w:tcPr>
          <w:p w14:paraId="769F800B" w14:textId="77777777" w:rsidR="00E2764D" w:rsidRDefault="00F75996">
            <w:r>
              <w:rPr>
                <w:sz w:val="20"/>
              </w:rPr>
              <w:t>Portfolio visibility allows investment to be directed toward mandates with demonstrated value rather than toward whichever sponsor is most persistent</w:t>
            </w:r>
          </w:p>
        </w:tc>
        <w:tc>
          <w:tcPr>
            <w:tcW w:w="3120" w:type="dxa"/>
          </w:tcPr>
          <w:p w14:paraId="60001E2E" w14:textId="77777777" w:rsidR="00E2764D" w:rsidRDefault="00F75996">
            <w:r>
              <w:rPr>
                <w:sz w:val="20"/>
              </w:rPr>
              <w:t>Proportion of AI spend attributable to systems with a verified benefit against baseline</w:t>
            </w:r>
          </w:p>
        </w:tc>
      </w:tr>
      <w:tr w:rsidR="00E2764D" w14:paraId="5D05A303" w14:textId="77777777">
        <w:tc>
          <w:tcPr>
            <w:tcW w:w="3120" w:type="dxa"/>
          </w:tcPr>
          <w:p w14:paraId="39C4EF9E" w14:textId="77777777" w:rsidR="00E2764D" w:rsidRDefault="00F75996">
            <w:r>
              <w:rPr>
                <w:sz w:val="20"/>
              </w:rPr>
              <w:t>Reduced control inconsistency</w:t>
            </w:r>
          </w:p>
        </w:tc>
        <w:tc>
          <w:tcPr>
            <w:tcW w:w="3120" w:type="dxa"/>
          </w:tcPr>
          <w:p w14:paraId="53294D0D" w14:textId="77777777" w:rsidR="00E2764D" w:rsidRDefault="00F75996">
            <w:r>
              <w:rPr>
                <w:sz w:val="20"/>
              </w:rPr>
              <w:t xml:space="preserve">Common tiering and gate requirements mean comparable </w:t>
            </w:r>
            <w:r>
              <w:rPr>
                <w:sz w:val="20"/>
              </w:rPr>
              <w:lastRenderedPageBreak/>
              <w:t>systems receive comparable controls irrespective of which unit built them</w:t>
            </w:r>
          </w:p>
        </w:tc>
        <w:tc>
          <w:tcPr>
            <w:tcW w:w="3120" w:type="dxa"/>
          </w:tcPr>
          <w:p w14:paraId="727DBE97" w14:textId="77777777" w:rsidR="00E2764D" w:rsidRDefault="00F75996">
            <w:r>
              <w:rPr>
                <w:sz w:val="20"/>
              </w:rPr>
              <w:lastRenderedPageBreak/>
              <w:t xml:space="preserve">Variance in applied control sets across systems of the same tier, </w:t>
            </w:r>
            <w:r>
              <w:rPr>
                <w:sz w:val="20"/>
              </w:rPr>
              <w:lastRenderedPageBreak/>
              <w:t>reviewed at each council meeting</w:t>
            </w:r>
          </w:p>
        </w:tc>
      </w:tr>
      <w:tr w:rsidR="00E2764D" w14:paraId="46E79D39" w14:textId="77777777">
        <w:tc>
          <w:tcPr>
            <w:tcW w:w="3120" w:type="dxa"/>
          </w:tcPr>
          <w:p w14:paraId="3C4B832E" w14:textId="77777777" w:rsidR="00E2764D" w:rsidRDefault="00F75996">
            <w:r>
              <w:rPr>
                <w:sz w:val="20"/>
              </w:rPr>
              <w:lastRenderedPageBreak/>
              <w:t>Institutional memory</w:t>
            </w:r>
          </w:p>
        </w:tc>
        <w:tc>
          <w:tcPr>
            <w:tcW w:w="3120" w:type="dxa"/>
          </w:tcPr>
          <w:p w14:paraId="37F4546D" w14:textId="77777777" w:rsidR="00E2764D" w:rsidRDefault="00F75996">
            <w:r>
              <w:rPr>
                <w:sz w:val="20"/>
              </w:rPr>
              <w:t>Precedent accumulates in the decision log, so recurring questions are answered by reference rather than relitigated by whoever is present</w:t>
            </w:r>
          </w:p>
        </w:tc>
        <w:tc>
          <w:tcPr>
            <w:tcW w:w="3120" w:type="dxa"/>
          </w:tcPr>
          <w:p w14:paraId="3357B5D6" w14:textId="77777777" w:rsidR="00E2764D" w:rsidRDefault="00F75996">
            <w:r>
              <w:rPr>
                <w:sz w:val="20"/>
              </w:rPr>
              <w:t>Proportion of council agenda items resolved by reference to existing precedent rather than by fresh deliberation</w:t>
            </w:r>
          </w:p>
        </w:tc>
      </w:tr>
    </w:tbl>
    <w:p w14:paraId="3E875C50" w14:textId="77777777" w:rsidR="00E2764D" w:rsidRDefault="00E2764D"/>
    <w:p w14:paraId="69ED4346" w14:textId="77777777" w:rsidR="00E2764D" w:rsidRDefault="00F75996">
      <w:r>
        <w:t>For the chief executive and the board, the benefit is expressed in one sentence: the organization can now answer, at any time and without a special exercise, what artificial intelligence it operates, who is accountable for each system, what could go wrong, and what has been done about it. That capability is the precondition for every other AI commitment the organization makes, and for every assurance the board provides to a regulator, an auditor, or an investor.</w:t>
      </w:r>
    </w:p>
    <w:p w14:paraId="4E3AC8F1" w14:textId="77777777" w:rsidR="00E2764D" w:rsidRDefault="00F75996">
      <w:pPr>
        <w:pStyle w:val="Heading3"/>
      </w:pPr>
      <w:bookmarkStart w:id="102" w:name="_Toc241649770"/>
      <w:r>
        <w:t>18.1.7 Data, Systems and Integration Requirements</w:t>
      </w:r>
      <w:bookmarkEnd w:id="102"/>
    </w:p>
    <w:p w14:paraId="403BB0B3" w14:textId="77777777" w:rsidR="00E2764D" w:rsidRDefault="00F75996">
      <w:r>
        <w:t>The operating model consumes data from systems that already exist rather than generating much of its own. The sources below must be identified, obtained with the agreement of their owners, and refreshed on a defined cadence, since an inventory that is accurate once is an inventory that is wrong within a quarter.</w:t>
      </w:r>
    </w:p>
    <w:p w14:paraId="4CF69320" w14:textId="77777777" w:rsidR="00E2764D" w:rsidRDefault="00F75996">
      <w:pPr>
        <w:pStyle w:val="ListBullet"/>
      </w:pPr>
      <w:r>
        <w:rPr>
          <w:b/>
        </w:rPr>
        <w:t>Procurement and contract records</w:t>
      </w:r>
      <w:r>
        <w:t>: supplier, product, contract value, renewal date, and terms, refreshed at least monthly, used to identify AI capability entering through purchase rather than through build.</w:t>
      </w:r>
    </w:p>
    <w:p w14:paraId="2A771322" w14:textId="77777777" w:rsidR="00E2764D" w:rsidRDefault="00F75996">
      <w:pPr>
        <w:pStyle w:val="ListBullet"/>
      </w:pPr>
      <w:r>
        <w:rPr>
          <w:b/>
        </w:rPr>
        <w:t>Azure and cloud consumption data</w:t>
      </w:r>
      <w:r>
        <w:t>: resource-level consumption with tags, refreshed daily, used to reconcile the inventory against what is actually provisioned and running.</w:t>
      </w:r>
    </w:p>
    <w:p w14:paraId="3525D765" w14:textId="77777777" w:rsidR="00E2764D" w:rsidRDefault="00F75996">
      <w:pPr>
        <w:pStyle w:val="ListBullet"/>
      </w:pPr>
      <w:r>
        <w:rPr>
          <w:b/>
        </w:rPr>
        <w:t>Software asset and endpoint inventory</w:t>
      </w:r>
      <w:r>
        <w:t>: installed applications and browser-based service usage, refreshed weekly, used to identify AI features enabled within products the organization already owns.</w:t>
      </w:r>
    </w:p>
    <w:p w14:paraId="07C50195" w14:textId="77777777" w:rsidR="00E2764D" w:rsidRDefault="00F75996">
      <w:pPr>
        <w:pStyle w:val="ListBullet"/>
      </w:pPr>
      <w:r>
        <w:rPr>
          <w:b/>
        </w:rPr>
        <w:t>Identity and organizational directory</w:t>
      </w:r>
      <w:r>
        <w:t>: current employment, role, business unit, and management chain from Microsoft Entra ID, refreshed continuously, used to attribute ownership and route approvals correctly.</w:t>
      </w:r>
    </w:p>
    <w:p w14:paraId="2BDA53F9" w14:textId="77777777" w:rsidR="00E2764D" w:rsidRDefault="00F75996">
      <w:pPr>
        <w:pStyle w:val="ListBullet"/>
      </w:pPr>
      <w:r>
        <w:rPr>
          <w:b/>
        </w:rPr>
        <w:t>Existing project and change records</w:t>
      </w:r>
      <w:r>
        <w:t>: the current pipeline of technology change, refreshed at least weekly, used to catch AI content in initiatives that were never labelled as AI projects.</w:t>
      </w:r>
    </w:p>
    <w:p w14:paraId="71D43CB0" w14:textId="77777777" w:rsidR="00E2764D" w:rsidRDefault="00F75996">
      <w:pPr>
        <w:pStyle w:val="ListBullet"/>
      </w:pPr>
      <w:r>
        <w:rPr>
          <w:b/>
        </w:rPr>
        <w:t>Financial cost centre and budget structure</w:t>
      </w:r>
      <w:r>
        <w:t>: refreshed at each planning cycle, used to attribute AI spend to the units that consume it and to support the funding model in Section 6.7.</w:t>
      </w:r>
    </w:p>
    <w:p w14:paraId="762925D8" w14:textId="77777777" w:rsidR="00E2764D" w:rsidRDefault="00F75996">
      <w:pPr>
        <w:pStyle w:val="ListBullet"/>
      </w:pPr>
      <w:r>
        <w:rPr>
          <w:b/>
        </w:rPr>
        <w:t>Historical incident and audit findings</w:t>
      </w:r>
      <w:r>
        <w:t>: at least two years of history where available, used to identify recurring control weaknesses that the AI framework must address rather than repeat.</w:t>
      </w:r>
    </w:p>
    <w:p w14:paraId="239DBDB1" w14:textId="77777777" w:rsidR="00E2764D" w:rsidRDefault="00F75996">
      <w:pPr>
        <w:pStyle w:val="ListBullet"/>
      </w:pPr>
      <w:r>
        <w:rPr>
          <w:b/>
        </w:rPr>
        <w:lastRenderedPageBreak/>
        <w:t>Shadow AI discovery telemetry</w:t>
      </w:r>
      <w:r>
        <w:t>: from Microsoft Defender for Cloud Apps and network sources, refreshed continuously, with scope and reporting granularity agreed with employee representatives where required.</w:t>
      </w:r>
    </w:p>
    <w:p w14:paraId="7582EA44" w14:textId="77777777" w:rsidR="00E2764D" w:rsidRDefault="00F75996">
      <w:pPr>
        <w:pStyle w:val="ListBullet"/>
      </w:pPr>
      <w:r>
        <w:rPr>
          <w:b/>
        </w:rPr>
        <w:t>Vendor assurance artifacts</w:t>
      </w:r>
      <w:r>
        <w:t>: certifications, audit reports, and AI documentation collected under Section 14.1, refreshed on the vendor monitoring cycle and linked to the inventory record.</w:t>
      </w:r>
    </w:p>
    <w:p w14:paraId="3A623108" w14:textId="77777777" w:rsidR="00E2764D" w:rsidRDefault="00F75996">
      <w:pPr>
        <w:pStyle w:val="ListBullet"/>
      </w:pPr>
      <w:r>
        <w:rPr>
          <w:b/>
        </w:rPr>
        <w:t>Consent and entitlement constraints</w:t>
      </w:r>
      <w:r>
        <w:t>: any restriction on the use of employee or supplier data for discovery and reporting purposes, confirmed with the privacy office before discovery begins.</w:t>
      </w:r>
    </w:p>
    <w:p w14:paraId="63FFE356" w14:textId="77777777" w:rsidR="00E2764D" w:rsidRDefault="00F75996">
      <w:pPr>
        <w:pStyle w:val="Heading3"/>
      </w:pPr>
      <w:bookmarkStart w:id="103" w:name="_Toc241649771"/>
      <w:r>
        <w:t>18.1.8 Success Metrics (KPIs)</w:t>
      </w:r>
      <w:bookmarkEnd w:id="103"/>
    </w:p>
    <w:p w14:paraId="6AC13581" w14:textId="77777777" w:rsidR="00E2764D" w:rsidRDefault="00F75996">
      <w:r>
        <w:t>The measures below are reported monthly to the executive committee and quarterly to the board as part of the pack in Section 17.3. The first is the metric on which the officer should expect to be judged personally in the first year.</w:t>
      </w:r>
    </w:p>
    <w:p w14:paraId="112E78D9" w14:textId="77777777" w:rsidR="00E2764D" w:rsidRDefault="00F75996">
      <w:pPr>
        <w:pStyle w:val="ListBullet"/>
      </w:pPr>
      <w:r>
        <w:rPr>
          <w:b/>
        </w:rPr>
        <w:t>Inventory completeness</w:t>
      </w:r>
      <w:r>
        <w:t>: the proportion of AI systems recorded in the inventory relative to those identified by independent reconciliation, measured in the Microsoft Fabric reconciliation pipeline and reported quarterly. This is the officer's primary personal accountability to the board in year one.</w:t>
      </w:r>
    </w:p>
    <w:p w14:paraId="3EDECE49" w14:textId="77777777" w:rsidR="00E2764D" w:rsidRDefault="00F75996">
      <w:pPr>
        <w:pStyle w:val="ListBullet"/>
      </w:pPr>
      <w:r>
        <w:rPr>
          <w:b/>
        </w:rPr>
        <w:t>Time from registration to decision, by tier</w:t>
      </w:r>
      <w:r>
        <w:t>: median and ninetieth percentile elapsed days from intake to a release decision or documented rejection, measured in the Power Automate workflow history.</w:t>
      </w:r>
    </w:p>
    <w:p w14:paraId="049C9BDE" w14:textId="77777777" w:rsidR="00E2764D" w:rsidRDefault="00F75996">
      <w:pPr>
        <w:pStyle w:val="ListBullet"/>
      </w:pPr>
      <w:r>
        <w:rPr>
          <w:b/>
        </w:rPr>
        <w:t>Gate record completeness</w:t>
      </w:r>
      <w:r>
        <w:t>: the proportion of production systems holding a complete set of gate approvals with attributed decision makers, measured in the inventory database.</w:t>
      </w:r>
    </w:p>
    <w:p w14:paraId="071442DB" w14:textId="77777777" w:rsidR="00E2764D" w:rsidRDefault="00F75996">
      <w:pPr>
        <w:pStyle w:val="ListBullet"/>
      </w:pPr>
      <w:r>
        <w:rPr>
          <w:b/>
        </w:rPr>
        <w:t>Ungoverned adoption trend</w:t>
      </w:r>
      <w:r>
        <w:t>: the volume and nature of unsanctioned AI service usage detected, measured in Microsoft Defender for Cloud Apps against the discovery baseline.</w:t>
      </w:r>
    </w:p>
    <w:p w14:paraId="2F558FAB" w14:textId="77777777" w:rsidR="00E2764D" w:rsidRDefault="00F75996">
      <w:pPr>
        <w:pStyle w:val="ListBullet"/>
      </w:pPr>
      <w:r>
        <w:rPr>
          <w:b/>
        </w:rPr>
        <w:t>Rejection and redirection rate</w:t>
      </w:r>
      <w:r>
        <w:t>: the proportion of proposals rejected or redirected to existing capability, measured in the workflow, and interpreted as a health indicator rather than maximized.</w:t>
      </w:r>
    </w:p>
    <w:p w14:paraId="0075713C" w14:textId="77777777" w:rsidR="00E2764D" w:rsidRDefault="00F75996">
      <w:pPr>
        <w:pStyle w:val="ListBullet"/>
      </w:pPr>
      <w:r>
        <w:rPr>
          <w:b/>
        </w:rPr>
        <w:t>Tier distribution stability</w:t>
      </w:r>
      <w:r>
        <w:t>: the distribution of systems across the three tiers over time, measured in the inventory, where sudden shifts indicate either rubric drift or a genuine change in portfolio character.</w:t>
      </w:r>
    </w:p>
    <w:p w14:paraId="3485C3AB" w14:textId="77777777" w:rsidR="00E2764D" w:rsidRDefault="00F75996">
      <w:pPr>
        <w:pStyle w:val="ListBullet"/>
      </w:pPr>
      <w:r>
        <w:rPr>
          <w:b/>
        </w:rPr>
        <w:t>Council decision throughput and escalation rate</w:t>
      </w:r>
      <w:r>
        <w:t>: items decided per meeting and the proportion escalated to the executive committee, measured in the council record.</w:t>
      </w:r>
    </w:p>
    <w:p w14:paraId="0AB04BCB" w14:textId="77777777" w:rsidR="00E2764D" w:rsidRDefault="00F75996">
      <w:pPr>
        <w:pStyle w:val="ListBullet"/>
      </w:pPr>
      <w:r>
        <w:rPr>
          <w:b/>
        </w:rPr>
        <w:t>Cost attribution coverage</w:t>
      </w:r>
      <w:r>
        <w:t>: the proportion of AI-related cloud consumption attributable to a registered system identifier, measured in Microsoft Cost Management, where untagged spend represents inventory gaps.</w:t>
      </w:r>
    </w:p>
    <w:p w14:paraId="28587377" w14:textId="77777777" w:rsidR="00E2764D" w:rsidRDefault="00F75996">
      <w:pPr>
        <w:pStyle w:val="Heading3"/>
      </w:pPr>
      <w:bookmarkStart w:id="104" w:name="_Toc241649772"/>
      <w:r>
        <w:t>18.1.9 Risk, Governance and Human Oversight</w:t>
      </w:r>
      <w:bookmarkEnd w:id="104"/>
    </w:p>
    <w:p w14:paraId="64526DB7" w14:textId="77777777" w:rsidR="00E2764D" w:rsidRDefault="00F75996">
      <w:r>
        <w:t>The governance mandate is itself an AI-adjacent system that holds sensitive portfolio information and influences investment decisions, so it is subject to the same controls it imposes on others. The provisions below apply to the mandate and are reviewed by the AI Governance Council on the same cycle as any other Tier 2 system.</w:t>
      </w:r>
    </w:p>
    <w:p w14:paraId="4947E0A1" w14:textId="77777777" w:rsidR="00E2764D" w:rsidRDefault="00F75996">
      <w:pPr>
        <w:pStyle w:val="ListBullet"/>
      </w:pPr>
      <w:r>
        <w:rPr>
          <w:b/>
        </w:rPr>
        <w:lastRenderedPageBreak/>
        <w:t>Risk tier assignment</w:t>
      </w:r>
      <w:r>
        <w:t>: this mandate is assigned Tier 2. It processes confidential internal information about systems, owners, and incidents, and it materially influences internal decisions with financial consequence, but it makes no decision about any individual and takes no autonomous action affecting a person.</w:t>
      </w:r>
    </w:p>
    <w:p w14:paraId="65816C3C" w14:textId="77777777" w:rsidR="00E2764D" w:rsidRDefault="00F75996">
      <w:pPr>
        <w:pStyle w:val="ListBullet"/>
      </w:pPr>
      <w:r>
        <w:rPr>
          <w:b/>
        </w:rPr>
        <w:t>Deterministic guardrail enforcement</w:t>
      </w:r>
      <w:r>
        <w:t>: gate sequencing, approval authority by tier, and the Azure Policy tag requirement are enforced in code, so a system cannot be provisioned without registration and a proposal cannot skip a gate through informal agreement.</w:t>
      </w:r>
    </w:p>
    <w:p w14:paraId="31221B48" w14:textId="77777777" w:rsidR="00E2764D" w:rsidRDefault="00F75996">
      <w:pPr>
        <w:pStyle w:val="ListBullet"/>
      </w:pPr>
      <w:r>
        <w:rPr>
          <w:b/>
        </w:rPr>
        <w:t>Human-only actions</w:t>
      </w:r>
      <w:r>
        <w:t>: risk tier assignment, approval of any Tier 1 system, granting of an exception, and the decision to suspend a live system are performed by named humans and are never automated, irrespective of how routine they become.</w:t>
      </w:r>
    </w:p>
    <w:p w14:paraId="047D58B3" w14:textId="77777777" w:rsidR="00E2764D" w:rsidRDefault="00F75996">
      <w:pPr>
        <w:pStyle w:val="ListBullet"/>
      </w:pPr>
      <w:r>
        <w:rPr>
          <w:b/>
        </w:rPr>
        <w:t>Assistive generation is advisory only</w:t>
      </w:r>
      <w:r>
        <w:t>: where Azure OpenAI Service drafts summaries or highlights potentially applicable rubric criteria, the output is an input to a human assessment and is never recorded as the assessment itself.</w:t>
      </w:r>
    </w:p>
    <w:p w14:paraId="57C07FB3" w14:textId="77777777" w:rsidR="00E2764D" w:rsidRDefault="00F75996">
      <w:pPr>
        <w:pStyle w:val="ListBullet"/>
      </w:pPr>
      <w:r>
        <w:rPr>
          <w:b/>
        </w:rPr>
        <w:t>Disclosure requirements</w:t>
      </w:r>
      <w:r>
        <w:t>: staff are informed that AI usage discovery is in operation, its scope, and how findings are used, in accordance with employment and privacy obligations and any consultation requirement.</w:t>
      </w:r>
    </w:p>
    <w:p w14:paraId="0EEFEA78" w14:textId="77777777" w:rsidR="00E2764D" w:rsidRDefault="00F75996">
      <w:pPr>
        <w:pStyle w:val="ListBullet"/>
      </w:pPr>
      <w:r>
        <w:rPr>
          <w:b/>
        </w:rPr>
        <w:t>Bias and fairness considerations</w:t>
      </w:r>
      <w:r>
        <w:t>: discovery findings are reported at aggregate and business unit level rather than as individual conduct matters, so that the exercise identifies process gaps rather than producing disciplinary outcomes.</w:t>
      </w:r>
    </w:p>
    <w:p w14:paraId="2502BB69" w14:textId="77777777" w:rsidR="00E2764D" w:rsidRDefault="00F75996">
      <w:pPr>
        <w:pStyle w:val="ListBullet"/>
      </w:pPr>
      <w:r>
        <w:rPr>
          <w:b/>
        </w:rPr>
        <w:t>Red teaming as a release gate</w:t>
      </w:r>
      <w:r>
        <w:t>: the intake application and workflow are penetration tested before mandatory operation, since a mechanism that can be manipulated to record an approval that never occurred undermines the entire evidence base.</w:t>
      </w:r>
    </w:p>
    <w:p w14:paraId="74DC7F5C" w14:textId="77777777" w:rsidR="00E2764D" w:rsidRDefault="00F75996">
      <w:pPr>
        <w:pStyle w:val="ListBullet"/>
      </w:pPr>
      <w:r>
        <w:rPr>
          <w:b/>
        </w:rPr>
        <w:t>Kill switch</w:t>
      </w:r>
      <w:r>
        <w:t>: the process for withdrawing an approval and disabling a live system is tested during deployment and re-tested on the cadence in Section 17.4, with the officer able to execute it without a code change.</w:t>
      </w:r>
    </w:p>
    <w:p w14:paraId="4A0EF2EB" w14:textId="77777777" w:rsidR="00E2764D" w:rsidRDefault="00F75996">
      <w:pPr>
        <w:pStyle w:val="ListBullet"/>
      </w:pPr>
      <w:r>
        <w:rPr>
          <w:b/>
        </w:rPr>
        <w:t>Independent challenge preserved</w:t>
      </w:r>
      <w:r>
        <w:t>: the AI Governance Lead reports findings on the officer's own systems to the risk function without the officer's editorial control, addressing the structural tension described in Section 8.1.</w:t>
      </w:r>
    </w:p>
    <w:p w14:paraId="3A89FD02" w14:textId="77777777" w:rsidR="00E2764D" w:rsidRDefault="00F75996">
      <w:pPr>
        <w:pStyle w:val="ListBullet"/>
      </w:pPr>
      <w:r>
        <w:rPr>
          <w:b/>
        </w:rPr>
        <w:t>Record integrity</w:t>
      </w:r>
      <w:r>
        <w:t>: the inventory holds temporal history and the evidence repository holds retention and legal hold, so decisions cannot be quietly revised after the fact.</w:t>
      </w:r>
    </w:p>
    <w:p w14:paraId="5ABC152F" w14:textId="77777777" w:rsidR="00E2764D" w:rsidRDefault="00F75996">
      <w:pPr>
        <w:pStyle w:val="Heading3"/>
      </w:pPr>
      <w:bookmarkStart w:id="105" w:name="_Toc241649773"/>
      <w:r>
        <w:t>18.1.10 Business Case Outline</w:t>
      </w:r>
      <w:bookmarkEnd w:id="105"/>
    </w:p>
    <w:p w14:paraId="7C8595A5" w14:textId="77777777" w:rsidR="00E2764D" w:rsidRDefault="00F75996">
      <w:r>
        <w:t>The business case for governance is harder to write than the business case for a customer-facing system, because much of its return is avoided loss. It should be written as a risk and enablement case rather than a savings case, and it should state honestly that it is a precondition for the rest of the portfolio rather than a source of value in itself.</w:t>
      </w:r>
    </w:p>
    <w:p w14:paraId="2BCAD886" w14:textId="77777777" w:rsidR="00E2764D" w:rsidRDefault="00F75996">
      <w:r>
        <w:rPr>
          <w:i/>
          <w:sz w:val="20"/>
        </w:rPr>
        <w:t>Table 18.1.10 - Business case structure for the operating model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E2764D" w14:paraId="1468743B" w14:textId="77777777">
        <w:trPr>
          <w:tblHeader/>
        </w:trPr>
        <w:tc>
          <w:tcPr>
            <w:tcW w:w="4680" w:type="dxa"/>
            <w:shd w:val="clear" w:color="auto" w:fill="D5E8F0"/>
          </w:tcPr>
          <w:p w14:paraId="1FE150A4" w14:textId="77777777" w:rsidR="00E2764D" w:rsidRDefault="00F75996">
            <w:r>
              <w:rPr>
                <w:b/>
                <w:sz w:val="20"/>
              </w:rPr>
              <w:t>Business Case Element</w:t>
            </w:r>
          </w:p>
        </w:tc>
        <w:tc>
          <w:tcPr>
            <w:tcW w:w="4680" w:type="dxa"/>
            <w:shd w:val="clear" w:color="auto" w:fill="D5E8F0"/>
          </w:tcPr>
          <w:p w14:paraId="21DF73C1" w14:textId="77777777" w:rsidR="00E2764D" w:rsidRDefault="00F75996">
            <w:r>
              <w:rPr>
                <w:b/>
                <w:sz w:val="20"/>
              </w:rPr>
              <w:t>What to Document</w:t>
            </w:r>
          </w:p>
        </w:tc>
      </w:tr>
      <w:tr w:rsidR="00E2764D" w14:paraId="47133974" w14:textId="77777777">
        <w:tc>
          <w:tcPr>
            <w:tcW w:w="4680" w:type="dxa"/>
          </w:tcPr>
          <w:p w14:paraId="063FA8FE" w14:textId="77777777" w:rsidR="00E2764D" w:rsidRDefault="00F75996">
            <w:r>
              <w:rPr>
                <w:sz w:val="20"/>
              </w:rPr>
              <w:t>Problem and baseline</w:t>
            </w:r>
          </w:p>
        </w:tc>
        <w:tc>
          <w:tcPr>
            <w:tcW w:w="4680" w:type="dxa"/>
          </w:tcPr>
          <w:p w14:paraId="5342DC88" w14:textId="77777777" w:rsidR="00E2764D" w:rsidRDefault="00F75996">
            <w:r>
              <w:rPr>
                <w:sz w:val="20"/>
              </w:rPr>
              <w:t xml:space="preserve">Current AI activity discovered but unregistered, current elapsed time from proposal to decision, current shadow adoption volume, and the specific questions the organization currently cannot </w:t>
            </w:r>
            <w:r>
              <w:rPr>
                <w:sz w:val="20"/>
              </w:rPr>
              <w:lastRenderedPageBreak/>
              <w:t>answer</w:t>
            </w:r>
          </w:p>
        </w:tc>
      </w:tr>
      <w:tr w:rsidR="00E2764D" w14:paraId="1E93591B" w14:textId="77777777">
        <w:tc>
          <w:tcPr>
            <w:tcW w:w="4680" w:type="dxa"/>
          </w:tcPr>
          <w:p w14:paraId="478FEE22" w14:textId="77777777" w:rsidR="00E2764D" w:rsidRDefault="00F75996">
            <w:r>
              <w:rPr>
                <w:sz w:val="20"/>
              </w:rPr>
              <w:lastRenderedPageBreak/>
              <w:t>Scope</w:t>
            </w:r>
          </w:p>
        </w:tc>
        <w:tc>
          <w:tcPr>
            <w:tcW w:w="4680" w:type="dxa"/>
          </w:tcPr>
          <w:p w14:paraId="77AF63C4" w14:textId="77777777" w:rsidR="00E2764D" w:rsidRDefault="00F75996">
            <w:r>
              <w:rPr>
                <w:sz w:val="20"/>
              </w:rPr>
              <w:t>The intake mechanism, the inventory, the tiering rubric, the gate process, the council, the evidence repository, the reconciliation pipeline, and the reporting; explicitly excluding delivery of any use case</w:t>
            </w:r>
          </w:p>
        </w:tc>
      </w:tr>
      <w:tr w:rsidR="00E2764D" w14:paraId="0748DCD3" w14:textId="77777777">
        <w:tc>
          <w:tcPr>
            <w:tcW w:w="4680" w:type="dxa"/>
          </w:tcPr>
          <w:p w14:paraId="15CE20E0" w14:textId="77777777" w:rsidR="00E2764D" w:rsidRDefault="00F75996">
            <w:r>
              <w:rPr>
                <w:sz w:val="20"/>
              </w:rPr>
              <w:t>Expected value drivers</w:t>
            </w:r>
          </w:p>
        </w:tc>
        <w:tc>
          <w:tcPr>
            <w:tcW w:w="4680" w:type="dxa"/>
          </w:tcPr>
          <w:p w14:paraId="1FCFF078" w14:textId="77777777" w:rsidR="00E2764D" w:rsidRDefault="00F75996">
            <w:r>
              <w:rPr>
                <w:sz w:val="20"/>
              </w:rPr>
              <w:t>Faster decisions on low-risk work, avoided duplication, reduced ungoverned adoption, examination readiness, improved capital allocation, and the enablement of every other mandate</w:t>
            </w:r>
          </w:p>
        </w:tc>
      </w:tr>
      <w:tr w:rsidR="00E2764D" w14:paraId="39C440DF" w14:textId="77777777">
        <w:tc>
          <w:tcPr>
            <w:tcW w:w="4680" w:type="dxa"/>
          </w:tcPr>
          <w:p w14:paraId="114C4B18" w14:textId="77777777" w:rsidR="00E2764D" w:rsidRDefault="00F75996">
            <w:r>
              <w:rPr>
                <w:sz w:val="20"/>
              </w:rPr>
              <w:t>Cost drivers</w:t>
            </w:r>
          </w:p>
        </w:tc>
        <w:tc>
          <w:tcPr>
            <w:tcW w:w="4680" w:type="dxa"/>
          </w:tcPr>
          <w:p w14:paraId="36E9934A" w14:textId="77777777" w:rsidR="00E2764D" w:rsidRDefault="00F75996">
            <w:r>
              <w:rPr>
                <w:sz w:val="20"/>
              </w:rPr>
              <w:t>Governance lead and value lead headcount, Power Platform and Azure SQL Database consumption, Fabric capacity for reconciliation, and the recurring time of gate owners across the executive</w:t>
            </w:r>
          </w:p>
        </w:tc>
      </w:tr>
      <w:tr w:rsidR="00E2764D" w14:paraId="671AEC5E" w14:textId="77777777">
        <w:tc>
          <w:tcPr>
            <w:tcW w:w="4680" w:type="dxa"/>
          </w:tcPr>
          <w:p w14:paraId="38F96D53" w14:textId="77777777" w:rsidR="00E2764D" w:rsidRDefault="00F75996">
            <w:r>
              <w:rPr>
                <w:sz w:val="20"/>
              </w:rPr>
              <w:t>Implementation effort and timeline</w:t>
            </w:r>
          </w:p>
        </w:tc>
        <w:tc>
          <w:tcPr>
            <w:tcW w:w="4680" w:type="dxa"/>
          </w:tcPr>
          <w:p w14:paraId="53E3D979" w14:textId="77777777" w:rsidR="00E2764D" w:rsidRDefault="00F75996">
            <w:r>
              <w:rPr>
                <w:sz w:val="20"/>
              </w:rPr>
              <w:t>The five phases in Table 18.1.5, the executive decision points that gate each, and the dependency on obtaining charter ratification early</w:t>
            </w:r>
          </w:p>
        </w:tc>
      </w:tr>
      <w:tr w:rsidR="00E2764D" w14:paraId="32A9FA34" w14:textId="77777777">
        <w:tc>
          <w:tcPr>
            <w:tcW w:w="4680" w:type="dxa"/>
          </w:tcPr>
          <w:p w14:paraId="0EEAC431" w14:textId="77777777" w:rsidR="00E2764D" w:rsidRDefault="00F75996">
            <w:r>
              <w:rPr>
                <w:sz w:val="20"/>
              </w:rPr>
              <w:t>Risks and mitigations</w:t>
            </w:r>
          </w:p>
        </w:tc>
        <w:tc>
          <w:tcPr>
            <w:tcW w:w="4680" w:type="dxa"/>
          </w:tcPr>
          <w:p w14:paraId="5F7550CF" w14:textId="77777777" w:rsidR="00E2764D" w:rsidRDefault="00F75996">
            <w:r>
              <w:rPr>
                <w:sz w:val="20"/>
              </w:rPr>
              <w:t>Accountability without authority, process bypass, tiering that classifies everything as high risk, discovery perceived as surveillance, and mechanism complexity exceeding its control value</w:t>
            </w:r>
          </w:p>
        </w:tc>
      </w:tr>
      <w:tr w:rsidR="00E2764D" w14:paraId="7EE76501" w14:textId="77777777">
        <w:tc>
          <w:tcPr>
            <w:tcW w:w="4680" w:type="dxa"/>
          </w:tcPr>
          <w:p w14:paraId="3DF07109" w14:textId="77777777" w:rsidR="00E2764D" w:rsidRDefault="00F75996">
            <w:r>
              <w:rPr>
                <w:sz w:val="20"/>
              </w:rPr>
              <w:t>Decision owners</w:t>
            </w:r>
          </w:p>
        </w:tc>
        <w:tc>
          <w:tcPr>
            <w:tcW w:w="4680" w:type="dxa"/>
          </w:tcPr>
          <w:p w14:paraId="4C2D3F6F" w14:textId="77777777" w:rsidR="00E2764D" w:rsidRDefault="00F75996">
            <w:r>
              <w:rPr>
                <w:sz w:val="20"/>
              </w:rPr>
              <w:t>Chief Executive Officer for the charter, the executive committee for mandatory adoption, the Chief AI Officer for design, and the council for the rubric and the effective date</w:t>
            </w:r>
          </w:p>
        </w:tc>
      </w:tr>
      <w:tr w:rsidR="00E2764D" w14:paraId="7BE9573C" w14:textId="77777777">
        <w:tc>
          <w:tcPr>
            <w:tcW w:w="4680" w:type="dxa"/>
          </w:tcPr>
          <w:p w14:paraId="0E1AD5D8" w14:textId="77777777" w:rsidR="00E2764D" w:rsidRDefault="00F75996">
            <w:r>
              <w:rPr>
                <w:sz w:val="20"/>
              </w:rPr>
              <w:t>Measurement plan</w:t>
            </w:r>
          </w:p>
        </w:tc>
        <w:tc>
          <w:tcPr>
            <w:tcW w:w="4680" w:type="dxa"/>
          </w:tcPr>
          <w:p w14:paraId="368A8A53" w14:textId="77777777" w:rsidR="00E2764D" w:rsidRDefault="00F75996">
            <w:r>
              <w:rPr>
                <w:sz w:val="20"/>
              </w:rPr>
              <w:t>The metrics in Section 18.1.8, the pre-mechanism baseline captured before go-live, and the quarterly review point at which gate design is adjusted based on measured friction</w:t>
            </w:r>
          </w:p>
        </w:tc>
      </w:tr>
    </w:tbl>
    <w:p w14:paraId="41C484C5" w14:textId="77777777" w:rsidR="00E2764D" w:rsidRDefault="00E2764D"/>
    <w:p w14:paraId="2B2649AB" w14:textId="77777777" w:rsidR="00E2764D" w:rsidRDefault="00F75996">
      <w:r>
        <w:rPr>
          <w:i/>
          <w:color w:val="808080"/>
        </w:rPr>
        <w:t>[PLACEHOLDER - Insert the organization's own figures for this mandate: headcount and cost estimates, the discovered baseline of unregistered AI systems, current elapsed decision times, and the target date for mandatory operation.]</w:t>
      </w:r>
    </w:p>
    <w:p w14:paraId="76E4DF43" w14:textId="77777777" w:rsidR="00E2764D" w:rsidRDefault="00F75996">
      <w:pPr>
        <w:pStyle w:val="Heading2"/>
      </w:pPr>
      <w:bookmarkStart w:id="106" w:name="_Toc241649774"/>
      <w:r>
        <w:lastRenderedPageBreak/>
        <w:t>18.2 Deep Dive: AI Risk, Assurance and Regulatory Readiness</w:t>
      </w:r>
      <w:bookmarkEnd w:id="106"/>
    </w:p>
    <w:p w14:paraId="45560BBE" w14:textId="77777777" w:rsidR="00E2764D" w:rsidRDefault="00F75996">
      <w:r>
        <w:t>This mandate produces the evidence that the organization's AI systems work as claimed and are controlled as described. It is executed alongside delivery rather than after it, because assurance evidence that is assembled retrospectively is both expensive and unconvincing.</w:t>
      </w:r>
    </w:p>
    <w:p w14:paraId="110D625A" w14:textId="77777777" w:rsidR="00E2764D" w:rsidRDefault="00F75996">
      <w:pPr>
        <w:pStyle w:val="Heading3"/>
      </w:pPr>
      <w:bookmarkStart w:id="107" w:name="_Toc241649775"/>
      <w:r>
        <w:t>18.2.1 The Mandate and the Problem It Solves</w:t>
      </w:r>
      <w:bookmarkEnd w:id="107"/>
    </w:p>
    <w:p w14:paraId="4982C081" w14:textId="77777777" w:rsidR="00E2764D" w:rsidRDefault="00F75996">
      <w:r>
        <w:t>The Chief AI Officer is accountable for ensuring that every AI system the organization operates can be demonstrated, on evidence and at short notice, to perform as intended, to be controlled as documented, and to comply with the obligations that apply to it. This is a different discipline from governance. Governance decides what may be built; assurance proves that what was built behaves as approved and continues to do so. Organizations routinely have the first without the second, which produces a portfolio of systems that were properly approved and cannot be shown to work.</w:t>
      </w:r>
    </w:p>
    <w:p w14:paraId="381FFC57" w14:textId="77777777" w:rsidR="00E2764D" w:rsidRDefault="00F75996">
      <w:r>
        <w:t>The pressure driving this mandate is external and increasing. Regulators are asking for AI inventories, risk classifications, and impact assessments. Auditors are opening AI as a distinct audit universe. Customers are adding AI clauses to procurement questionnaires. Insurers are asking what controls apply. Each of these requests can be answered well from records that already exist, or answered badly through a scramble that reveals the absence of underlying discipline. The difference is decided months earlier, in whether evaluation, testing, and documentation were built into delivery. The failure modes below are what the absence looks like.</w:t>
      </w:r>
    </w:p>
    <w:p w14:paraId="3E206987" w14:textId="77777777" w:rsidR="00E2764D" w:rsidRDefault="00F75996">
      <w:pPr>
        <w:pStyle w:val="ListBullet"/>
      </w:pPr>
      <w:r>
        <w:rPr>
          <w:b/>
        </w:rPr>
        <w:t>Quality is asserted rather than measured</w:t>
      </w:r>
      <w:r>
        <w:t>: a system goes live because it demonstrated well to stakeholders, with no curated evaluation set, no threshold, and therefore no way to detect that it has degraded six months later.</w:t>
      </w:r>
    </w:p>
    <w:p w14:paraId="7C7D244D" w14:textId="77777777" w:rsidR="00E2764D" w:rsidRDefault="00F75996">
      <w:pPr>
        <w:pStyle w:val="ListBullet"/>
      </w:pPr>
      <w:r>
        <w:rPr>
          <w:b/>
        </w:rPr>
        <w:t>Testing happens once, at the end</w:t>
      </w:r>
      <w:r>
        <w:t>: evaluation is treated as a pre-launch milestone rather than a pipeline gate, so any subsequent change to the model, the prompt, or the grounding content ships without re-validation.</w:t>
      </w:r>
    </w:p>
    <w:p w14:paraId="67E68A04" w14:textId="77777777" w:rsidR="00E2764D" w:rsidRDefault="00F75996">
      <w:pPr>
        <w:pStyle w:val="ListBullet"/>
      </w:pPr>
      <w:r>
        <w:rPr>
          <w:b/>
        </w:rPr>
        <w:t>Documentation is written for the audit, not for the system</w:t>
      </w:r>
      <w:r>
        <w:t>: technical documentation is produced retrospectively by someone reconstructing decisions they did not make, which is both costly and visibly thin under questioning.</w:t>
      </w:r>
    </w:p>
    <w:p w14:paraId="1249B8F6" w14:textId="77777777" w:rsidR="00E2764D" w:rsidRDefault="00F75996">
      <w:pPr>
        <w:pStyle w:val="ListBullet"/>
      </w:pPr>
      <w:r>
        <w:rPr>
          <w:b/>
        </w:rPr>
        <w:t>Fairness testing is scoped too late</w:t>
      </w:r>
      <w:r>
        <w:t>: a system influencing employment, credit, or service access reaches the security review before anyone asks whether outcomes differ across cohorts, by which point the data needed to test may not have been retained.</w:t>
      </w:r>
    </w:p>
    <w:p w14:paraId="3149725C" w14:textId="77777777" w:rsidR="00E2764D" w:rsidRDefault="00F75996">
      <w:pPr>
        <w:pStyle w:val="ListBullet"/>
      </w:pPr>
      <w:r>
        <w:rPr>
          <w:b/>
        </w:rPr>
        <w:t>Red teaming is an event rather than a gate</w:t>
      </w:r>
      <w:r>
        <w:t>: an adversarial exercise is run once, findings are logged as backlog items, and the system releases anyway because the exercise had no blocking authority.</w:t>
      </w:r>
    </w:p>
    <w:p w14:paraId="69B507B7" w14:textId="77777777" w:rsidR="00E2764D" w:rsidRDefault="00F75996">
      <w:pPr>
        <w:pStyle w:val="ListBullet"/>
      </w:pPr>
      <w:r>
        <w:rPr>
          <w:b/>
        </w:rPr>
        <w:t>Evidence lives in individuals</w:t>
      </w:r>
      <w:r>
        <w:t>: the rationale for a control decision exists in the memory of an engineer who has since changed roles, and the record contains an approval without a reason.</w:t>
      </w:r>
    </w:p>
    <w:p w14:paraId="60F5DE95" w14:textId="77777777" w:rsidR="00E2764D" w:rsidRDefault="00F75996">
      <w:pPr>
        <w:pStyle w:val="ListBullet"/>
      </w:pPr>
      <w:r>
        <w:rPr>
          <w:b/>
        </w:rPr>
        <w:t>The organization cannot answer at speed</w:t>
      </w:r>
      <w:r>
        <w:t>: a regulator's request for the AI inventory, risk assessments, and testing evidence triggers a multi-week internal exercise, which is itself the finding regardless of what the exercise eventually produces.</w:t>
      </w:r>
    </w:p>
    <w:p w14:paraId="5368D192" w14:textId="77777777" w:rsidR="00E2764D" w:rsidRDefault="00F75996">
      <w:pPr>
        <w:pStyle w:val="Heading3"/>
      </w:pPr>
      <w:bookmarkStart w:id="108" w:name="_Toc241649776"/>
      <w:r>
        <w:lastRenderedPageBreak/>
        <w:t>18.2.2 The Target Operating State</w:t>
      </w:r>
      <w:bookmarkEnd w:id="108"/>
    </w:p>
    <w:p w14:paraId="773CA6E7" w14:textId="77777777" w:rsidR="00E2764D" w:rsidRDefault="00F75996">
      <w:r>
        <w:t>On completion of this mandate, assurance is a property of the delivery pipeline rather than an activity performed upon it. Every system has a curated evaluation set and a quality threshold that blocks release automatically on regression. Adversarial testing is a gate with blocking authority. Impact assessments and technical documentation are produced during design and maintained as living records. Fairness testing is scoped at intake for any system with consequential effect. The organization can assemble a complete evidence pack for any system within days, because the pack is a query against maintained records rather than a project.</w:t>
      </w:r>
    </w:p>
    <w:p w14:paraId="6CDBD617" w14:textId="77777777" w:rsidR="00E2764D" w:rsidRDefault="00F75996">
      <w:pPr>
        <w:pStyle w:val="ListBullet"/>
      </w:pPr>
      <w:r>
        <w:rPr>
          <w:b/>
        </w:rPr>
        <w:t>Evaluation as an automated release gate</w:t>
      </w:r>
      <w:r>
        <w:t>: every system is scored against a curated, versioned evaluation set covering accuracy, groundedness, refusal behavior, and tone, and a regression below the agreed floor blocks deployment in the pipeline without human intervention.</w:t>
      </w:r>
    </w:p>
    <w:p w14:paraId="48B11908" w14:textId="77777777" w:rsidR="00E2764D" w:rsidRDefault="00F75996">
      <w:pPr>
        <w:pStyle w:val="ListBullet"/>
      </w:pPr>
      <w:r>
        <w:rPr>
          <w:b/>
        </w:rPr>
        <w:t>Adversarial testing with blocking authority</w:t>
      </w:r>
      <w:r>
        <w:t>: prompt injection, jailbreak, data extraction, and excessive agency testing are executed before each significant release, and unremediated findings above an agreed severity prevent the release rather than generating a backlog item.</w:t>
      </w:r>
    </w:p>
    <w:p w14:paraId="4D1A184E" w14:textId="77777777" w:rsidR="00E2764D" w:rsidRDefault="00F75996">
      <w:pPr>
        <w:pStyle w:val="ListBullet"/>
      </w:pPr>
      <w:r>
        <w:rPr>
          <w:b/>
        </w:rPr>
        <w:t>Living technical documentation</w:t>
      </w:r>
      <w:r>
        <w:t>: intended purpose, data sources, model and version, limitations, oversight arrangements, and known failure modes are captured during design in a structured record that is updated as a condition of each change, not rewritten annually.</w:t>
      </w:r>
    </w:p>
    <w:p w14:paraId="7D233E5A" w14:textId="77777777" w:rsidR="00E2764D" w:rsidRDefault="00F75996">
      <w:pPr>
        <w:pStyle w:val="ListBullet"/>
      </w:pPr>
      <w:r>
        <w:rPr>
          <w:b/>
        </w:rPr>
        <w:t>Fairness testing scoped at intake</w:t>
      </w:r>
      <w:r>
        <w:t>: any system influencing employment, credit, insurance, housing, or access to services has its cohort testing approach, data requirements, and thresholds defined at gate two, so the necessary data is retained from the start.</w:t>
      </w:r>
    </w:p>
    <w:p w14:paraId="4C1BF09D" w14:textId="77777777" w:rsidR="00E2764D" w:rsidRDefault="00F75996">
      <w:pPr>
        <w:pStyle w:val="ListBullet"/>
      </w:pPr>
      <w:r>
        <w:rPr>
          <w:b/>
        </w:rPr>
        <w:t>Impact assessments as design artifacts</w:t>
      </w:r>
      <w:r>
        <w:t>: data protection and AI impact assessments are completed before build rather than before launch, so their findings can still change the design when changing it is inexpensive.</w:t>
      </w:r>
    </w:p>
    <w:p w14:paraId="66EAA2DB" w14:textId="77777777" w:rsidR="00E2764D" w:rsidRDefault="00F75996">
      <w:pPr>
        <w:pStyle w:val="ListBullet"/>
      </w:pPr>
      <w:r>
        <w:rPr>
          <w:b/>
        </w:rPr>
        <w:t>Continuous post-market monitoring</w:t>
      </w:r>
      <w:r>
        <w:t>: production quality, drift, safety filter activity, and override rates are monitored against the release baseline, and material deviation triggers investigation under the cadence in Section 17.4.</w:t>
      </w:r>
    </w:p>
    <w:p w14:paraId="52769402" w14:textId="77777777" w:rsidR="00E2764D" w:rsidRDefault="00F75996">
      <w:pPr>
        <w:pStyle w:val="ListBullet"/>
      </w:pPr>
      <w:r>
        <w:rPr>
          <w:b/>
        </w:rPr>
        <w:t>Examination readiness as a standing state</w:t>
      </w:r>
      <w:r>
        <w:t>: the inventory, assessments, evaluation history, approvals, oversight records, and incident history are structured, retained, and retrievable so that an external request is answered from existing records rather than through a reconstruction exercise.</w:t>
      </w:r>
    </w:p>
    <w:p w14:paraId="2A18F282" w14:textId="77777777" w:rsidR="00E2764D" w:rsidRDefault="00F75996">
      <w:pPr>
        <w:pStyle w:val="Heading3"/>
      </w:pPr>
      <w:bookmarkStart w:id="109" w:name="_Toc241649777"/>
      <w:r>
        <w:t>18.2.3 Azure Products Required</w:t>
      </w:r>
      <w:bookmarkEnd w:id="109"/>
    </w:p>
    <w:p w14:paraId="1A1C40A4" w14:textId="77777777" w:rsidR="00E2764D" w:rsidRDefault="00F75996">
      <w:r>
        <w:t>Assurance depends on instrumentation. The products below provide the evaluation, monitoring, classification, and evidence retention capability that makes continuous assurance practical rather than aspirational.</w:t>
      </w:r>
    </w:p>
    <w:p w14:paraId="48E89E22" w14:textId="77777777" w:rsidR="00E2764D" w:rsidRDefault="00F75996">
      <w:r>
        <w:rPr>
          <w:i/>
          <w:sz w:val="20"/>
        </w:rPr>
        <w:t>Table 18.2.3 - Azure and Microsoft products required for the assurance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66C450C7" w14:textId="77777777">
        <w:trPr>
          <w:tblHeader/>
        </w:trPr>
        <w:tc>
          <w:tcPr>
            <w:tcW w:w="3120" w:type="dxa"/>
            <w:shd w:val="clear" w:color="auto" w:fill="D5E8F0"/>
          </w:tcPr>
          <w:p w14:paraId="1F074DEE" w14:textId="77777777" w:rsidR="00E2764D" w:rsidRDefault="00F75996">
            <w:r>
              <w:rPr>
                <w:b/>
                <w:sz w:val="20"/>
              </w:rPr>
              <w:t>Capability</w:t>
            </w:r>
          </w:p>
        </w:tc>
        <w:tc>
          <w:tcPr>
            <w:tcW w:w="3120" w:type="dxa"/>
            <w:shd w:val="clear" w:color="auto" w:fill="D5E8F0"/>
          </w:tcPr>
          <w:p w14:paraId="76455330" w14:textId="77777777" w:rsidR="00E2764D" w:rsidRDefault="00F75996">
            <w:r>
              <w:rPr>
                <w:b/>
                <w:sz w:val="20"/>
              </w:rPr>
              <w:t>Azure / Microsoft Product</w:t>
            </w:r>
          </w:p>
        </w:tc>
        <w:tc>
          <w:tcPr>
            <w:tcW w:w="3120" w:type="dxa"/>
            <w:shd w:val="clear" w:color="auto" w:fill="D5E8F0"/>
          </w:tcPr>
          <w:p w14:paraId="5C954D53" w14:textId="77777777" w:rsidR="00E2764D" w:rsidRDefault="00F75996">
            <w:r>
              <w:rPr>
                <w:b/>
                <w:sz w:val="20"/>
              </w:rPr>
              <w:t>Role in This Mandate</w:t>
            </w:r>
          </w:p>
        </w:tc>
      </w:tr>
      <w:tr w:rsidR="00E2764D" w14:paraId="6FDDFDF5" w14:textId="77777777">
        <w:tc>
          <w:tcPr>
            <w:tcW w:w="3120" w:type="dxa"/>
          </w:tcPr>
          <w:p w14:paraId="145BC427" w14:textId="77777777" w:rsidR="00E2764D" w:rsidRDefault="00F75996">
            <w:r>
              <w:rPr>
                <w:sz w:val="20"/>
              </w:rPr>
              <w:lastRenderedPageBreak/>
              <w:t>Evaluation and testing</w:t>
            </w:r>
          </w:p>
        </w:tc>
        <w:tc>
          <w:tcPr>
            <w:tcW w:w="3120" w:type="dxa"/>
          </w:tcPr>
          <w:p w14:paraId="1F80C830" w14:textId="77777777" w:rsidR="00E2764D" w:rsidRDefault="00F75996">
            <w:r>
              <w:rPr>
                <w:sz w:val="20"/>
              </w:rPr>
              <w:t>Azure AI Foundry</w:t>
            </w:r>
          </w:p>
        </w:tc>
        <w:tc>
          <w:tcPr>
            <w:tcW w:w="3120" w:type="dxa"/>
          </w:tcPr>
          <w:p w14:paraId="2A8C9FDF" w14:textId="77777777" w:rsidR="00E2764D" w:rsidRDefault="00F75996">
            <w:r>
              <w:rPr>
                <w:sz w:val="20"/>
              </w:rPr>
              <w:t>Hosts the evaluation harness, executes scoring against curated evaluation sets, and retains versioned results as the release evidence</w:t>
            </w:r>
          </w:p>
        </w:tc>
      </w:tr>
      <w:tr w:rsidR="00E2764D" w14:paraId="139F34C0" w14:textId="77777777">
        <w:tc>
          <w:tcPr>
            <w:tcW w:w="3120" w:type="dxa"/>
          </w:tcPr>
          <w:p w14:paraId="326498F0" w14:textId="77777777" w:rsidR="00E2764D" w:rsidRDefault="00F75996">
            <w:r>
              <w:rPr>
                <w:sz w:val="20"/>
              </w:rPr>
              <w:t>Generative model access for testing</w:t>
            </w:r>
          </w:p>
        </w:tc>
        <w:tc>
          <w:tcPr>
            <w:tcW w:w="3120" w:type="dxa"/>
          </w:tcPr>
          <w:p w14:paraId="584C0F9E" w14:textId="77777777" w:rsidR="00E2764D" w:rsidRDefault="00F75996">
            <w:r>
              <w:rPr>
                <w:sz w:val="20"/>
              </w:rPr>
              <w:t>Azure OpenAI Service</w:t>
            </w:r>
          </w:p>
        </w:tc>
        <w:tc>
          <w:tcPr>
            <w:tcW w:w="3120" w:type="dxa"/>
          </w:tcPr>
          <w:p w14:paraId="790017D5" w14:textId="77777777" w:rsidR="00E2764D" w:rsidRDefault="00F75996">
            <w:r>
              <w:rPr>
                <w:sz w:val="20"/>
              </w:rPr>
              <w:t>Provides the models under test and the separately governed capacity used to generate adversarial test cases and grade open-ended responses</w:t>
            </w:r>
          </w:p>
        </w:tc>
      </w:tr>
      <w:tr w:rsidR="00E2764D" w14:paraId="29A6F7BA" w14:textId="77777777">
        <w:tc>
          <w:tcPr>
            <w:tcW w:w="3120" w:type="dxa"/>
          </w:tcPr>
          <w:p w14:paraId="5DB772A7" w14:textId="77777777" w:rsidR="00E2764D" w:rsidRDefault="00F75996">
            <w:r>
              <w:rPr>
                <w:sz w:val="20"/>
              </w:rPr>
              <w:t>Predictive model validation</w:t>
            </w:r>
          </w:p>
        </w:tc>
        <w:tc>
          <w:tcPr>
            <w:tcW w:w="3120" w:type="dxa"/>
          </w:tcPr>
          <w:p w14:paraId="61B666C1" w14:textId="77777777" w:rsidR="00E2764D" w:rsidRDefault="00F75996">
            <w:r>
              <w:rPr>
                <w:sz w:val="20"/>
              </w:rPr>
              <w:t>Azure Machine Learning</w:t>
            </w:r>
          </w:p>
        </w:tc>
        <w:tc>
          <w:tcPr>
            <w:tcW w:w="3120" w:type="dxa"/>
          </w:tcPr>
          <w:p w14:paraId="2D90DE25" w14:textId="77777777" w:rsidR="00E2764D" w:rsidRDefault="00F75996">
            <w:r>
              <w:rPr>
                <w:sz w:val="20"/>
              </w:rPr>
              <w:t>Provides experiment tracking, model registry, lineage, and monitoring for predictive models, including performance and data drift detection</w:t>
            </w:r>
          </w:p>
        </w:tc>
      </w:tr>
      <w:tr w:rsidR="00E2764D" w14:paraId="6242E92B" w14:textId="77777777">
        <w:tc>
          <w:tcPr>
            <w:tcW w:w="3120" w:type="dxa"/>
          </w:tcPr>
          <w:p w14:paraId="057A5C96" w14:textId="77777777" w:rsidR="00E2764D" w:rsidRDefault="00F75996">
            <w:r>
              <w:rPr>
                <w:sz w:val="20"/>
              </w:rPr>
              <w:t>Content safety measurement</w:t>
            </w:r>
          </w:p>
        </w:tc>
        <w:tc>
          <w:tcPr>
            <w:tcW w:w="3120" w:type="dxa"/>
          </w:tcPr>
          <w:p w14:paraId="423E9AF1" w14:textId="77777777" w:rsidR="00E2764D" w:rsidRDefault="00F75996">
            <w:r>
              <w:rPr>
                <w:sz w:val="20"/>
              </w:rPr>
              <w:t>Azure AI Content Safety</w:t>
            </w:r>
          </w:p>
        </w:tc>
        <w:tc>
          <w:tcPr>
            <w:tcW w:w="3120" w:type="dxa"/>
          </w:tcPr>
          <w:p w14:paraId="76CAEF15" w14:textId="77777777" w:rsidR="00E2764D" w:rsidRDefault="00F75996">
            <w:r>
              <w:rPr>
                <w:sz w:val="20"/>
              </w:rPr>
              <w:t>Applies harm classification and groundedness checks and emits the telemetry that evidences safety controls were operating</w:t>
            </w:r>
          </w:p>
        </w:tc>
      </w:tr>
      <w:tr w:rsidR="00E2764D" w14:paraId="6587F3E0" w14:textId="77777777">
        <w:tc>
          <w:tcPr>
            <w:tcW w:w="3120" w:type="dxa"/>
          </w:tcPr>
          <w:p w14:paraId="3BF8103B" w14:textId="77777777" w:rsidR="00E2764D" w:rsidRDefault="00F75996">
            <w:r>
              <w:rPr>
                <w:sz w:val="20"/>
              </w:rPr>
              <w:t>Evidence data foundation</w:t>
            </w:r>
          </w:p>
        </w:tc>
        <w:tc>
          <w:tcPr>
            <w:tcW w:w="3120" w:type="dxa"/>
          </w:tcPr>
          <w:p w14:paraId="369379B5" w14:textId="77777777" w:rsidR="00E2764D" w:rsidRDefault="00F75996">
            <w:r>
              <w:rPr>
                <w:sz w:val="20"/>
              </w:rPr>
              <w:t>Microsoft Fabric with Azure Data Lake Storage Gen2</w:t>
            </w:r>
          </w:p>
        </w:tc>
        <w:tc>
          <w:tcPr>
            <w:tcW w:w="3120" w:type="dxa"/>
          </w:tcPr>
          <w:p w14:paraId="52B0D92A" w14:textId="77777777" w:rsidR="00E2764D" w:rsidRDefault="00F75996">
            <w:r>
              <w:rPr>
                <w:sz w:val="20"/>
              </w:rPr>
              <w:t>Consolidates evaluation results, monitoring telemetry, incident records, and inventory data into a single queryable assurance record</w:t>
            </w:r>
          </w:p>
        </w:tc>
      </w:tr>
      <w:tr w:rsidR="00E2764D" w14:paraId="3B71B87B" w14:textId="77777777">
        <w:tc>
          <w:tcPr>
            <w:tcW w:w="3120" w:type="dxa"/>
          </w:tcPr>
          <w:p w14:paraId="2BA3CD7D" w14:textId="77777777" w:rsidR="00E2764D" w:rsidRDefault="00F75996">
            <w:r>
              <w:rPr>
                <w:sz w:val="20"/>
              </w:rPr>
              <w:t>Assurance reporting</w:t>
            </w:r>
          </w:p>
        </w:tc>
        <w:tc>
          <w:tcPr>
            <w:tcW w:w="3120" w:type="dxa"/>
          </w:tcPr>
          <w:p w14:paraId="460F0A94" w14:textId="77777777" w:rsidR="00E2764D" w:rsidRDefault="00F75996">
            <w:r>
              <w:rPr>
                <w:sz w:val="20"/>
              </w:rPr>
              <w:t>Power BI</w:t>
            </w:r>
          </w:p>
        </w:tc>
        <w:tc>
          <w:tcPr>
            <w:tcW w:w="3120" w:type="dxa"/>
          </w:tcPr>
          <w:p w14:paraId="4A15A542" w14:textId="77777777" w:rsidR="00E2764D" w:rsidRDefault="00F75996">
            <w:r>
              <w:rPr>
                <w:sz w:val="20"/>
              </w:rPr>
              <w:t>Produces the quality, drift, fairness, and control-operation views used in the board pack and in responses to external requests</w:t>
            </w:r>
          </w:p>
        </w:tc>
      </w:tr>
      <w:tr w:rsidR="00E2764D" w14:paraId="1726A4EE" w14:textId="77777777">
        <w:tc>
          <w:tcPr>
            <w:tcW w:w="3120" w:type="dxa"/>
          </w:tcPr>
          <w:p w14:paraId="14BF28EB" w14:textId="77777777" w:rsidR="00E2764D" w:rsidRDefault="00F75996">
            <w:r>
              <w:rPr>
                <w:sz w:val="20"/>
              </w:rPr>
              <w:t>Documentation and evidence retention</w:t>
            </w:r>
          </w:p>
        </w:tc>
        <w:tc>
          <w:tcPr>
            <w:tcW w:w="3120" w:type="dxa"/>
          </w:tcPr>
          <w:p w14:paraId="049177DF" w14:textId="77777777" w:rsidR="00E2764D" w:rsidRDefault="00F75996">
            <w:r>
              <w:rPr>
                <w:sz w:val="20"/>
              </w:rPr>
              <w:t>Microsoft Purview with Microsoft 365</w:t>
            </w:r>
          </w:p>
        </w:tc>
        <w:tc>
          <w:tcPr>
            <w:tcW w:w="3120" w:type="dxa"/>
          </w:tcPr>
          <w:p w14:paraId="5BB057D6" w14:textId="77777777" w:rsidR="00E2764D" w:rsidRDefault="00F75996">
            <w:r>
              <w:rPr>
                <w:sz w:val="20"/>
              </w:rPr>
              <w:t>Classifies, retains, and applies legal hold to assessments, documentation, and approvals so that evidence integrity can be demonstrated</w:t>
            </w:r>
          </w:p>
        </w:tc>
      </w:tr>
      <w:tr w:rsidR="00E2764D" w14:paraId="1882D9CA" w14:textId="77777777">
        <w:tc>
          <w:tcPr>
            <w:tcW w:w="3120" w:type="dxa"/>
          </w:tcPr>
          <w:p w14:paraId="4091FF6D" w14:textId="77777777" w:rsidR="00E2764D" w:rsidRDefault="00F75996">
            <w:r>
              <w:rPr>
                <w:sz w:val="20"/>
              </w:rPr>
              <w:t>Security posture evidence</w:t>
            </w:r>
          </w:p>
        </w:tc>
        <w:tc>
          <w:tcPr>
            <w:tcW w:w="3120" w:type="dxa"/>
          </w:tcPr>
          <w:p w14:paraId="3C00BE95" w14:textId="77777777" w:rsidR="00E2764D" w:rsidRDefault="00F75996">
            <w:r>
              <w:rPr>
                <w:sz w:val="20"/>
              </w:rPr>
              <w:t>Microsoft Defender for Cloud</w:t>
            </w:r>
          </w:p>
        </w:tc>
        <w:tc>
          <w:tcPr>
            <w:tcW w:w="3120" w:type="dxa"/>
          </w:tcPr>
          <w:p w14:paraId="039C26A2" w14:textId="77777777" w:rsidR="00E2764D" w:rsidRDefault="00F75996">
            <w:r>
              <w:rPr>
                <w:sz w:val="20"/>
              </w:rPr>
              <w:t>Provides continuous configuration assessment against benchmark, evidencing that technical controls remain in place between reviews</w:t>
            </w:r>
          </w:p>
        </w:tc>
      </w:tr>
      <w:tr w:rsidR="00E2764D" w14:paraId="5E9D6BFE" w14:textId="77777777">
        <w:tc>
          <w:tcPr>
            <w:tcW w:w="3120" w:type="dxa"/>
          </w:tcPr>
          <w:p w14:paraId="6EE9D20D" w14:textId="77777777" w:rsidR="00E2764D" w:rsidRDefault="00F75996">
            <w:r>
              <w:rPr>
                <w:sz w:val="20"/>
              </w:rPr>
              <w:t>Threat detection evidence</w:t>
            </w:r>
          </w:p>
        </w:tc>
        <w:tc>
          <w:tcPr>
            <w:tcW w:w="3120" w:type="dxa"/>
          </w:tcPr>
          <w:p w14:paraId="1B2C3B5B" w14:textId="77777777" w:rsidR="00E2764D" w:rsidRDefault="00F75996">
            <w:r>
              <w:rPr>
                <w:sz w:val="20"/>
              </w:rPr>
              <w:t>Microsoft Sentinel</w:t>
            </w:r>
          </w:p>
        </w:tc>
        <w:tc>
          <w:tcPr>
            <w:tcW w:w="3120" w:type="dxa"/>
          </w:tcPr>
          <w:p w14:paraId="0AEDC4A4" w14:textId="77777777" w:rsidR="00E2764D" w:rsidRDefault="00F75996">
            <w:r>
              <w:rPr>
                <w:sz w:val="20"/>
              </w:rPr>
              <w:t xml:space="preserve">Retains correlated AI workload telemetry that evidences </w:t>
            </w:r>
            <w:r>
              <w:rPr>
                <w:sz w:val="20"/>
              </w:rPr>
              <w:lastRenderedPageBreak/>
              <w:t>monitoring was operating and supports incident reconstruction</w:t>
            </w:r>
          </w:p>
        </w:tc>
      </w:tr>
      <w:tr w:rsidR="00E2764D" w14:paraId="3FDF4DF6" w14:textId="77777777">
        <w:tc>
          <w:tcPr>
            <w:tcW w:w="3120" w:type="dxa"/>
          </w:tcPr>
          <w:p w14:paraId="5844D3C0" w14:textId="77777777" w:rsidR="00E2764D" w:rsidRDefault="00F75996">
            <w:r>
              <w:rPr>
                <w:sz w:val="20"/>
              </w:rPr>
              <w:lastRenderedPageBreak/>
              <w:t>Pipeline gate enforcement</w:t>
            </w:r>
          </w:p>
        </w:tc>
        <w:tc>
          <w:tcPr>
            <w:tcW w:w="3120" w:type="dxa"/>
          </w:tcPr>
          <w:p w14:paraId="637C5CD7" w14:textId="77777777" w:rsidR="00E2764D" w:rsidRDefault="00F75996">
            <w:r>
              <w:rPr>
                <w:sz w:val="20"/>
              </w:rPr>
              <w:t>Azure DevOps with GitHub Actions</w:t>
            </w:r>
          </w:p>
        </w:tc>
        <w:tc>
          <w:tcPr>
            <w:tcW w:w="3120" w:type="dxa"/>
          </w:tcPr>
          <w:p w14:paraId="35029A1E" w14:textId="77777777" w:rsidR="00E2764D" w:rsidRDefault="00F75996">
            <w:r>
              <w:rPr>
                <w:sz w:val="20"/>
              </w:rPr>
              <w:t>Executes evaluation and testing as pipeline stages with a blocking result, producing an immutable record of what was tested and when</w:t>
            </w:r>
          </w:p>
        </w:tc>
      </w:tr>
      <w:tr w:rsidR="00E2764D" w14:paraId="27D68ADE" w14:textId="77777777">
        <w:tc>
          <w:tcPr>
            <w:tcW w:w="3120" w:type="dxa"/>
          </w:tcPr>
          <w:p w14:paraId="74BEA0C5" w14:textId="77777777" w:rsidR="00E2764D" w:rsidRDefault="00F75996">
            <w:r>
              <w:rPr>
                <w:sz w:val="20"/>
              </w:rPr>
              <w:t>Identity and attribution</w:t>
            </w:r>
          </w:p>
        </w:tc>
        <w:tc>
          <w:tcPr>
            <w:tcW w:w="3120" w:type="dxa"/>
          </w:tcPr>
          <w:p w14:paraId="502A8D91" w14:textId="77777777" w:rsidR="00E2764D" w:rsidRDefault="00F75996">
            <w:r>
              <w:rPr>
                <w:sz w:val="20"/>
              </w:rPr>
              <w:t>Microsoft Entra ID</w:t>
            </w:r>
          </w:p>
        </w:tc>
        <w:tc>
          <w:tcPr>
            <w:tcW w:w="3120" w:type="dxa"/>
          </w:tcPr>
          <w:p w14:paraId="0B85D204" w14:textId="77777777" w:rsidR="00E2764D" w:rsidRDefault="00F75996">
            <w:r>
              <w:rPr>
                <w:sz w:val="20"/>
              </w:rPr>
              <w:t>Attributes every assessment, approval, and override to a named individual, which is the basis of the accountability evidence</w:t>
            </w:r>
          </w:p>
        </w:tc>
      </w:tr>
      <w:tr w:rsidR="00E2764D" w14:paraId="76D7D6AB" w14:textId="77777777">
        <w:tc>
          <w:tcPr>
            <w:tcW w:w="3120" w:type="dxa"/>
          </w:tcPr>
          <w:p w14:paraId="6C9A2EF4" w14:textId="77777777" w:rsidR="00E2764D" w:rsidRDefault="00F75996">
            <w:r>
              <w:rPr>
                <w:sz w:val="20"/>
              </w:rPr>
              <w:t>Cost of assurance</w:t>
            </w:r>
          </w:p>
        </w:tc>
        <w:tc>
          <w:tcPr>
            <w:tcW w:w="3120" w:type="dxa"/>
          </w:tcPr>
          <w:p w14:paraId="72082B57" w14:textId="77777777" w:rsidR="00E2764D" w:rsidRDefault="00F75996">
            <w:r>
              <w:rPr>
                <w:sz w:val="20"/>
              </w:rPr>
              <w:t>Microsoft Cost Management</w:t>
            </w:r>
          </w:p>
        </w:tc>
        <w:tc>
          <w:tcPr>
            <w:tcW w:w="3120" w:type="dxa"/>
          </w:tcPr>
          <w:p w14:paraId="3E73AD9B" w14:textId="77777777" w:rsidR="00E2764D" w:rsidRDefault="00F75996">
            <w:r>
              <w:rPr>
                <w:sz w:val="20"/>
              </w:rPr>
              <w:t>Attributes evaluation and testing consumption so that assurance cost is visible and can be managed rather than hidden in delivery</w:t>
            </w:r>
          </w:p>
        </w:tc>
      </w:tr>
    </w:tbl>
    <w:p w14:paraId="51534346" w14:textId="77777777" w:rsidR="00E2764D" w:rsidRDefault="00E2764D"/>
    <w:p w14:paraId="0248B6AA" w14:textId="77777777" w:rsidR="00E2764D" w:rsidRDefault="00F75996">
      <w:pPr>
        <w:pStyle w:val="Heading3"/>
      </w:pPr>
      <w:bookmarkStart w:id="110" w:name="_Toc241649778"/>
      <w:r>
        <w:t>18.2.4 Architecture, Mechanisms and How Each Component Is Deployed</w:t>
      </w:r>
      <w:bookmarkEnd w:id="110"/>
    </w:p>
    <w:p w14:paraId="3A945041" w14:textId="77777777" w:rsidR="00E2764D" w:rsidRDefault="00F75996">
      <w:r>
        <w:t>The assurance flow runs in two loops. The pre-release loop executes inside the delivery pipeline. When a change is proposed to a model, a prompt, a retrieval configuration, or grounding content, the pipeline triggers an evaluation run in Azure AI Foundry against the system's versioned evaluation set. Scores for accuracy, groundedness, refusal behavior, and tone are compared to the recorded release floor. A regression fails the stage and the deployment stops. For systems above Tier 3, an adversarial suite executes in the same stage, and findings above the agreed severity fail the build. Results are written to the assurance store with the commit reference, the model version, and the evaluation set version, producing a permanently reconstructable record of what was tested.</w:t>
      </w:r>
    </w:p>
    <w:p w14:paraId="66D7A5CE" w14:textId="77777777" w:rsidR="00E2764D" w:rsidRDefault="00F75996">
      <w:r>
        <w:t>The post-release loop runs continuously in production. Application Insights and Azure Monitor emit performance telemetry; Azure AI Content Safety emits safety classification events; the application emits override and correction events from the reviewer of record; Azure Machine Learning emits drift signals for predictive components. These streams land in the Microsoft Fabric assurance foundation alongside the inventory and incident records, where Power BI produces the standing quality view and threshold breaches raise alerts into the improvement cadence. Scheduled re-evaluation reruns the pre-release suite against production configuration on the tier-appropriate cadence, which is what detects degradation in systems nobody has changed.</w:t>
      </w:r>
    </w:p>
    <w:p w14:paraId="7A00B8A8" w14:textId="77777777" w:rsidR="00E2764D" w:rsidRDefault="00F75996">
      <w:r>
        <w:rPr>
          <w:i/>
          <w:sz w:val="20"/>
        </w:rPr>
        <w:t>Table 18.2.4 - Component deployment model for the assurance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23A6FBDC" w14:textId="77777777">
        <w:trPr>
          <w:tblHeader/>
        </w:trPr>
        <w:tc>
          <w:tcPr>
            <w:tcW w:w="2340" w:type="dxa"/>
            <w:shd w:val="clear" w:color="auto" w:fill="D5E8F0"/>
          </w:tcPr>
          <w:p w14:paraId="08B909A8" w14:textId="77777777" w:rsidR="00E2764D" w:rsidRDefault="00F75996">
            <w:r>
              <w:rPr>
                <w:b/>
                <w:sz w:val="20"/>
              </w:rPr>
              <w:lastRenderedPageBreak/>
              <w:t>Component</w:t>
            </w:r>
          </w:p>
        </w:tc>
        <w:tc>
          <w:tcPr>
            <w:tcW w:w="2340" w:type="dxa"/>
            <w:shd w:val="clear" w:color="auto" w:fill="D5E8F0"/>
          </w:tcPr>
          <w:p w14:paraId="3DB438FD" w14:textId="77777777" w:rsidR="00E2764D" w:rsidRDefault="00F75996">
            <w:r>
              <w:rPr>
                <w:b/>
                <w:sz w:val="20"/>
              </w:rPr>
              <w:t>Deployment Model</w:t>
            </w:r>
          </w:p>
        </w:tc>
        <w:tc>
          <w:tcPr>
            <w:tcW w:w="2340" w:type="dxa"/>
            <w:shd w:val="clear" w:color="auto" w:fill="D5E8F0"/>
          </w:tcPr>
          <w:p w14:paraId="45FB1C46" w14:textId="77777777" w:rsidR="00E2764D" w:rsidRDefault="00F75996">
            <w:r>
              <w:rPr>
                <w:b/>
                <w:sz w:val="20"/>
              </w:rPr>
              <w:t>Configuration Requirements</w:t>
            </w:r>
          </w:p>
        </w:tc>
        <w:tc>
          <w:tcPr>
            <w:tcW w:w="2340" w:type="dxa"/>
            <w:shd w:val="clear" w:color="auto" w:fill="D5E8F0"/>
          </w:tcPr>
          <w:p w14:paraId="4D788584" w14:textId="77777777" w:rsidR="00E2764D" w:rsidRDefault="00F75996">
            <w:r>
              <w:rPr>
                <w:b/>
                <w:sz w:val="20"/>
              </w:rPr>
              <w:t>Dependencies</w:t>
            </w:r>
          </w:p>
        </w:tc>
      </w:tr>
      <w:tr w:rsidR="00E2764D" w14:paraId="42876E9E" w14:textId="77777777">
        <w:tc>
          <w:tcPr>
            <w:tcW w:w="2340" w:type="dxa"/>
          </w:tcPr>
          <w:p w14:paraId="5818F7C5" w14:textId="77777777" w:rsidR="00E2764D" w:rsidRDefault="00F75996">
            <w:r>
              <w:rPr>
                <w:sz w:val="20"/>
              </w:rPr>
              <w:t>Evaluation harness</w:t>
            </w:r>
          </w:p>
        </w:tc>
        <w:tc>
          <w:tcPr>
            <w:tcW w:w="2340" w:type="dxa"/>
          </w:tcPr>
          <w:p w14:paraId="50E61A08" w14:textId="77777777" w:rsidR="00E2764D" w:rsidRDefault="00F75996">
            <w:r>
              <w:rPr>
                <w:sz w:val="20"/>
              </w:rPr>
              <w:t>Provisioned as a dedicated Foundry project within the shared Azure AI Foundry hub, deployed by Bicep through the Azure DevOps pipeline, network-isolated behind Azure Private Link</w:t>
            </w:r>
          </w:p>
        </w:tc>
        <w:tc>
          <w:tcPr>
            <w:tcW w:w="2340" w:type="dxa"/>
          </w:tcPr>
          <w:p w14:paraId="26817A1A" w14:textId="77777777" w:rsidR="00E2764D" w:rsidRDefault="00F75996">
            <w:r>
              <w:rPr>
                <w:sz w:val="20"/>
              </w:rPr>
              <w:t>Versioned evaluation sets per system, defined metrics and thresholds, deterministic run configuration, and immutable result storage</w:t>
            </w:r>
          </w:p>
        </w:tc>
        <w:tc>
          <w:tcPr>
            <w:tcW w:w="2340" w:type="dxa"/>
          </w:tcPr>
          <w:p w14:paraId="5035FF13" w14:textId="77777777" w:rsidR="00E2764D" w:rsidRDefault="00F75996">
            <w:r>
              <w:rPr>
                <w:sz w:val="20"/>
              </w:rPr>
              <w:t>Azure AI Foundry hub, Azure OpenAI Service capacity, and the assurance data foundation</w:t>
            </w:r>
          </w:p>
        </w:tc>
      </w:tr>
      <w:tr w:rsidR="00E2764D" w14:paraId="4160A2D7" w14:textId="77777777">
        <w:tc>
          <w:tcPr>
            <w:tcW w:w="2340" w:type="dxa"/>
          </w:tcPr>
          <w:p w14:paraId="60AB80C2" w14:textId="77777777" w:rsidR="00E2764D" w:rsidRDefault="00F75996">
            <w:r>
              <w:rPr>
                <w:sz w:val="20"/>
              </w:rPr>
              <w:t>Evaluation set repository</w:t>
            </w:r>
          </w:p>
        </w:tc>
        <w:tc>
          <w:tcPr>
            <w:tcW w:w="2340" w:type="dxa"/>
          </w:tcPr>
          <w:p w14:paraId="2E7778C1" w14:textId="77777777" w:rsidR="00E2764D" w:rsidRDefault="00F75996">
            <w:r>
              <w:rPr>
                <w:sz w:val="20"/>
              </w:rPr>
              <w:t>Azure Data Lake Storage Gen2 container within the assurance workspace, version controlled, with access restricted to the Responsible AI and Evaluation Lead</w:t>
            </w:r>
          </w:p>
        </w:tc>
        <w:tc>
          <w:tcPr>
            <w:tcW w:w="2340" w:type="dxa"/>
          </w:tcPr>
          <w:p w14:paraId="38605BA1" w14:textId="77777777" w:rsidR="00E2764D" w:rsidRDefault="00F75996">
            <w:r>
              <w:rPr>
                <w:sz w:val="20"/>
              </w:rPr>
              <w:t>Sensitivity classification applied where sets contain real examples, retention aligned to Section 10.3, and change history preserved</w:t>
            </w:r>
          </w:p>
        </w:tc>
        <w:tc>
          <w:tcPr>
            <w:tcW w:w="2340" w:type="dxa"/>
          </w:tcPr>
          <w:p w14:paraId="63A80F52" w14:textId="77777777" w:rsidR="00E2764D" w:rsidRDefault="00F75996">
            <w:r>
              <w:rPr>
                <w:sz w:val="20"/>
              </w:rPr>
              <w:t>Microsoft Purview classification and Microsoft Entra ID access control</w:t>
            </w:r>
          </w:p>
        </w:tc>
      </w:tr>
      <w:tr w:rsidR="00E2764D" w14:paraId="2DF03DCF" w14:textId="77777777">
        <w:tc>
          <w:tcPr>
            <w:tcW w:w="2340" w:type="dxa"/>
          </w:tcPr>
          <w:p w14:paraId="3353FB15" w14:textId="77777777" w:rsidR="00E2764D" w:rsidRDefault="00F75996">
            <w:r>
              <w:rPr>
                <w:sz w:val="20"/>
              </w:rPr>
              <w:t>Adversarial test suite</w:t>
            </w:r>
          </w:p>
        </w:tc>
        <w:tc>
          <w:tcPr>
            <w:tcW w:w="2340" w:type="dxa"/>
          </w:tcPr>
          <w:p w14:paraId="37D41A77" w14:textId="77777777" w:rsidR="00E2764D" w:rsidRDefault="00F75996">
            <w:r>
              <w:rPr>
                <w:sz w:val="20"/>
              </w:rPr>
              <w:t>Maintained as code in the platform repository and executed as an Azure DevOps pipeline stage against a dedicated test deployment, never against production</w:t>
            </w:r>
          </w:p>
        </w:tc>
        <w:tc>
          <w:tcPr>
            <w:tcW w:w="2340" w:type="dxa"/>
          </w:tcPr>
          <w:p w14:paraId="5F0805CB" w14:textId="77777777" w:rsidR="00E2764D" w:rsidRDefault="00F75996">
            <w:r>
              <w:rPr>
                <w:sz w:val="20"/>
              </w:rPr>
              <w:t>Coverage of prompt injection, indirect injection, extraction, and excessive agency, with severity thresholds that fail the build</w:t>
            </w:r>
          </w:p>
        </w:tc>
        <w:tc>
          <w:tcPr>
            <w:tcW w:w="2340" w:type="dxa"/>
          </w:tcPr>
          <w:p w14:paraId="51D33049" w14:textId="77777777" w:rsidR="00E2764D" w:rsidRDefault="00F75996">
            <w:r>
              <w:rPr>
                <w:sz w:val="20"/>
              </w:rPr>
              <w:t>The evaluation harness, a segregated test environment, and reserved model quota</w:t>
            </w:r>
          </w:p>
        </w:tc>
      </w:tr>
      <w:tr w:rsidR="00E2764D" w14:paraId="46CBFBEA" w14:textId="77777777">
        <w:tc>
          <w:tcPr>
            <w:tcW w:w="2340" w:type="dxa"/>
          </w:tcPr>
          <w:p w14:paraId="747FE724" w14:textId="77777777" w:rsidR="00E2764D" w:rsidRDefault="00F75996">
            <w:r>
              <w:rPr>
                <w:sz w:val="20"/>
              </w:rPr>
              <w:t>Pipeline gates</w:t>
            </w:r>
          </w:p>
        </w:tc>
        <w:tc>
          <w:tcPr>
            <w:tcW w:w="2340" w:type="dxa"/>
          </w:tcPr>
          <w:p w14:paraId="69D35214" w14:textId="77777777" w:rsidR="00E2764D" w:rsidRDefault="00F75996">
            <w:r>
              <w:rPr>
                <w:sz w:val="20"/>
              </w:rPr>
              <w:t>Implemented as required stages in Azure DevOps and GitHub Actions pipelines, configured at the organization level so individual teams cannot disable them</w:t>
            </w:r>
          </w:p>
        </w:tc>
        <w:tc>
          <w:tcPr>
            <w:tcW w:w="2340" w:type="dxa"/>
          </w:tcPr>
          <w:p w14:paraId="6B00A8CC" w14:textId="77777777" w:rsidR="00E2764D" w:rsidRDefault="00F75996">
            <w:r>
              <w:rPr>
                <w:sz w:val="20"/>
              </w:rPr>
              <w:t>Blocking on regression and on unremediated high-severity findings, with a documented exception path requiring the officer's approval</w:t>
            </w:r>
          </w:p>
        </w:tc>
        <w:tc>
          <w:tcPr>
            <w:tcW w:w="2340" w:type="dxa"/>
          </w:tcPr>
          <w:p w14:paraId="13588AA8" w14:textId="77777777" w:rsidR="00E2764D" w:rsidRDefault="00F75996">
            <w:r>
              <w:rPr>
                <w:sz w:val="20"/>
              </w:rPr>
              <w:t>Azure DevOps service connections and the evaluation harness</w:t>
            </w:r>
          </w:p>
        </w:tc>
      </w:tr>
      <w:tr w:rsidR="00E2764D" w14:paraId="0D46BF98" w14:textId="77777777">
        <w:tc>
          <w:tcPr>
            <w:tcW w:w="2340" w:type="dxa"/>
          </w:tcPr>
          <w:p w14:paraId="1A8C1248" w14:textId="77777777" w:rsidR="00E2764D" w:rsidRDefault="00F75996">
            <w:r>
              <w:rPr>
                <w:sz w:val="20"/>
              </w:rPr>
              <w:t>Production quality telemetry</w:t>
            </w:r>
          </w:p>
        </w:tc>
        <w:tc>
          <w:tcPr>
            <w:tcW w:w="2340" w:type="dxa"/>
          </w:tcPr>
          <w:p w14:paraId="0AA61892" w14:textId="77777777" w:rsidR="00E2764D" w:rsidRDefault="00F75996">
            <w:r>
              <w:rPr>
                <w:sz w:val="20"/>
              </w:rPr>
              <w:t>Instrumented in each application at build time and emitted to Application Insights, with a shared schema published as a platform standard</w:t>
            </w:r>
          </w:p>
        </w:tc>
        <w:tc>
          <w:tcPr>
            <w:tcW w:w="2340" w:type="dxa"/>
          </w:tcPr>
          <w:p w14:paraId="2109464C" w14:textId="77777777" w:rsidR="00E2764D" w:rsidRDefault="00F75996">
            <w:r>
              <w:rPr>
                <w:sz w:val="20"/>
              </w:rPr>
              <w:t>Capture of request, retrieved source references, safety events, latency, override, and correction events without capturing prohibited content</w:t>
            </w:r>
          </w:p>
        </w:tc>
        <w:tc>
          <w:tcPr>
            <w:tcW w:w="2340" w:type="dxa"/>
          </w:tcPr>
          <w:p w14:paraId="7BDAA05B" w14:textId="77777777" w:rsidR="00E2764D" w:rsidRDefault="00F75996">
            <w:r>
              <w:rPr>
                <w:sz w:val="20"/>
              </w:rPr>
              <w:t>Application Insights, Azure Monitor, and the application layer</w:t>
            </w:r>
          </w:p>
        </w:tc>
      </w:tr>
      <w:tr w:rsidR="00E2764D" w14:paraId="6809A222" w14:textId="77777777">
        <w:tc>
          <w:tcPr>
            <w:tcW w:w="2340" w:type="dxa"/>
          </w:tcPr>
          <w:p w14:paraId="6E30D97F" w14:textId="77777777" w:rsidR="00E2764D" w:rsidRDefault="00F75996">
            <w:r>
              <w:rPr>
                <w:sz w:val="20"/>
              </w:rPr>
              <w:t>Drift monitoring</w:t>
            </w:r>
          </w:p>
        </w:tc>
        <w:tc>
          <w:tcPr>
            <w:tcW w:w="2340" w:type="dxa"/>
          </w:tcPr>
          <w:p w14:paraId="6314CE94" w14:textId="77777777" w:rsidR="00E2764D" w:rsidRDefault="00F75996">
            <w:r>
              <w:rPr>
                <w:sz w:val="20"/>
              </w:rPr>
              <w:t xml:space="preserve">Configured within Azure Machine </w:t>
            </w:r>
            <w:r>
              <w:rPr>
                <w:sz w:val="20"/>
              </w:rPr>
              <w:lastRenderedPageBreak/>
              <w:t>Learning for predictive models and as scheduled evaluation reruns for generative systems, deployed with the model</w:t>
            </w:r>
          </w:p>
        </w:tc>
        <w:tc>
          <w:tcPr>
            <w:tcW w:w="2340" w:type="dxa"/>
          </w:tcPr>
          <w:p w14:paraId="3045DDE8" w14:textId="77777777" w:rsidR="00E2764D" w:rsidRDefault="00F75996">
            <w:r>
              <w:rPr>
                <w:sz w:val="20"/>
              </w:rPr>
              <w:lastRenderedPageBreak/>
              <w:t xml:space="preserve">Baseline captured at release, thresholds </w:t>
            </w:r>
            <w:r>
              <w:rPr>
                <w:sz w:val="20"/>
              </w:rPr>
              <w:lastRenderedPageBreak/>
              <w:t>agreed with the business owner, and alerting routed to the technical owner and the officer's team</w:t>
            </w:r>
          </w:p>
        </w:tc>
        <w:tc>
          <w:tcPr>
            <w:tcW w:w="2340" w:type="dxa"/>
          </w:tcPr>
          <w:p w14:paraId="035ED478" w14:textId="77777777" w:rsidR="00E2764D" w:rsidRDefault="00F75996">
            <w:r>
              <w:rPr>
                <w:sz w:val="20"/>
              </w:rPr>
              <w:lastRenderedPageBreak/>
              <w:t xml:space="preserve">Azure Machine Learning, the </w:t>
            </w:r>
            <w:r>
              <w:rPr>
                <w:sz w:val="20"/>
              </w:rPr>
              <w:lastRenderedPageBreak/>
              <w:t>evaluation harness, and Azure Monitor</w:t>
            </w:r>
          </w:p>
        </w:tc>
      </w:tr>
      <w:tr w:rsidR="00E2764D" w14:paraId="2BCCE3E4" w14:textId="77777777">
        <w:tc>
          <w:tcPr>
            <w:tcW w:w="2340" w:type="dxa"/>
          </w:tcPr>
          <w:p w14:paraId="549DE870" w14:textId="77777777" w:rsidR="00E2764D" w:rsidRDefault="00F75996">
            <w:r>
              <w:rPr>
                <w:sz w:val="20"/>
              </w:rPr>
              <w:lastRenderedPageBreak/>
              <w:t>Assurance data foundation</w:t>
            </w:r>
          </w:p>
        </w:tc>
        <w:tc>
          <w:tcPr>
            <w:tcW w:w="2340" w:type="dxa"/>
          </w:tcPr>
          <w:p w14:paraId="48EAF4B7" w14:textId="77777777" w:rsidR="00E2764D" w:rsidRDefault="00F75996">
            <w:r>
              <w:rPr>
                <w:sz w:val="20"/>
              </w:rPr>
              <w:t>Microsoft Fabric lakehouse deployed through a Fabric deployment pipeline, ingesting evaluation, telemetry, inventory, and incident sources on schedule</w:t>
            </w:r>
          </w:p>
        </w:tc>
        <w:tc>
          <w:tcPr>
            <w:tcW w:w="2340" w:type="dxa"/>
          </w:tcPr>
          <w:p w14:paraId="78BAFD20" w14:textId="77777777" w:rsidR="00E2764D" w:rsidRDefault="00F75996">
            <w:r>
              <w:rPr>
                <w:sz w:val="20"/>
              </w:rPr>
              <w:t>Single system identifier as the join key across all sources, retention aligned to evidence obligations, and restricted write access</w:t>
            </w:r>
          </w:p>
        </w:tc>
        <w:tc>
          <w:tcPr>
            <w:tcW w:w="2340" w:type="dxa"/>
          </w:tcPr>
          <w:p w14:paraId="388D9D00" w14:textId="77777777" w:rsidR="00E2764D" w:rsidRDefault="00F75996">
            <w:r>
              <w:rPr>
                <w:sz w:val="20"/>
              </w:rPr>
              <w:t>Microsoft Fabric capacity, Azure Data Lake Storage Gen2, and source system connections</w:t>
            </w:r>
          </w:p>
        </w:tc>
      </w:tr>
      <w:tr w:rsidR="00E2764D" w14:paraId="09A2CC94" w14:textId="77777777">
        <w:tc>
          <w:tcPr>
            <w:tcW w:w="2340" w:type="dxa"/>
          </w:tcPr>
          <w:p w14:paraId="6E4F61F7" w14:textId="77777777" w:rsidR="00E2764D" w:rsidRDefault="00F75996">
            <w:r>
              <w:rPr>
                <w:sz w:val="20"/>
              </w:rPr>
              <w:t>Assurance reporting</w:t>
            </w:r>
          </w:p>
        </w:tc>
        <w:tc>
          <w:tcPr>
            <w:tcW w:w="2340" w:type="dxa"/>
          </w:tcPr>
          <w:p w14:paraId="766E2D26" w14:textId="77777777" w:rsidR="00E2764D" w:rsidRDefault="00F75996">
            <w:r>
              <w:rPr>
                <w:sz w:val="20"/>
              </w:rPr>
              <w:t>Power BI semantic model and reports published to the assurance workspace with row-level security and scheduled refresh</w:t>
            </w:r>
          </w:p>
        </w:tc>
        <w:tc>
          <w:tcPr>
            <w:tcW w:w="2340" w:type="dxa"/>
          </w:tcPr>
          <w:p w14:paraId="7BC704B6" w14:textId="77777777" w:rsidR="00E2764D" w:rsidRDefault="00F75996">
            <w:r>
              <w:rPr>
                <w:sz w:val="20"/>
              </w:rPr>
              <w:t>Fixed structure, drill-through to individual evaluation runs, and an export path suited to external evidence requests</w:t>
            </w:r>
          </w:p>
        </w:tc>
        <w:tc>
          <w:tcPr>
            <w:tcW w:w="2340" w:type="dxa"/>
          </w:tcPr>
          <w:p w14:paraId="1D0CA857" w14:textId="77777777" w:rsidR="00E2764D" w:rsidRDefault="00F75996">
            <w:r>
              <w:rPr>
                <w:sz w:val="20"/>
              </w:rPr>
              <w:t>The assurance data foundation and Microsoft Entra ID groups</w:t>
            </w:r>
          </w:p>
        </w:tc>
      </w:tr>
      <w:tr w:rsidR="00E2764D" w14:paraId="62FFF817" w14:textId="77777777">
        <w:tc>
          <w:tcPr>
            <w:tcW w:w="2340" w:type="dxa"/>
          </w:tcPr>
          <w:p w14:paraId="458EFB5E" w14:textId="77777777" w:rsidR="00E2764D" w:rsidRDefault="00F75996">
            <w:r>
              <w:rPr>
                <w:sz w:val="20"/>
              </w:rPr>
              <w:t>Evidence repository</w:t>
            </w:r>
          </w:p>
        </w:tc>
        <w:tc>
          <w:tcPr>
            <w:tcW w:w="2340" w:type="dxa"/>
          </w:tcPr>
          <w:p w14:paraId="194E286E" w14:textId="77777777" w:rsidR="00E2764D" w:rsidRDefault="00F75996">
            <w:r>
              <w:rPr>
                <w:sz w:val="20"/>
              </w:rPr>
              <w:t>Configured in Microsoft 365 with Microsoft Purview retention, sensitivity labelling, and legal hold, aligned to the governance repository</w:t>
            </w:r>
          </w:p>
        </w:tc>
        <w:tc>
          <w:tcPr>
            <w:tcW w:w="2340" w:type="dxa"/>
          </w:tcPr>
          <w:p w14:paraId="6671D149" w14:textId="77777777" w:rsidR="00E2764D" w:rsidRDefault="00F75996">
            <w:r>
              <w:rPr>
                <w:sz w:val="20"/>
              </w:rPr>
              <w:t>Immutable retention for approvals and assessments, defined custodian, and a documented structure that maps to likely external request formats</w:t>
            </w:r>
          </w:p>
        </w:tc>
        <w:tc>
          <w:tcPr>
            <w:tcW w:w="2340" w:type="dxa"/>
          </w:tcPr>
          <w:p w14:paraId="3776C8BE" w14:textId="77777777" w:rsidR="00E2764D" w:rsidRDefault="00F75996">
            <w:r>
              <w:rPr>
                <w:sz w:val="20"/>
              </w:rPr>
              <w:t>Microsoft Purview and the governance mechanism in Section 18.1</w:t>
            </w:r>
          </w:p>
        </w:tc>
      </w:tr>
    </w:tbl>
    <w:p w14:paraId="10DD66BF" w14:textId="77777777" w:rsidR="00E2764D" w:rsidRDefault="00E2764D"/>
    <w:p w14:paraId="18BB5F71" w14:textId="77777777" w:rsidR="00E2764D" w:rsidRDefault="00F75996">
      <w:r>
        <w:t>The non-functional requirements below apply to the assurance capability itself, which must be at least as reliable as the systems it assures.</w:t>
      </w:r>
    </w:p>
    <w:p w14:paraId="6749326A" w14:textId="77777777" w:rsidR="00E2764D" w:rsidRDefault="00F75996">
      <w:pPr>
        <w:pStyle w:val="ListBullet"/>
      </w:pPr>
      <w:r>
        <w:rPr>
          <w:b/>
        </w:rPr>
        <w:t>Network isolation</w:t>
      </w:r>
      <w:r>
        <w:t>: evaluation endpoints, evaluation set storage, and the assurance foundation are reachable only over Azure Private Link, since evaluation sets frequently contain the most sensitive examples in the estate.</w:t>
      </w:r>
    </w:p>
    <w:p w14:paraId="7E1FE778" w14:textId="77777777" w:rsidR="00E2764D" w:rsidRDefault="00F75996">
      <w:pPr>
        <w:pStyle w:val="ListBullet"/>
      </w:pPr>
      <w:r>
        <w:rPr>
          <w:b/>
        </w:rPr>
        <w:t>Availability and region strategy</w:t>
      </w:r>
      <w:r>
        <w:t>: the evaluation harness is deployed in the primary region with the assurance record geo-redundant, because loss of evidence is materially worse than loss of a delivery environment.</w:t>
      </w:r>
    </w:p>
    <w:p w14:paraId="28FFD411" w14:textId="77777777" w:rsidR="00E2764D" w:rsidRDefault="00F75996">
      <w:pPr>
        <w:pStyle w:val="ListBullet"/>
      </w:pPr>
      <w:r>
        <w:rPr>
          <w:b/>
        </w:rPr>
        <w:t>Scaling</w:t>
      </w:r>
      <w:r>
        <w:t>: evaluation capacity must accommodate concurrent runs across the portfolio at release peaks, since a gate that queues will be the first control an under-pressure team seeks to bypass.</w:t>
      </w:r>
    </w:p>
    <w:p w14:paraId="7977522F" w14:textId="77777777" w:rsidR="00E2764D" w:rsidRDefault="00F75996">
      <w:pPr>
        <w:pStyle w:val="ListBullet"/>
      </w:pPr>
      <w:r>
        <w:rPr>
          <w:b/>
        </w:rPr>
        <w:lastRenderedPageBreak/>
        <w:t>Quota and capacity</w:t>
      </w:r>
      <w:r>
        <w:t>: evaluation and adversarial testing consume model capacity and must hold reserved quota separate from production workloads so that testing never competes with live service.</w:t>
      </w:r>
    </w:p>
    <w:p w14:paraId="7198D63F" w14:textId="77777777" w:rsidR="00E2764D" w:rsidRDefault="00F75996">
      <w:pPr>
        <w:pStyle w:val="ListBullet"/>
      </w:pPr>
      <w:r>
        <w:rPr>
          <w:b/>
        </w:rPr>
        <w:t>Disaster recovery</w:t>
      </w:r>
      <w:r>
        <w:t>: evaluation results, assessments, and approvals are recoverable to a defined point and recovery is tested, because these records substantiate the officer's attestations under Section 11.4.</w:t>
      </w:r>
    </w:p>
    <w:p w14:paraId="0F6034C9" w14:textId="77777777" w:rsidR="00E2764D" w:rsidRDefault="00F75996">
      <w:pPr>
        <w:pStyle w:val="ListBullet"/>
      </w:pPr>
      <w:r>
        <w:rPr>
          <w:b/>
        </w:rPr>
        <w:t>Cost controls</w:t>
      </w:r>
      <w:r>
        <w:t>: evaluation consumption is tagged per system and reported, so that assurance cost is a visible, managed line rather than an unexamined component of delivery spend.</w:t>
      </w:r>
    </w:p>
    <w:p w14:paraId="78D5CD45" w14:textId="77777777" w:rsidR="00E2764D" w:rsidRDefault="00F75996">
      <w:pPr>
        <w:pStyle w:val="Heading3"/>
      </w:pPr>
      <w:bookmarkStart w:id="111" w:name="_Toc241649779"/>
      <w:r>
        <w:t>18.2.5 Step-by-Step Execution Instructions</w:t>
      </w:r>
      <w:bookmarkEnd w:id="111"/>
    </w:p>
    <w:p w14:paraId="3D30D07E" w14:textId="77777777" w:rsidR="00E2764D" w:rsidRDefault="00F75996">
      <w:r>
        <w:t>The sequence assumes the operating model mandate in Section 18.1 is at least partly established, so that an inventory and a tiering rubric exist. It assumes at least one AI system is already in production without formal assurance, which is the common starting position and which determines the early steps.</w:t>
      </w:r>
    </w:p>
    <w:p w14:paraId="14BB5881" w14:textId="77777777" w:rsidR="00E2764D" w:rsidRDefault="00F75996">
      <w:pPr>
        <w:pStyle w:val="ListNumber"/>
      </w:pPr>
      <w:r>
        <w:t>Confirm with the AI Governance Council that evaluation and adversarial testing will hold blocking authority at the release gate, and record the decision before building anything. (Chief AI Officer)</w:t>
      </w:r>
    </w:p>
    <w:p w14:paraId="723F0176" w14:textId="77777777" w:rsidR="00E2764D" w:rsidRDefault="00F75996">
      <w:pPr>
        <w:pStyle w:val="ListNumber"/>
      </w:pPr>
      <w:r>
        <w:t>Appoint the Responsible AI and Evaluation Lead described in Section 16.1 and define their independence from delivery pressure in writing. (Chief AI Officer)</w:t>
      </w:r>
    </w:p>
    <w:p w14:paraId="7627F956" w14:textId="77777777" w:rsidR="00E2764D" w:rsidRDefault="00F75996">
      <w:pPr>
        <w:pStyle w:val="ListNumber"/>
      </w:pPr>
      <w:r>
        <w:t>Define the assurance evidence set required per risk tier, mapping each item to the obligation or expectation it satisfies under Section 11.1. (Responsible AI and Evaluation Lead with the General Counsel)</w:t>
      </w:r>
    </w:p>
    <w:p w14:paraId="7695409D" w14:textId="77777777" w:rsidR="00E2764D" w:rsidRDefault="00F75996">
      <w:pPr>
        <w:pStyle w:val="ListNumber"/>
      </w:pPr>
      <w:r>
        <w:t>Provision the assurance subscription and resource groups by Bicep through the Azure DevOps pipeline, with Azure Private Link, Azure Key Vault, and diagnostic settings configured. (Platform Engineering)</w:t>
      </w:r>
    </w:p>
    <w:p w14:paraId="56DCC849" w14:textId="77777777" w:rsidR="00E2764D" w:rsidRDefault="00F75996">
      <w:pPr>
        <w:pStyle w:val="ListNumber"/>
      </w:pPr>
      <w:r>
        <w:t>Deploy the evaluation harness as a dedicated Foundry project within the shared Azure AI Foundry hub, with reserved Azure OpenAI Service quota separate from production. (Platform Engineering)</w:t>
      </w:r>
    </w:p>
    <w:p w14:paraId="6EFC7F18" w14:textId="77777777" w:rsidR="00E2764D" w:rsidRDefault="00F75996">
      <w:pPr>
        <w:pStyle w:val="ListNumber"/>
      </w:pPr>
      <w:r>
        <w:t>Create the evaluation set repository in Azure Data Lake Storage Gen2 with version control, and classify it in Microsoft Purview, since sets containing real examples carry the sensitivity of their source. (Data and Grounding Lead)</w:t>
      </w:r>
    </w:p>
    <w:p w14:paraId="67A4AF1B" w14:textId="77777777" w:rsidR="00E2764D" w:rsidRDefault="00F75996">
      <w:pPr>
        <w:pStyle w:val="ListNumber"/>
      </w:pPr>
      <w:r>
        <w:t>Build the first curated evaluation set for the highest-tier system already in production, drawing representative cases from real usage with subject matter experts defining the correct answer. (Responsible AI and Evaluation Lead with the business owner)</w:t>
      </w:r>
    </w:p>
    <w:p w14:paraId="33DE9486" w14:textId="77777777" w:rsidR="00E2764D" w:rsidRDefault="00F75996">
      <w:pPr>
        <w:pStyle w:val="ListNumber"/>
      </w:pPr>
      <w:r>
        <w:t>Establish the release floor by running the existing production system against the new evaluation set, recording the result as the regression baseline rather than as a target. (Responsible AI and Evaluation Lead)</w:t>
      </w:r>
    </w:p>
    <w:p w14:paraId="7CF499DD" w14:textId="77777777" w:rsidR="00E2764D" w:rsidRDefault="00F75996">
      <w:pPr>
        <w:pStyle w:val="ListNumber"/>
      </w:pPr>
      <w:r>
        <w:t>Build the adversarial test suite as code, covering prompt injection, indirect injection through retrieved content, data extraction, and excessive agency, and agree the severity thresholds that will fail a build. (Lead AI Engineer with the Chief Information Security Officer)</w:t>
      </w:r>
    </w:p>
    <w:p w14:paraId="4EBFB489" w14:textId="77777777" w:rsidR="00E2764D" w:rsidRDefault="00F75996">
      <w:pPr>
        <w:pStyle w:val="ListNumber"/>
      </w:pPr>
      <w:r>
        <w:lastRenderedPageBreak/>
        <w:t>Deploy the assurance data foundation in Microsoft Fabric, ingesting evaluation results, application telemetry, safety events, inventory, and incident records keyed on the system identifier. (Data Engineering)</w:t>
      </w:r>
    </w:p>
    <w:p w14:paraId="2B7DD259" w14:textId="77777777" w:rsidR="00E2764D" w:rsidRDefault="00F75996">
      <w:pPr>
        <w:pStyle w:val="ListNumber"/>
      </w:pPr>
      <w:r>
        <w:t>Publish the production telemetry schema as a platform standard, specifying what every AI application must emit, and what it must never emit. (Lead AI Engineer with the privacy office)</w:t>
      </w:r>
    </w:p>
    <w:p w14:paraId="14FB6D5C" w14:textId="77777777" w:rsidR="00E2764D" w:rsidRDefault="00F75996">
      <w:pPr>
        <w:pStyle w:val="ListNumber"/>
      </w:pPr>
      <w:r>
        <w:t>Instrument the first production system to the published schema, including capture of reviewer override and correction events. (Technical owner)</w:t>
      </w:r>
    </w:p>
    <w:p w14:paraId="0C9F31C6" w14:textId="77777777" w:rsidR="00E2764D" w:rsidRDefault="00F75996">
      <w:pPr>
        <w:pStyle w:val="ListNumber"/>
      </w:pPr>
      <w:r>
        <w:t>Configure evaluation and adversarial testing as required, non-disableable stages in the Azure DevOps and GitHub Actions pipelines at organization scope. (Platform Engineering)</w:t>
      </w:r>
    </w:p>
    <w:p w14:paraId="52453A1E" w14:textId="77777777" w:rsidR="00E2764D" w:rsidRDefault="00F75996">
      <w:pPr>
        <w:pStyle w:val="ListNumber"/>
      </w:pPr>
      <w:r>
        <w:t>Define the exception path for a failed gate, requiring the officer's explicit approval, a compensating control, and an expiry date, and confirm that it cannot be exercised by the delivery team. (Chief AI Officer)</w:t>
      </w:r>
    </w:p>
    <w:p w14:paraId="44D36BC9" w14:textId="77777777" w:rsidR="00E2764D" w:rsidRDefault="00F75996">
      <w:pPr>
        <w:pStyle w:val="ListNumber"/>
      </w:pPr>
      <w:r>
        <w:t>Define the fairness testing methodology for systems with consequential effect, including cohort definition, metrics, thresholds, and the data that must be retained to support it. (Responsible AI and Evaluation Lead with the General Counsel)</w:t>
      </w:r>
    </w:p>
    <w:p w14:paraId="7DDAE485" w14:textId="77777777" w:rsidR="00E2764D" w:rsidRDefault="00F75996">
      <w:pPr>
        <w:pStyle w:val="ListNumber"/>
      </w:pPr>
      <w:r>
        <w:t>Complete impact assessments for every existing Tier 1 and Tier 2 production system, treating gaps found as findings to remediate rather than as reasons to suspend unless harm is evident. (Responsible AI and Evaluation Lead with the privacy office)</w:t>
      </w:r>
    </w:p>
    <w:p w14:paraId="517DAEBD" w14:textId="77777777" w:rsidR="00E2764D" w:rsidRDefault="00F75996">
      <w:pPr>
        <w:pStyle w:val="ListNumber"/>
      </w:pPr>
      <w:r>
        <w:t>Produce living technical documentation for each existing system to the defined standard, and make its currency a condition of any future change. (Technical owners, coordinated by the Responsible AI and Evaluation Lead)</w:t>
      </w:r>
    </w:p>
    <w:p w14:paraId="5DA55C34" w14:textId="77777777" w:rsidR="00E2764D" w:rsidRDefault="00F75996">
      <w:pPr>
        <w:pStyle w:val="ListNumber"/>
      </w:pPr>
      <w:r>
        <w:t>Configure drift monitoring and scheduled re-evaluation on the tier-appropriate cadence for every production system, with alerting to the technical owner and the officer's team. (Platform Engineering)</w:t>
      </w:r>
    </w:p>
    <w:p w14:paraId="2BCF2509" w14:textId="77777777" w:rsidR="00E2764D" w:rsidRDefault="00F75996">
      <w:pPr>
        <w:pStyle w:val="ListNumber"/>
      </w:pPr>
      <w:r>
        <w:t>Build the assurance reporting in Power BI covering quality, drift, safety events, override rates, and control operation, structured to serve both the board pack and external evidence requests. (Responsible AI and Evaluation Lead)</w:t>
      </w:r>
    </w:p>
    <w:p w14:paraId="44CCA48F" w14:textId="77777777" w:rsidR="00E2764D" w:rsidRDefault="00F75996">
      <w:pPr>
        <w:pStyle w:val="ListNumber"/>
      </w:pPr>
      <w:r>
        <w:t>Establish the pre-deployment baseline for the metrics in Section 18.2.8, recording current evaluation coverage, documentation completeness, and time to assemble an evidence pack. (Value and Adoption Lead)</w:t>
      </w:r>
    </w:p>
    <w:p w14:paraId="79D1D711" w14:textId="77777777" w:rsidR="00E2764D" w:rsidRDefault="00F75996">
      <w:pPr>
        <w:pStyle w:val="ListNumber"/>
      </w:pPr>
      <w:r>
        <w:t>Run a security review of the assurance capability itself, since it holds evaluation sets, findings, and evidence whose compromise would be material. (Chief Information Security Officer)</w:t>
      </w:r>
    </w:p>
    <w:p w14:paraId="02348E35" w14:textId="77777777" w:rsidR="00E2764D" w:rsidRDefault="00F75996">
      <w:pPr>
        <w:pStyle w:val="ListNumber"/>
      </w:pPr>
      <w:r>
        <w:t>Test the kill switch for a production system as part of the assurance cycle, confirming that suspension can be executed within the target time and that the manual fallback operates. (Chief AI Officer with the business owner)</w:t>
      </w:r>
    </w:p>
    <w:p w14:paraId="35403171" w14:textId="77777777" w:rsidR="00E2764D" w:rsidRDefault="00F75996">
      <w:pPr>
        <w:pStyle w:val="ListNumber"/>
      </w:pPr>
      <w:r>
        <w:t>Conduct a rehearsal of an external evidence request, timing the assembly of a complete pack for one Tier 1 system and recording what was missing. (Chief AI Officer with the General Counsel)</w:t>
      </w:r>
    </w:p>
    <w:p w14:paraId="7AB579A4" w14:textId="77777777" w:rsidR="00E2764D" w:rsidRDefault="00F75996">
      <w:pPr>
        <w:pStyle w:val="ListNumber"/>
      </w:pPr>
      <w:r>
        <w:t>Obtain council approval to apply the gates to all new and changed systems from a communicated effective date, with a defined remediation period for existing systems. (AI Governance Council)</w:t>
      </w:r>
    </w:p>
    <w:p w14:paraId="1F088543" w14:textId="77777777" w:rsidR="00E2764D" w:rsidRDefault="00F75996">
      <w:pPr>
        <w:pStyle w:val="ListNumber"/>
      </w:pPr>
      <w:r>
        <w:lastRenderedPageBreak/>
        <w:t>Review the mandate after one quarter against the metrics in Section 18.2.8, adjusting thresholds where they are producing findings without control value. (Chief AI Officer)</w:t>
      </w:r>
    </w:p>
    <w:p w14:paraId="24ED1869" w14:textId="77777777" w:rsidR="00E2764D" w:rsidRDefault="00F75996">
      <w:r>
        <w:t>The phasing below assumes the operating model mandate is running in parallel and that at least one production system exists to serve as the first subject.</w:t>
      </w:r>
    </w:p>
    <w:p w14:paraId="36CE290B" w14:textId="77777777" w:rsidR="00E2764D" w:rsidRDefault="00F75996">
      <w:r>
        <w:rPr>
          <w:i/>
          <w:sz w:val="20"/>
        </w:rPr>
        <w:t>Table 18.2.5 - Indicative phasing and exit criteria for the assurance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79E39C97" w14:textId="77777777">
        <w:trPr>
          <w:tblHeader/>
        </w:trPr>
        <w:tc>
          <w:tcPr>
            <w:tcW w:w="3120" w:type="dxa"/>
            <w:shd w:val="clear" w:color="auto" w:fill="D5E8F0"/>
          </w:tcPr>
          <w:p w14:paraId="1E096DFB" w14:textId="77777777" w:rsidR="00E2764D" w:rsidRDefault="00F75996">
            <w:r>
              <w:rPr>
                <w:b/>
                <w:sz w:val="20"/>
              </w:rPr>
              <w:t>Phase</w:t>
            </w:r>
          </w:p>
        </w:tc>
        <w:tc>
          <w:tcPr>
            <w:tcW w:w="3120" w:type="dxa"/>
            <w:shd w:val="clear" w:color="auto" w:fill="D5E8F0"/>
          </w:tcPr>
          <w:p w14:paraId="6ACCE7A2" w14:textId="77777777" w:rsidR="00E2764D" w:rsidRDefault="00F75996">
            <w:r>
              <w:rPr>
                <w:b/>
                <w:sz w:val="20"/>
              </w:rPr>
              <w:t>Duration (indicative)</w:t>
            </w:r>
          </w:p>
        </w:tc>
        <w:tc>
          <w:tcPr>
            <w:tcW w:w="3120" w:type="dxa"/>
            <w:shd w:val="clear" w:color="auto" w:fill="D5E8F0"/>
          </w:tcPr>
          <w:p w14:paraId="51DF2D8F" w14:textId="77777777" w:rsidR="00E2764D" w:rsidRDefault="00F75996">
            <w:r>
              <w:rPr>
                <w:b/>
                <w:sz w:val="20"/>
              </w:rPr>
              <w:t>Exit Criteria</w:t>
            </w:r>
          </w:p>
        </w:tc>
      </w:tr>
      <w:tr w:rsidR="00E2764D" w14:paraId="107990BC" w14:textId="77777777">
        <w:tc>
          <w:tcPr>
            <w:tcW w:w="3120" w:type="dxa"/>
          </w:tcPr>
          <w:p w14:paraId="2BFB3E4C" w14:textId="77777777" w:rsidR="00E2764D" w:rsidRDefault="00F75996">
            <w:r>
              <w:rPr>
                <w:sz w:val="20"/>
              </w:rPr>
              <w:t>Authority and evidence definition</w:t>
            </w:r>
          </w:p>
        </w:tc>
        <w:tc>
          <w:tcPr>
            <w:tcW w:w="3120" w:type="dxa"/>
          </w:tcPr>
          <w:p w14:paraId="6091C3BF" w14:textId="77777777" w:rsidR="00E2764D" w:rsidRDefault="00F75996">
            <w:r>
              <w:rPr>
                <w:sz w:val="20"/>
              </w:rPr>
              <w:t>Weeks 1 to 4</w:t>
            </w:r>
          </w:p>
        </w:tc>
        <w:tc>
          <w:tcPr>
            <w:tcW w:w="3120" w:type="dxa"/>
          </w:tcPr>
          <w:p w14:paraId="530F63EE" w14:textId="77777777" w:rsidR="00E2764D" w:rsidRDefault="00F75996">
            <w:r>
              <w:rPr>
                <w:sz w:val="20"/>
              </w:rPr>
              <w:t>Blocking authority confirmed by the council, evaluation lead appointed, and the evidence set defined per tier and mapped to obligations</w:t>
            </w:r>
          </w:p>
        </w:tc>
      </w:tr>
      <w:tr w:rsidR="00E2764D" w14:paraId="23EE8F19" w14:textId="77777777">
        <w:tc>
          <w:tcPr>
            <w:tcW w:w="3120" w:type="dxa"/>
          </w:tcPr>
          <w:p w14:paraId="22B225A9" w14:textId="77777777" w:rsidR="00E2764D" w:rsidRDefault="00F75996">
            <w:r>
              <w:rPr>
                <w:sz w:val="20"/>
              </w:rPr>
              <w:t>Harness and repository build</w:t>
            </w:r>
          </w:p>
        </w:tc>
        <w:tc>
          <w:tcPr>
            <w:tcW w:w="3120" w:type="dxa"/>
          </w:tcPr>
          <w:p w14:paraId="275B8210" w14:textId="77777777" w:rsidR="00E2764D" w:rsidRDefault="00F75996">
            <w:r>
              <w:rPr>
                <w:sz w:val="20"/>
              </w:rPr>
              <w:t>Weeks 3 to 10</w:t>
            </w:r>
          </w:p>
        </w:tc>
        <w:tc>
          <w:tcPr>
            <w:tcW w:w="3120" w:type="dxa"/>
          </w:tcPr>
          <w:p w14:paraId="7C996618" w14:textId="77777777" w:rsidR="00E2764D" w:rsidRDefault="00F75996">
            <w:r>
              <w:rPr>
                <w:sz w:val="20"/>
              </w:rPr>
              <w:t>Evaluation harness deployed with reserved quota, evaluation set repository classified and version controlled, and the first curated set built</w:t>
            </w:r>
          </w:p>
        </w:tc>
      </w:tr>
      <w:tr w:rsidR="00E2764D" w14:paraId="3654523C" w14:textId="77777777">
        <w:tc>
          <w:tcPr>
            <w:tcW w:w="3120" w:type="dxa"/>
          </w:tcPr>
          <w:p w14:paraId="11F4669C" w14:textId="77777777" w:rsidR="00E2764D" w:rsidRDefault="00F75996">
            <w:r>
              <w:rPr>
                <w:sz w:val="20"/>
              </w:rPr>
              <w:t>Gate implementation</w:t>
            </w:r>
          </w:p>
        </w:tc>
        <w:tc>
          <w:tcPr>
            <w:tcW w:w="3120" w:type="dxa"/>
          </w:tcPr>
          <w:p w14:paraId="68112ECF" w14:textId="77777777" w:rsidR="00E2764D" w:rsidRDefault="00F75996">
            <w:r>
              <w:rPr>
                <w:sz w:val="20"/>
              </w:rPr>
              <w:t>Weeks 8 to 14</w:t>
            </w:r>
          </w:p>
        </w:tc>
        <w:tc>
          <w:tcPr>
            <w:tcW w:w="3120" w:type="dxa"/>
          </w:tcPr>
          <w:p w14:paraId="763DA79E" w14:textId="77777777" w:rsidR="00E2764D" w:rsidRDefault="00F75996">
            <w:r>
              <w:rPr>
                <w:sz w:val="20"/>
              </w:rPr>
              <w:t>Evaluation and adversarial stages enforced at organization scope, exception path defined and restricted, and the regression baseline recorded</w:t>
            </w:r>
          </w:p>
        </w:tc>
      </w:tr>
      <w:tr w:rsidR="00E2764D" w14:paraId="0E47B878" w14:textId="77777777">
        <w:tc>
          <w:tcPr>
            <w:tcW w:w="3120" w:type="dxa"/>
          </w:tcPr>
          <w:p w14:paraId="5BE388C2" w14:textId="77777777" w:rsidR="00E2764D" w:rsidRDefault="00F75996">
            <w:r>
              <w:rPr>
                <w:sz w:val="20"/>
              </w:rPr>
              <w:t>Retrospective remediation</w:t>
            </w:r>
          </w:p>
        </w:tc>
        <w:tc>
          <w:tcPr>
            <w:tcW w:w="3120" w:type="dxa"/>
          </w:tcPr>
          <w:p w14:paraId="430266D3" w14:textId="77777777" w:rsidR="00E2764D" w:rsidRDefault="00F75996">
            <w:r>
              <w:rPr>
                <w:sz w:val="20"/>
              </w:rPr>
              <w:t>Weeks 10 to 22</w:t>
            </w:r>
          </w:p>
        </w:tc>
        <w:tc>
          <w:tcPr>
            <w:tcW w:w="3120" w:type="dxa"/>
          </w:tcPr>
          <w:p w14:paraId="4E2F7927" w14:textId="77777777" w:rsidR="00E2764D" w:rsidRDefault="00F75996">
            <w:r>
              <w:rPr>
                <w:sz w:val="20"/>
              </w:rPr>
              <w:t>Impact assessments, technical documentation, and evaluation sets complete for every existing Tier 1 and Tier 2 production system</w:t>
            </w:r>
          </w:p>
        </w:tc>
      </w:tr>
      <w:tr w:rsidR="00E2764D" w14:paraId="36AF3A20" w14:textId="77777777">
        <w:tc>
          <w:tcPr>
            <w:tcW w:w="3120" w:type="dxa"/>
          </w:tcPr>
          <w:p w14:paraId="707C8B43" w14:textId="77777777" w:rsidR="00E2764D" w:rsidRDefault="00F75996">
            <w:r>
              <w:rPr>
                <w:sz w:val="20"/>
              </w:rPr>
              <w:t>Standing assurance operation</w:t>
            </w:r>
          </w:p>
        </w:tc>
        <w:tc>
          <w:tcPr>
            <w:tcW w:w="3120" w:type="dxa"/>
          </w:tcPr>
          <w:p w14:paraId="74F787F7" w14:textId="77777777" w:rsidR="00E2764D" w:rsidRDefault="00F75996">
            <w:r>
              <w:rPr>
                <w:sz w:val="20"/>
              </w:rPr>
              <w:t>Weeks 20 to 26</w:t>
            </w:r>
          </w:p>
        </w:tc>
        <w:tc>
          <w:tcPr>
            <w:tcW w:w="3120" w:type="dxa"/>
          </w:tcPr>
          <w:p w14:paraId="57280E08" w14:textId="77777777" w:rsidR="00E2764D" w:rsidRDefault="00F75996">
            <w:r>
              <w:rPr>
                <w:sz w:val="20"/>
              </w:rPr>
              <w:t>Drift monitoring and scheduled re-evaluation live, reporting published, evidence request rehearsed, and gates mandatory by council decision</w:t>
            </w:r>
          </w:p>
        </w:tc>
      </w:tr>
    </w:tbl>
    <w:p w14:paraId="7B55A2B5" w14:textId="77777777" w:rsidR="00E2764D" w:rsidRDefault="00E2764D"/>
    <w:p w14:paraId="1F4FE5BA" w14:textId="77777777" w:rsidR="00E2764D" w:rsidRDefault="00F75996">
      <w:pPr>
        <w:pStyle w:val="Heading3"/>
      </w:pPr>
      <w:bookmarkStart w:id="112" w:name="_Toc241649780"/>
      <w:r>
        <w:t>18.2.6 Benefits of This Mandate</w:t>
      </w:r>
      <w:bookmarkEnd w:id="112"/>
    </w:p>
    <w:p w14:paraId="572CE0AB" w14:textId="77777777" w:rsidR="00E2764D" w:rsidRDefault="00F75996">
      <w:r>
        <w:t>The benefits here are principally the avoidance of loss and the preservation of the organization's ability to operate AI at all under scrutiny. They should be measured, because an assurance function that cannot demonstrate its own effect is vulnerable to being cut in the first cost exercise.</w:t>
      </w:r>
    </w:p>
    <w:p w14:paraId="6FB3E0A0" w14:textId="77777777" w:rsidR="00E2764D" w:rsidRDefault="00F75996">
      <w:r>
        <w:rPr>
          <w:i/>
          <w:sz w:val="20"/>
        </w:rPr>
        <w:t>Table 18.2.6 - Benefit categories for the assurance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34CC8444" w14:textId="77777777">
        <w:trPr>
          <w:tblHeader/>
        </w:trPr>
        <w:tc>
          <w:tcPr>
            <w:tcW w:w="3120" w:type="dxa"/>
            <w:shd w:val="clear" w:color="auto" w:fill="D5E8F0"/>
          </w:tcPr>
          <w:p w14:paraId="62BD5887" w14:textId="77777777" w:rsidR="00E2764D" w:rsidRDefault="00F75996">
            <w:r>
              <w:rPr>
                <w:b/>
                <w:sz w:val="20"/>
              </w:rPr>
              <w:lastRenderedPageBreak/>
              <w:t>Benefit Category</w:t>
            </w:r>
          </w:p>
        </w:tc>
        <w:tc>
          <w:tcPr>
            <w:tcW w:w="3120" w:type="dxa"/>
            <w:shd w:val="clear" w:color="auto" w:fill="D5E8F0"/>
          </w:tcPr>
          <w:p w14:paraId="14FA1D5F" w14:textId="77777777" w:rsidR="00E2764D" w:rsidRDefault="00F75996">
            <w:r>
              <w:rPr>
                <w:b/>
                <w:sz w:val="20"/>
              </w:rPr>
              <w:t>Description</w:t>
            </w:r>
          </w:p>
        </w:tc>
        <w:tc>
          <w:tcPr>
            <w:tcW w:w="3120" w:type="dxa"/>
            <w:shd w:val="clear" w:color="auto" w:fill="D5E8F0"/>
          </w:tcPr>
          <w:p w14:paraId="5A456F52" w14:textId="77777777" w:rsidR="00E2764D" w:rsidRDefault="00F75996">
            <w:r>
              <w:rPr>
                <w:b/>
                <w:sz w:val="20"/>
              </w:rPr>
              <w:t>Illustrative Metric</w:t>
            </w:r>
          </w:p>
        </w:tc>
      </w:tr>
      <w:tr w:rsidR="00E2764D" w14:paraId="71F50C4B" w14:textId="77777777">
        <w:tc>
          <w:tcPr>
            <w:tcW w:w="3120" w:type="dxa"/>
          </w:tcPr>
          <w:p w14:paraId="24FAF8A0" w14:textId="77777777" w:rsidR="00E2764D" w:rsidRDefault="00F75996">
            <w:r>
              <w:rPr>
                <w:sz w:val="20"/>
              </w:rPr>
              <w:t>Defects prevented before release</w:t>
            </w:r>
          </w:p>
        </w:tc>
        <w:tc>
          <w:tcPr>
            <w:tcW w:w="3120" w:type="dxa"/>
          </w:tcPr>
          <w:p w14:paraId="4B20D662" w14:textId="77777777" w:rsidR="00E2764D" w:rsidRDefault="00F75996">
            <w:r>
              <w:rPr>
                <w:sz w:val="20"/>
              </w:rPr>
              <w:t>Regression and adversarial gates stop faulty changes reaching production, where the cost of a defect is materially higher and may involve a customer</w:t>
            </w:r>
          </w:p>
        </w:tc>
        <w:tc>
          <w:tcPr>
            <w:tcW w:w="3120" w:type="dxa"/>
          </w:tcPr>
          <w:p w14:paraId="45CD59A6" w14:textId="77777777" w:rsidR="00E2764D" w:rsidRDefault="00F75996">
            <w:r>
              <w:rPr>
                <w:sz w:val="20"/>
              </w:rPr>
              <w:t>Count of releases blocked by a gate, and the proportion later confirmed as genuine defects rather than threshold artifacts</w:t>
            </w:r>
          </w:p>
        </w:tc>
      </w:tr>
      <w:tr w:rsidR="00E2764D" w14:paraId="35BD96E2" w14:textId="77777777">
        <w:tc>
          <w:tcPr>
            <w:tcW w:w="3120" w:type="dxa"/>
          </w:tcPr>
          <w:p w14:paraId="60E59507" w14:textId="77777777" w:rsidR="00E2764D" w:rsidRDefault="00F75996">
            <w:r>
              <w:rPr>
                <w:sz w:val="20"/>
              </w:rPr>
              <w:t>Degradation detected in service</w:t>
            </w:r>
          </w:p>
        </w:tc>
        <w:tc>
          <w:tcPr>
            <w:tcW w:w="3120" w:type="dxa"/>
          </w:tcPr>
          <w:p w14:paraId="62930A14" w14:textId="77777777" w:rsidR="00E2764D" w:rsidRDefault="00F75996">
            <w:r>
              <w:rPr>
                <w:sz w:val="20"/>
              </w:rPr>
              <w:t>Scheduled re-evaluation and drift monitoring identify systems that have deteriorated without any change being made to them</w:t>
            </w:r>
          </w:p>
        </w:tc>
        <w:tc>
          <w:tcPr>
            <w:tcW w:w="3120" w:type="dxa"/>
          </w:tcPr>
          <w:p w14:paraId="3DF6879E" w14:textId="77777777" w:rsidR="00E2764D" w:rsidRDefault="00F75996">
            <w:r>
              <w:rPr>
                <w:sz w:val="20"/>
              </w:rPr>
              <w:t>Count of production systems where scheduled re-evaluation detected regression, and elapsed time from onset to detection</w:t>
            </w:r>
          </w:p>
        </w:tc>
      </w:tr>
      <w:tr w:rsidR="00E2764D" w14:paraId="7F036686" w14:textId="77777777">
        <w:tc>
          <w:tcPr>
            <w:tcW w:w="3120" w:type="dxa"/>
          </w:tcPr>
          <w:p w14:paraId="455237D0" w14:textId="77777777" w:rsidR="00E2764D" w:rsidRDefault="00F75996">
            <w:r>
              <w:rPr>
                <w:sz w:val="20"/>
              </w:rPr>
              <w:t>Examination readiness</w:t>
            </w:r>
          </w:p>
        </w:tc>
        <w:tc>
          <w:tcPr>
            <w:tcW w:w="3120" w:type="dxa"/>
          </w:tcPr>
          <w:p w14:paraId="7E340CFC" w14:textId="77777777" w:rsidR="00E2764D" w:rsidRDefault="00F75996">
            <w:r>
              <w:rPr>
                <w:sz w:val="20"/>
              </w:rPr>
              <w:t>External requests are answered from maintained records rather than through a reconstruction project that occupies senior staff for weeks</w:t>
            </w:r>
          </w:p>
        </w:tc>
        <w:tc>
          <w:tcPr>
            <w:tcW w:w="3120" w:type="dxa"/>
          </w:tcPr>
          <w:p w14:paraId="2DE32B5D" w14:textId="77777777" w:rsidR="00E2764D" w:rsidRDefault="00F75996">
            <w:r>
              <w:rPr>
                <w:sz w:val="20"/>
              </w:rPr>
              <w:t>Elapsed time to assemble a complete evidence pack for a nominated system, measured in periodic rehearsals against the initial baseline</w:t>
            </w:r>
          </w:p>
        </w:tc>
      </w:tr>
      <w:tr w:rsidR="00E2764D" w14:paraId="382A5EC6" w14:textId="77777777">
        <w:tc>
          <w:tcPr>
            <w:tcW w:w="3120" w:type="dxa"/>
          </w:tcPr>
          <w:p w14:paraId="4081176B" w14:textId="77777777" w:rsidR="00E2764D" w:rsidRDefault="00F75996">
            <w:r>
              <w:rPr>
                <w:sz w:val="20"/>
              </w:rPr>
              <w:t>Reduced remediation cost</w:t>
            </w:r>
          </w:p>
        </w:tc>
        <w:tc>
          <w:tcPr>
            <w:tcW w:w="3120" w:type="dxa"/>
          </w:tcPr>
          <w:p w14:paraId="336C3DB6" w14:textId="77777777" w:rsidR="00E2764D" w:rsidRDefault="00F75996">
            <w:r>
              <w:rPr>
                <w:sz w:val="20"/>
              </w:rPr>
              <w:t>Impact assessments completed during design surface constraints while the design can still change inexpensively</w:t>
            </w:r>
          </w:p>
        </w:tc>
        <w:tc>
          <w:tcPr>
            <w:tcW w:w="3120" w:type="dxa"/>
          </w:tcPr>
          <w:p w14:paraId="5A8840CA" w14:textId="77777777" w:rsidR="00E2764D" w:rsidRDefault="00F75996">
            <w:r>
              <w:rPr>
                <w:sz w:val="20"/>
              </w:rPr>
              <w:t>Proportion of assessment findings raised at design stage rather than at pre-launch review</w:t>
            </w:r>
          </w:p>
        </w:tc>
      </w:tr>
      <w:tr w:rsidR="00E2764D" w14:paraId="3B16EF05" w14:textId="77777777">
        <w:tc>
          <w:tcPr>
            <w:tcW w:w="3120" w:type="dxa"/>
          </w:tcPr>
          <w:p w14:paraId="4C82A028" w14:textId="77777777" w:rsidR="00E2764D" w:rsidRDefault="00F75996">
            <w:r>
              <w:rPr>
                <w:sz w:val="20"/>
              </w:rPr>
              <w:t>Lower incident severity</w:t>
            </w:r>
          </w:p>
        </w:tc>
        <w:tc>
          <w:tcPr>
            <w:tcW w:w="3120" w:type="dxa"/>
          </w:tcPr>
          <w:p w14:paraId="4A46EA49" w14:textId="77777777" w:rsidR="00E2764D" w:rsidRDefault="00F75996">
            <w:r>
              <w:rPr>
                <w:sz w:val="20"/>
              </w:rPr>
              <w:t>Systems released through evaluation and adversarial gates produce fewer high-severity incidents and are contained faster when incidents occur</w:t>
            </w:r>
          </w:p>
        </w:tc>
        <w:tc>
          <w:tcPr>
            <w:tcW w:w="3120" w:type="dxa"/>
          </w:tcPr>
          <w:p w14:paraId="1D96BE80" w14:textId="77777777" w:rsidR="00E2764D" w:rsidRDefault="00F75996">
            <w:r>
              <w:rPr>
                <w:sz w:val="20"/>
              </w:rPr>
              <w:t>Severity distribution and time to containment of AI incidents under Section 13.1, compared to the pre-gate baseline</w:t>
            </w:r>
          </w:p>
        </w:tc>
      </w:tr>
      <w:tr w:rsidR="00E2764D" w14:paraId="70AF3C5A" w14:textId="77777777">
        <w:tc>
          <w:tcPr>
            <w:tcW w:w="3120" w:type="dxa"/>
          </w:tcPr>
          <w:p w14:paraId="79DC6755" w14:textId="77777777" w:rsidR="00E2764D" w:rsidRDefault="00F75996">
            <w:r>
              <w:rPr>
                <w:sz w:val="20"/>
              </w:rPr>
              <w:t>Faster approvals for well-evidenced work</w:t>
            </w:r>
          </w:p>
        </w:tc>
        <w:tc>
          <w:tcPr>
            <w:tcW w:w="3120" w:type="dxa"/>
          </w:tcPr>
          <w:p w14:paraId="177523E3" w14:textId="77777777" w:rsidR="00E2764D" w:rsidRDefault="00F75996">
            <w:r>
              <w:rPr>
                <w:sz w:val="20"/>
              </w:rPr>
              <w:t>Proposals arriving with complete assessments and evaluation evidence move through governance faster, which rewards the behavior the officer wants</w:t>
            </w:r>
          </w:p>
        </w:tc>
        <w:tc>
          <w:tcPr>
            <w:tcW w:w="3120" w:type="dxa"/>
          </w:tcPr>
          <w:p w14:paraId="03EE869F" w14:textId="77777777" w:rsidR="00E2764D" w:rsidRDefault="00F75996">
            <w:r>
              <w:rPr>
                <w:sz w:val="20"/>
              </w:rPr>
              <w:t>Median time from gate seven to release decision for proposals with complete evidence versus incomplete</w:t>
            </w:r>
          </w:p>
        </w:tc>
      </w:tr>
      <w:tr w:rsidR="00E2764D" w14:paraId="7FE0A671" w14:textId="77777777">
        <w:tc>
          <w:tcPr>
            <w:tcW w:w="3120" w:type="dxa"/>
          </w:tcPr>
          <w:p w14:paraId="0DAB4A8D" w14:textId="77777777" w:rsidR="00E2764D" w:rsidRDefault="00F75996">
            <w:r>
              <w:rPr>
                <w:sz w:val="20"/>
              </w:rPr>
              <w:t>Demonstrable control operation</w:t>
            </w:r>
          </w:p>
        </w:tc>
        <w:tc>
          <w:tcPr>
            <w:tcW w:w="3120" w:type="dxa"/>
          </w:tcPr>
          <w:p w14:paraId="7F57AE74" w14:textId="77777777" w:rsidR="00E2764D" w:rsidRDefault="00F75996">
            <w:r>
              <w:rPr>
                <w:sz w:val="20"/>
              </w:rPr>
              <w:t>The organization can show not only that controls exist but that they operated continuously, which is the standard auditors apply</w:t>
            </w:r>
          </w:p>
        </w:tc>
        <w:tc>
          <w:tcPr>
            <w:tcW w:w="3120" w:type="dxa"/>
          </w:tcPr>
          <w:p w14:paraId="61CC90EC" w14:textId="77777777" w:rsidR="00E2764D" w:rsidRDefault="00F75996">
            <w:r>
              <w:rPr>
                <w:sz w:val="20"/>
              </w:rPr>
              <w:t>Proportion of production systems with unbroken evaluation, monitoring, and review records across the reporting period</w:t>
            </w:r>
          </w:p>
        </w:tc>
      </w:tr>
      <w:tr w:rsidR="00E2764D" w14:paraId="68769284" w14:textId="77777777">
        <w:tc>
          <w:tcPr>
            <w:tcW w:w="3120" w:type="dxa"/>
          </w:tcPr>
          <w:p w14:paraId="685E2ECA" w14:textId="77777777" w:rsidR="00E2764D" w:rsidRDefault="00F75996">
            <w:r>
              <w:rPr>
                <w:sz w:val="20"/>
              </w:rPr>
              <w:t>Vendor accountability</w:t>
            </w:r>
          </w:p>
        </w:tc>
        <w:tc>
          <w:tcPr>
            <w:tcW w:w="3120" w:type="dxa"/>
          </w:tcPr>
          <w:p w14:paraId="0035F166" w14:textId="77777777" w:rsidR="00E2764D" w:rsidRDefault="00F75996">
            <w:r>
              <w:rPr>
                <w:sz w:val="20"/>
              </w:rPr>
              <w:t>Independent evaluation of third-party AI against the organization's own evaluation sets converts vendor claims into measured facts</w:t>
            </w:r>
          </w:p>
        </w:tc>
        <w:tc>
          <w:tcPr>
            <w:tcW w:w="3120" w:type="dxa"/>
          </w:tcPr>
          <w:p w14:paraId="307A8CC1" w14:textId="77777777" w:rsidR="00E2764D" w:rsidRDefault="00F75996">
            <w:r>
              <w:rPr>
                <w:sz w:val="20"/>
              </w:rPr>
              <w:t>Count of vendor systems evaluated independently and the proportion where measured performance differed materially from the vendor's claim</w:t>
            </w:r>
          </w:p>
        </w:tc>
      </w:tr>
    </w:tbl>
    <w:p w14:paraId="27DFC857" w14:textId="77777777" w:rsidR="00E2764D" w:rsidRDefault="00E2764D"/>
    <w:p w14:paraId="4F158B25" w14:textId="77777777" w:rsidR="00E2764D" w:rsidRDefault="00F75996">
      <w:r>
        <w:lastRenderedPageBreak/>
        <w:t>For the chief executive and the board, the benefit is the ability to answer a regulator, an auditor, an insurer, or a customer with evidence rather than assurance, within days rather than weeks, and without discovering during the exercise that the evidence does not exist. It also preserves the organization's freedom to move quickly, because the controls that make a fast release safe are the same controls that make it defensible afterwards.</w:t>
      </w:r>
    </w:p>
    <w:p w14:paraId="0887E69B" w14:textId="77777777" w:rsidR="00E2764D" w:rsidRDefault="00F75996">
      <w:pPr>
        <w:pStyle w:val="Heading3"/>
      </w:pPr>
      <w:bookmarkStart w:id="113" w:name="_Toc241649781"/>
      <w:r>
        <w:t>18.2.7 Data, Systems and Integration Requirements</w:t>
      </w:r>
      <w:bookmarkEnd w:id="113"/>
    </w:p>
    <w:p w14:paraId="60A68BD1" w14:textId="77777777" w:rsidR="00E2764D" w:rsidRDefault="00F75996">
      <w:r>
        <w:t>Assurance is only as good as the records it can draw on, and several of the sources below must be collected from the moment a system is built because they cannot be recreated afterwards. The cohort data required for fairness testing is the clearest example.</w:t>
      </w:r>
    </w:p>
    <w:p w14:paraId="704EC403" w14:textId="77777777" w:rsidR="00E2764D" w:rsidRDefault="00F75996">
      <w:pPr>
        <w:pStyle w:val="ListBullet"/>
      </w:pPr>
      <w:r>
        <w:rPr>
          <w:b/>
        </w:rPr>
        <w:t>Curated evaluation sets per system</w:t>
      </w:r>
      <w:r>
        <w:t>: representative real cases with expert-defined correct answers, versioned, refreshed at least semi-annually and whenever the system's scope changes, and classified according to the sensitivity of their content.</w:t>
      </w:r>
    </w:p>
    <w:p w14:paraId="18C2A74B" w14:textId="77777777" w:rsidR="00E2764D" w:rsidRDefault="00F75996">
      <w:pPr>
        <w:pStyle w:val="ListBullet"/>
      </w:pPr>
      <w:r>
        <w:rPr>
          <w:b/>
        </w:rPr>
        <w:t>Production interaction telemetry</w:t>
      </w:r>
      <w:r>
        <w:t>: request metadata, retrieved source references, latency, safety classification events, and outcome, emitted continuously to the published schema and excluding content the privacy office has prohibited from capture.</w:t>
      </w:r>
    </w:p>
    <w:p w14:paraId="7E98B9FD" w14:textId="77777777" w:rsidR="00E2764D" w:rsidRDefault="00F75996">
      <w:pPr>
        <w:pStyle w:val="ListBullet"/>
      </w:pPr>
      <w:r>
        <w:rPr>
          <w:b/>
        </w:rPr>
        <w:t>Reviewer override and correction events</w:t>
      </w:r>
      <w:r>
        <w:t>: captured from the application at the point of review, attributed to the named reviewer, retained as decision records under Section 10.3.</w:t>
      </w:r>
    </w:p>
    <w:p w14:paraId="442425A2" w14:textId="77777777" w:rsidR="00E2764D" w:rsidRDefault="00F75996">
      <w:pPr>
        <w:pStyle w:val="ListBullet"/>
      </w:pPr>
      <w:r>
        <w:rPr>
          <w:b/>
        </w:rPr>
        <w:t>Model and configuration version history</w:t>
      </w:r>
      <w:r>
        <w:t>: the model, prompt, retrieval configuration, and guardrail version in force for every request, so that any output can be reconstructed against the configuration that produced it.</w:t>
      </w:r>
    </w:p>
    <w:p w14:paraId="39C4821B" w14:textId="77777777" w:rsidR="00E2764D" w:rsidRDefault="00F75996">
      <w:pPr>
        <w:pStyle w:val="ListBullet"/>
      </w:pPr>
      <w:r>
        <w:rPr>
          <w:b/>
        </w:rPr>
        <w:t>Grounding content change history</w:t>
      </w:r>
      <w:r>
        <w:t>: additions, modifications, and removals in indexed repositories with timestamps, since a change in content explains more production quality shifts than a change in model.</w:t>
      </w:r>
    </w:p>
    <w:p w14:paraId="42C01FDF" w14:textId="77777777" w:rsidR="00E2764D" w:rsidRDefault="00F75996">
      <w:pPr>
        <w:pStyle w:val="ListBullet"/>
      </w:pPr>
      <w:r>
        <w:rPr>
          <w:b/>
        </w:rPr>
        <w:t>Cohort data for fairness testing</w:t>
      </w:r>
      <w:r>
        <w:t>: the attributes required to test for disparate outcomes, retained only with an established lawful basis and with the retention period defined before the system is built.</w:t>
      </w:r>
    </w:p>
    <w:p w14:paraId="5F939496" w14:textId="77777777" w:rsidR="00E2764D" w:rsidRDefault="00F75996">
      <w:pPr>
        <w:pStyle w:val="ListBullet"/>
      </w:pPr>
      <w:r>
        <w:rPr>
          <w:b/>
        </w:rPr>
        <w:t>Incident and complaint records</w:t>
      </w:r>
      <w:r>
        <w:t>: from the incident process in Section 13.1 and from customer complaint channels, joined on the system identifier to reveal quality issues that telemetry alone does not surface.</w:t>
      </w:r>
    </w:p>
    <w:p w14:paraId="3BB831E2" w14:textId="77777777" w:rsidR="00E2764D" w:rsidRDefault="00F75996">
      <w:pPr>
        <w:pStyle w:val="ListBullet"/>
      </w:pPr>
      <w:r>
        <w:rPr>
          <w:b/>
        </w:rPr>
        <w:t>Inventory and approval records</w:t>
      </w:r>
      <w:r>
        <w:t>: from the governance mechanism in Section 18.1, providing the tier, ownership, and approval context that gives evaluation results their meaning.</w:t>
      </w:r>
    </w:p>
    <w:p w14:paraId="245E7A74" w14:textId="77777777" w:rsidR="00E2764D" w:rsidRDefault="00F75996">
      <w:pPr>
        <w:pStyle w:val="ListBullet"/>
      </w:pPr>
      <w:r>
        <w:rPr>
          <w:b/>
        </w:rPr>
        <w:t>Vendor documentation and assurance artifacts</w:t>
      </w:r>
      <w:r>
        <w:t>: model documentation, evaluation results, and certifications collected under Section 14.1, refreshed on the monitoring cycle.</w:t>
      </w:r>
    </w:p>
    <w:p w14:paraId="578C7554" w14:textId="77777777" w:rsidR="00E2764D" w:rsidRDefault="00F75996">
      <w:pPr>
        <w:pStyle w:val="ListBullet"/>
      </w:pPr>
      <w:r>
        <w:rPr>
          <w:b/>
        </w:rPr>
        <w:t>Regulatory obligation mapping</w:t>
      </w:r>
      <w:r>
        <w:t>: maintained with counsel under Section 11.3, refreshed at least annually, providing the link between each evidence item and the obligation it satisfies.</w:t>
      </w:r>
    </w:p>
    <w:p w14:paraId="427DF267" w14:textId="77777777" w:rsidR="00E2764D" w:rsidRDefault="00F75996">
      <w:pPr>
        <w:pStyle w:val="Heading3"/>
      </w:pPr>
      <w:bookmarkStart w:id="114" w:name="_Toc241649782"/>
      <w:r>
        <w:t>18.2.8 Success Metrics (KPIs)</w:t>
      </w:r>
      <w:bookmarkEnd w:id="114"/>
    </w:p>
    <w:p w14:paraId="74C93FEB" w14:textId="77777777" w:rsidR="00E2764D" w:rsidRDefault="00F75996">
      <w:r>
        <w:t>These measures are reported quarterly to the board within the risk and assurance element of the pack in Section 17.3. The third is the measure most likely to be tested without warning.</w:t>
      </w:r>
    </w:p>
    <w:p w14:paraId="67A606CA" w14:textId="77777777" w:rsidR="00E2764D" w:rsidRDefault="00F75996">
      <w:pPr>
        <w:pStyle w:val="ListBullet"/>
      </w:pPr>
      <w:r>
        <w:rPr>
          <w:b/>
        </w:rPr>
        <w:lastRenderedPageBreak/>
        <w:t>Evaluation coverage</w:t>
      </w:r>
      <w:r>
        <w:t>: the proportion of production systems holding a current curated evaluation set and a recorded release floor, measured in the assurance data foundation and reported monthly.</w:t>
      </w:r>
    </w:p>
    <w:p w14:paraId="675F6D4A" w14:textId="77777777" w:rsidR="00E2764D" w:rsidRDefault="00F75996">
      <w:pPr>
        <w:pStyle w:val="ListBullet"/>
      </w:pPr>
      <w:r>
        <w:rPr>
          <w:b/>
        </w:rPr>
        <w:t>Gate effectiveness</w:t>
      </w:r>
      <w:r>
        <w:t>: the count of releases blocked by evaluation or adversarial gates and the proportion subsequently confirmed as genuine defects, measured in Azure DevOps pipeline history.</w:t>
      </w:r>
    </w:p>
    <w:p w14:paraId="52F09E07" w14:textId="77777777" w:rsidR="00E2764D" w:rsidRDefault="00F75996">
      <w:pPr>
        <w:pStyle w:val="ListBullet"/>
      </w:pPr>
      <w:r>
        <w:rPr>
          <w:b/>
        </w:rPr>
        <w:t>Time to assemble an evidence pack</w:t>
      </w:r>
      <w:r>
        <w:t>: elapsed hours to produce a complete evidence set for a nominated Tier 1 system, measured through unannounced rehearsals conducted at least twice a year. This is the measure on which the officer should expect to be tested personally by the audit committee.</w:t>
      </w:r>
    </w:p>
    <w:p w14:paraId="73EB4CD4" w14:textId="77777777" w:rsidR="00E2764D" w:rsidRDefault="00F75996">
      <w:pPr>
        <w:pStyle w:val="ListBullet"/>
      </w:pPr>
      <w:r>
        <w:rPr>
          <w:b/>
        </w:rPr>
        <w:t>Documentation currency</w:t>
      </w:r>
      <w:r>
        <w:t>: the proportion of production systems whose technical documentation and impact assessment reflect the current configuration, measured through sampling at each quarterly review.</w:t>
      </w:r>
    </w:p>
    <w:p w14:paraId="24EF5C80" w14:textId="77777777" w:rsidR="00E2764D" w:rsidRDefault="00F75996">
      <w:pPr>
        <w:pStyle w:val="ListBullet"/>
      </w:pPr>
      <w:r>
        <w:rPr>
          <w:b/>
        </w:rPr>
        <w:t>Detected degradation</w:t>
      </w:r>
      <w:r>
        <w:t>: the count of systems where scheduled re-evaluation or drift monitoring identified regression, and the elapsed time from onset to detection, measured in the assurance foundation.</w:t>
      </w:r>
    </w:p>
    <w:p w14:paraId="0DBC5B2B" w14:textId="77777777" w:rsidR="00E2764D" w:rsidRDefault="00F75996">
      <w:pPr>
        <w:pStyle w:val="ListBullet"/>
      </w:pPr>
      <w:r>
        <w:rPr>
          <w:b/>
        </w:rPr>
        <w:t>Adversarial finding remediation</w:t>
      </w:r>
      <w:r>
        <w:t>: the proportion of findings above the agreed severity remediated before release, and the count of exceptions granted by the officer with their expiry status.</w:t>
      </w:r>
    </w:p>
    <w:p w14:paraId="0E022ABC" w14:textId="77777777" w:rsidR="00E2764D" w:rsidRDefault="00F75996">
      <w:pPr>
        <w:pStyle w:val="ListBullet"/>
      </w:pPr>
      <w:r>
        <w:rPr>
          <w:b/>
        </w:rPr>
        <w:t>Fairness testing coverage</w:t>
      </w:r>
      <w:r>
        <w:t>: the proportion of systems with consequential effect that have completed cohort testing within the required period, measured in the inventory.</w:t>
      </w:r>
    </w:p>
    <w:p w14:paraId="042E24EC" w14:textId="77777777" w:rsidR="00E2764D" w:rsidRDefault="00F75996">
      <w:pPr>
        <w:pStyle w:val="ListBullet"/>
      </w:pPr>
      <w:r>
        <w:rPr>
          <w:b/>
        </w:rPr>
        <w:t>Control operation continuity</w:t>
      </w:r>
      <w:r>
        <w:t>: the proportion of the reporting period during which monitoring, safety filtering, and logging operated without gap for each production system, measured in Azure Monitor and Microsoft Sentinel.</w:t>
      </w:r>
    </w:p>
    <w:p w14:paraId="794B352B" w14:textId="77777777" w:rsidR="00E2764D" w:rsidRDefault="00F75996">
      <w:pPr>
        <w:pStyle w:val="Heading3"/>
      </w:pPr>
      <w:bookmarkStart w:id="115" w:name="_Toc241649783"/>
      <w:r>
        <w:t>18.2.9 Risk, Governance and Human Oversight</w:t>
      </w:r>
      <w:bookmarkEnd w:id="115"/>
    </w:p>
    <w:p w14:paraId="55439EBE" w14:textId="77777777" w:rsidR="00E2764D" w:rsidRDefault="00F75996">
      <w:r>
        <w:t>The assurance capability holds the most sensitive material in the AI estate, comprising representative real examples, unremediated findings, and evidence relied on in external filings. It is therefore governed as a controlled system in its own right under the provisions below.</w:t>
      </w:r>
    </w:p>
    <w:p w14:paraId="1E2DBD10" w14:textId="77777777" w:rsidR="00E2764D" w:rsidRDefault="00F75996">
      <w:pPr>
        <w:pStyle w:val="ListBullet"/>
      </w:pPr>
      <w:r>
        <w:rPr>
          <w:b/>
        </w:rPr>
        <w:t>Risk tier assignment</w:t>
      </w:r>
      <w:r>
        <w:t>: this mandate is assigned Tier 2. Evaluation sets and assurance records frequently contain real customer and employee examples and confidential findings, and the mandate materially influences internal release decisions, but it takes no autonomous action affecting any individual.</w:t>
      </w:r>
    </w:p>
    <w:p w14:paraId="5BBAC0B7" w14:textId="77777777" w:rsidR="00E2764D" w:rsidRDefault="00F75996">
      <w:pPr>
        <w:pStyle w:val="ListBullet"/>
      </w:pPr>
      <w:r>
        <w:rPr>
          <w:b/>
        </w:rPr>
        <w:t>Deterministic guardrail enforcement</w:t>
      </w:r>
      <w:r>
        <w:t>: gates are enforced as required pipeline stages configured at organization scope, so that a delivery team cannot disable them, and threshold comparison is automated rather than a matter of interpretation.</w:t>
      </w:r>
    </w:p>
    <w:p w14:paraId="26800546" w14:textId="77777777" w:rsidR="00E2764D" w:rsidRDefault="00F75996">
      <w:pPr>
        <w:pStyle w:val="ListBullet"/>
      </w:pPr>
      <w:r>
        <w:rPr>
          <w:b/>
        </w:rPr>
        <w:t>Prohibited and human-only actions</w:t>
      </w:r>
      <w:r>
        <w:t>: granting an exception to a failed gate, changing a release floor, altering a severity threshold, and approving a Tier 1 release are human-only actions reserved to the officer or the council.</w:t>
      </w:r>
    </w:p>
    <w:p w14:paraId="18570B46" w14:textId="77777777" w:rsidR="00E2764D" w:rsidRDefault="00F75996">
      <w:pPr>
        <w:pStyle w:val="ListBullet"/>
      </w:pPr>
      <w:r>
        <w:rPr>
          <w:b/>
        </w:rPr>
        <w:t>Model-assisted grading is bounded</w:t>
      </w:r>
      <w:r>
        <w:t>: where a model is used to grade open-ended responses, its agreement with human judgment is itself measured periodically, and it is never the sole basis for a release decision on a Tier 1 system.</w:t>
      </w:r>
    </w:p>
    <w:p w14:paraId="5E5842C9" w14:textId="77777777" w:rsidR="00E2764D" w:rsidRDefault="00F75996">
      <w:pPr>
        <w:pStyle w:val="ListBullet"/>
      </w:pPr>
      <w:r>
        <w:rPr>
          <w:b/>
        </w:rPr>
        <w:lastRenderedPageBreak/>
        <w:t>Disclosure requirements</w:t>
      </w:r>
      <w:r>
        <w:t>: where evaluation sets or telemetry contain personal data, the processing is disclosed in the relevant privacy notice and covered by an impact assessment, with retention set before collection begins.</w:t>
      </w:r>
    </w:p>
    <w:p w14:paraId="7B07085C" w14:textId="77777777" w:rsidR="00E2764D" w:rsidRDefault="00F75996">
      <w:pPr>
        <w:pStyle w:val="ListBullet"/>
      </w:pPr>
      <w:r>
        <w:rPr>
          <w:b/>
        </w:rPr>
        <w:t>Bias and fairness testing</w:t>
      </w:r>
      <w:r>
        <w:t>: methodology, cohort definitions, and thresholds are agreed with legal and reviewed by the council, and results are reported irrespective of whether they are favourable.</w:t>
      </w:r>
    </w:p>
    <w:p w14:paraId="57D8AE7A" w14:textId="77777777" w:rsidR="00E2764D" w:rsidRDefault="00F75996">
      <w:pPr>
        <w:pStyle w:val="ListBullet"/>
      </w:pPr>
      <w:r>
        <w:rPr>
          <w:b/>
        </w:rPr>
        <w:t>Prompt injection red teaming as a release gate</w:t>
      </w:r>
      <w:r>
        <w:t>: adversarial testing holds blocking authority by council decision, and its findings are reported to the council with the remediation status of each.</w:t>
      </w:r>
    </w:p>
    <w:p w14:paraId="2EAA5E4E" w14:textId="77777777" w:rsidR="00E2764D" w:rsidRDefault="00F75996">
      <w:pPr>
        <w:pStyle w:val="ListBullet"/>
      </w:pPr>
      <w:r>
        <w:rPr>
          <w:b/>
        </w:rPr>
        <w:t>Kill switch</w:t>
      </w:r>
      <w:r>
        <w:t>: the assurance cycle includes periodic exercise of the suspension capability for production systems, with the result recorded, so that the control is verified rather than assumed.</w:t>
      </w:r>
    </w:p>
    <w:p w14:paraId="58F0A3F6" w14:textId="77777777" w:rsidR="00E2764D" w:rsidRDefault="00F75996">
      <w:pPr>
        <w:pStyle w:val="ListBullet"/>
      </w:pPr>
      <w:r>
        <w:rPr>
          <w:b/>
        </w:rPr>
        <w:t>Independence of the assurance function</w:t>
      </w:r>
      <w:r>
        <w:t>: the Responsible AI and Evaluation Lead reports findings without editorial control by delivery teams or by the officer, and may escalate directly to the council.</w:t>
      </w:r>
    </w:p>
    <w:p w14:paraId="22CEF51A" w14:textId="77777777" w:rsidR="00E2764D" w:rsidRDefault="00F75996">
      <w:pPr>
        <w:pStyle w:val="ListBullet"/>
      </w:pPr>
      <w:r>
        <w:rPr>
          <w:b/>
        </w:rPr>
        <w:t>Evidence integrity</w:t>
      </w:r>
      <w:r>
        <w:t>: evaluation results, assessments, and approvals are held under Microsoft Purview retention with legal hold capability, so that records cannot be altered after the fact.</w:t>
      </w:r>
    </w:p>
    <w:p w14:paraId="789DAD06" w14:textId="77777777" w:rsidR="00E2764D" w:rsidRDefault="00F75996">
      <w:pPr>
        <w:pStyle w:val="ListBullet"/>
      </w:pPr>
      <w:r>
        <w:rPr>
          <w:b/>
        </w:rPr>
        <w:t>Access control on evaluation sets</w:t>
      </w:r>
      <w:r>
        <w:t>: entitlement is restricted and recertified, since evaluation sets concentrate representative sensitive examples in one place and are an attractive target.</w:t>
      </w:r>
    </w:p>
    <w:p w14:paraId="5403C36D" w14:textId="77777777" w:rsidR="00E2764D" w:rsidRDefault="00F75996">
      <w:pPr>
        <w:pStyle w:val="Heading3"/>
      </w:pPr>
      <w:bookmarkStart w:id="116" w:name="_Toc241649784"/>
      <w:r>
        <w:t>18.2.10 Business Case Outline</w:t>
      </w:r>
      <w:bookmarkEnd w:id="116"/>
    </w:p>
    <w:p w14:paraId="2F6D1D5E" w14:textId="77777777" w:rsidR="00E2764D" w:rsidRDefault="00F75996">
      <w:r>
        <w:t>The case for assurance is a case about the cost of its absence, and it should be presented with the alternative stated plainly: the organization will produce this evidence either continuously and cheaply, or under time pressure and expensively, at a moment chosen by someone else.</w:t>
      </w:r>
    </w:p>
    <w:p w14:paraId="080C60CA" w14:textId="77777777" w:rsidR="00E2764D" w:rsidRDefault="00F75996">
      <w:r>
        <w:rPr>
          <w:i/>
          <w:sz w:val="20"/>
        </w:rPr>
        <w:t>Table 18.2.10 - Business case structure for the assurance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E2764D" w14:paraId="282F0F0D" w14:textId="77777777">
        <w:trPr>
          <w:tblHeader/>
        </w:trPr>
        <w:tc>
          <w:tcPr>
            <w:tcW w:w="4680" w:type="dxa"/>
            <w:shd w:val="clear" w:color="auto" w:fill="D5E8F0"/>
          </w:tcPr>
          <w:p w14:paraId="5DE9DD5A" w14:textId="77777777" w:rsidR="00E2764D" w:rsidRDefault="00F75996">
            <w:r>
              <w:rPr>
                <w:b/>
                <w:sz w:val="20"/>
              </w:rPr>
              <w:t>Business Case Element</w:t>
            </w:r>
          </w:p>
        </w:tc>
        <w:tc>
          <w:tcPr>
            <w:tcW w:w="4680" w:type="dxa"/>
            <w:shd w:val="clear" w:color="auto" w:fill="D5E8F0"/>
          </w:tcPr>
          <w:p w14:paraId="6FDDB9D5" w14:textId="77777777" w:rsidR="00E2764D" w:rsidRDefault="00F75996">
            <w:r>
              <w:rPr>
                <w:b/>
                <w:sz w:val="20"/>
              </w:rPr>
              <w:t>What to Document</w:t>
            </w:r>
          </w:p>
        </w:tc>
      </w:tr>
      <w:tr w:rsidR="00E2764D" w14:paraId="31E160F4" w14:textId="77777777">
        <w:tc>
          <w:tcPr>
            <w:tcW w:w="4680" w:type="dxa"/>
          </w:tcPr>
          <w:p w14:paraId="30612424" w14:textId="77777777" w:rsidR="00E2764D" w:rsidRDefault="00F75996">
            <w:r>
              <w:rPr>
                <w:sz w:val="20"/>
              </w:rPr>
              <w:t>Problem and baseline</w:t>
            </w:r>
          </w:p>
        </w:tc>
        <w:tc>
          <w:tcPr>
            <w:tcW w:w="4680" w:type="dxa"/>
          </w:tcPr>
          <w:p w14:paraId="19B43852" w14:textId="77777777" w:rsidR="00E2764D" w:rsidRDefault="00F75996">
            <w:r>
              <w:rPr>
                <w:sz w:val="20"/>
              </w:rPr>
              <w:t>Current evaluation coverage, documentation completeness, elapsed time to assemble an evidence pack, and the specific obligations the organization cannot currently evidence</w:t>
            </w:r>
          </w:p>
        </w:tc>
      </w:tr>
      <w:tr w:rsidR="00E2764D" w14:paraId="53BDE58F" w14:textId="77777777">
        <w:tc>
          <w:tcPr>
            <w:tcW w:w="4680" w:type="dxa"/>
          </w:tcPr>
          <w:p w14:paraId="2E514F34" w14:textId="77777777" w:rsidR="00E2764D" w:rsidRDefault="00F75996">
            <w:r>
              <w:rPr>
                <w:sz w:val="20"/>
              </w:rPr>
              <w:t>Scope</w:t>
            </w:r>
          </w:p>
        </w:tc>
        <w:tc>
          <w:tcPr>
            <w:tcW w:w="4680" w:type="dxa"/>
          </w:tcPr>
          <w:p w14:paraId="00583A36" w14:textId="77777777" w:rsidR="00E2764D" w:rsidRDefault="00F75996">
            <w:r>
              <w:rPr>
                <w:sz w:val="20"/>
              </w:rPr>
              <w:t>Evaluation harness, evaluation sets, adversarial testing, pipeline gates, impact assessments, technical documentation, drift monitoring, and assurance reporting; excluding the delivery of any use case</w:t>
            </w:r>
          </w:p>
        </w:tc>
      </w:tr>
      <w:tr w:rsidR="00E2764D" w14:paraId="1F3C9B27" w14:textId="77777777">
        <w:tc>
          <w:tcPr>
            <w:tcW w:w="4680" w:type="dxa"/>
          </w:tcPr>
          <w:p w14:paraId="371C84C7" w14:textId="77777777" w:rsidR="00E2764D" w:rsidRDefault="00F75996">
            <w:r>
              <w:rPr>
                <w:sz w:val="20"/>
              </w:rPr>
              <w:t>Expected value drivers</w:t>
            </w:r>
          </w:p>
        </w:tc>
        <w:tc>
          <w:tcPr>
            <w:tcW w:w="4680" w:type="dxa"/>
          </w:tcPr>
          <w:p w14:paraId="5C1EA8BF" w14:textId="77777777" w:rsidR="00E2764D" w:rsidRDefault="00F75996">
            <w:r>
              <w:rPr>
                <w:sz w:val="20"/>
              </w:rPr>
              <w:t>Defects prevented before release, degradation detected in service, reduced incident severity, faster approval for well-evidenced work, and examination readiness</w:t>
            </w:r>
          </w:p>
        </w:tc>
      </w:tr>
      <w:tr w:rsidR="00E2764D" w14:paraId="674377F7" w14:textId="77777777">
        <w:tc>
          <w:tcPr>
            <w:tcW w:w="4680" w:type="dxa"/>
          </w:tcPr>
          <w:p w14:paraId="7318F2FE" w14:textId="77777777" w:rsidR="00E2764D" w:rsidRDefault="00F75996">
            <w:r>
              <w:rPr>
                <w:sz w:val="20"/>
              </w:rPr>
              <w:lastRenderedPageBreak/>
              <w:t>Cost drivers</w:t>
            </w:r>
          </w:p>
        </w:tc>
        <w:tc>
          <w:tcPr>
            <w:tcW w:w="4680" w:type="dxa"/>
          </w:tcPr>
          <w:p w14:paraId="1F2EF396" w14:textId="77777777" w:rsidR="00E2764D" w:rsidRDefault="00F75996">
            <w:r>
              <w:rPr>
                <w:sz w:val="20"/>
              </w:rPr>
              <w:t>Evaluation lead and engineering effort, reserved model quota for evaluation and adversarial testing, Fabric capacity, Purview retention, and expert time to curate evaluation sets</w:t>
            </w:r>
          </w:p>
        </w:tc>
      </w:tr>
      <w:tr w:rsidR="00E2764D" w14:paraId="1A34CC8F" w14:textId="77777777">
        <w:tc>
          <w:tcPr>
            <w:tcW w:w="4680" w:type="dxa"/>
          </w:tcPr>
          <w:p w14:paraId="225E1A98" w14:textId="77777777" w:rsidR="00E2764D" w:rsidRDefault="00F75996">
            <w:r>
              <w:rPr>
                <w:sz w:val="20"/>
              </w:rPr>
              <w:t>Implementation effort and timeline</w:t>
            </w:r>
          </w:p>
        </w:tc>
        <w:tc>
          <w:tcPr>
            <w:tcW w:w="4680" w:type="dxa"/>
          </w:tcPr>
          <w:p w14:paraId="0F2F0739" w14:textId="77777777" w:rsidR="00E2764D" w:rsidRDefault="00F75996">
            <w:r>
              <w:rPr>
                <w:sz w:val="20"/>
              </w:rPr>
              <w:t>The five phases in Table 18.2.5, with retrospective remediation of existing systems as the largest and most frequently underestimated element</w:t>
            </w:r>
          </w:p>
        </w:tc>
      </w:tr>
      <w:tr w:rsidR="00E2764D" w14:paraId="3088FACB" w14:textId="77777777">
        <w:tc>
          <w:tcPr>
            <w:tcW w:w="4680" w:type="dxa"/>
          </w:tcPr>
          <w:p w14:paraId="76983BEC" w14:textId="77777777" w:rsidR="00E2764D" w:rsidRDefault="00F75996">
            <w:r>
              <w:rPr>
                <w:sz w:val="20"/>
              </w:rPr>
              <w:t>Risks and mitigations</w:t>
            </w:r>
          </w:p>
        </w:tc>
        <w:tc>
          <w:tcPr>
            <w:tcW w:w="4680" w:type="dxa"/>
          </w:tcPr>
          <w:p w14:paraId="493FD2DB" w14:textId="77777777" w:rsidR="00E2764D" w:rsidRDefault="00F75996">
            <w:r>
              <w:rPr>
                <w:sz w:val="20"/>
              </w:rPr>
              <w:t>Gates bypassed under delivery pressure, evaluation sets that do not represent real usage, thresholds set so tight they generate noise, and assurance treated as a delivery team responsibility</w:t>
            </w:r>
          </w:p>
        </w:tc>
      </w:tr>
      <w:tr w:rsidR="00E2764D" w14:paraId="411A4531" w14:textId="77777777">
        <w:tc>
          <w:tcPr>
            <w:tcW w:w="4680" w:type="dxa"/>
          </w:tcPr>
          <w:p w14:paraId="120A126B" w14:textId="77777777" w:rsidR="00E2764D" w:rsidRDefault="00F75996">
            <w:r>
              <w:rPr>
                <w:sz w:val="20"/>
              </w:rPr>
              <w:t>Decision owners</w:t>
            </w:r>
          </w:p>
        </w:tc>
        <w:tc>
          <w:tcPr>
            <w:tcW w:w="4680" w:type="dxa"/>
          </w:tcPr>
          <w:p w14:paraId="27715017" w14:textId="77777777" w:rsidR="00E2764D" w:rsidRDefault="00F75996">
            <w:r>
              <w:rPr>
                <w:sz w:val="20"/>
              </w:rPr>
              <w:t>The AI Governance Council for blocking authority and thresholds, the Chief AI Officer for exceptions, and the audit or risk committee for the evidence standard</w:t>
            </w:r>
          </w:p>
        </w:tc>
      </w:tr>
      <w:tr w:rsidR="00E2764D" w14:paraId="1469EA55" w14:textId="77777777">
        <w:tc>
          <w:tcPr>
            <w:tcW w:w="4680" w:type="dxa"/>
          </w:tcPr>
          <w:p w14:paraId="27DD438A" w14:textId="77777777" w:rsidR="00E2764D" w:rsidRDefault="00F75996">
            <w:r>
              <w:rPr>
                <w:sz w:val="20"/>
              </w:rPr>
              <w:t>Measurement plan</w:t>
            </w:r>
          </w:p>
        </w:tc>
        <w:tc>
          <w:tcPr>
            <w:tcW w:w="4680" w:type="dxa"/>
          </w:tcPr>
          <w:p w14:paraId="6E74DDB2" w14:textId="77777777" w:rsidR="00E2764D" w:rsidRDefault="00F75996">
            <w:r>
              <w:rPr>
                <w:sz w:val="20"/>
              </w:rPr>
              <w:t>The metrics in Section 18.2.8, the baseline captured before the gates take effect, and the unannounced evidence rehearsal conducted at least twice a year</w:t>
            </w:r>
          </w:p>
        </w:tc>
      </w:tr>
    </w:tbl>
    <w:p w14:paraId="3E4F6B50" w14:textId="77777777" w:rsidR="00E2764D" w:rsidRDefault="00E2764D"/>
    <w:p w14:paraId="07D4AAE4" w14:textId="77777777" w:rsidR="00E2764D" w:rsidRDefault="00F75996">
      <w:r>
        <w:rPr>
          <w:i/>
          <w:color w:val="808080"/>
        </w:rPr>
        <w:t>[PLACEHOLDER - Insert the organization's own figures for this mandate: current evaluation and documentation coverage, the measured time to assemble an evidence pack today, the anticipated external examination timeline, and the funding required for the evaluation function.]</w:t>
      </w:r>
    </w:p>
    <w:p w14:paraId="04ACA39B" w14:textId="77777777" w:rsidR="00E2764D" w:rsidRDefault="00F75996">
      <w:pPr>
        <w:pStyle w:val="Heading2"/>
      </w:pPr>
      <w:bookmarkStart w:id="117" w:name="_Toc241649785"/>
      <w:r>
        <w:t>18.3 Deep Dive: AI Platform and Data Foundation on Azure</w:t>
      </w:r>
      <w:bookmarkEnd w:id="117"/>
    </w:p>
    <w:p w14:paraId="6E0D1C51" w14:textId="77777777" w:rsidR="00E2764D" w:rsidRDefault="00F75996">
      <w:r>
        <w:t>This mandate builds the shared technical substrate on which every other AI initiative depends. It is the mandate most likely to be deferred, because it produces no visible business outcome on its own, and it is the mandate whose absence most reliably explains why an organization's third and fourth AI projects cost as much as its first.</w:t>
      </w:r>
    </w:p>
    <w:p w14:paraId="0804334F" w14:textId="77777777" w:rsidR="00E2764D" w:rsidRDefault="00F75996">
      <w:pPr>
        <w:pStyle w:val="Heading3"/>
      </w:pPr>
      <w:bookmarkStart w:id="118" w:name="_Toc241649786"/>
      <w:r>
        <w:t>18.3.1 The Mandate and the Problem It Solves</w:t>
      </w:r>
      <w:bookmarkEnd w:id="118"/>
    </w:p>
    <w:p w14:paraId="2431161F" w14:textId="77777777" w:rsidR="00E2764D" w:rsidRDefault="00F75996">
      <w:r>
        <w:t>The Chief AI Officer is accountable for ensuring that AI capability is delivered on a common, governed, reusable platform rather than assembled independently by each team that needs it. Without this, every project rebuilds the same components: a landing zone, network isolation, secret management, retrieval infrastructure, guardrails, evaluation plumbing, and telemetry. Each rebuild is a fresh opportunity to make a different security decision, and the aggregate result is an estate that cannot be governed because no two systems are constructed alike.</w:t>
      </w:r>
    </w:p>
    <w:p w14:paraId="0A2A747D" w14:textId="77777777" w:rsidR="00E2764D" w:rsidRDefault="00F75996">
      <w:r>
        <w:lastRenderedPageBreak/>
        <w:t>The data half of the mandate is the harder one. Retrieval-grounded systems inherit the quality, permissions, and currency of the content they retrieve. An organization whose document repositories are inconsistently permissioned will build an AI assistant that surfaces documents to people who should not see them, and will discover this after launch. An organization whose policy content exists in six versions across four repositories will build an assistant that answers confidently from the wrong one. These are not model problems and cannot be fixed with a better model. The failure modes below follow directly.</w:t>
      </w:r>
    </w:p>
    <w:p w14:paraId="19C38EFE" w14:textId="77777777" w:rsidR="00E2764D" w:rsidRDefault="00F75996">
      <w:pPr>
        <w:pStyle w:val="ListBullet"/>
      </w:pPr>
      <w:r>
        <w:rPr>
          <w:b/>
        </w:rPr>
        <w:t>Every project starts from zero</w:t>
      </w:r>
      <w:r>
        <w:t>: each team provisions its own landing zone, network configuration, and secret management, so delivery time is dominated by infrastructure work that has already been done elsewhere.</w:t>
      </w:r>
    </w:p>
    <w:p w14:paraId="7E5166DC" w14:textId="77777777" w:rsidR="00E2764D" w:rsidRDefault="00F75996">
      <w:pPr>
        <w:pStyle w:val="ListBullet"/>
      </w:pPr>
      <w:r>
        <w:rPr>
          <w:b/>
        </w:rPr>
        <w:t>Security posture varies by team</w:t>
      </w:r>
      <w:r>
        <w:t>: one system uses private networking and customer-managed keys while another sits on public endpoints, and the difference reflects the experience of the engineer rather than the risk of the workload.</w:t>
      </w:r>
    </w:p>
    <w:p w14:paraId="13E3F5CB" w14:textId="77777777" w:rsidR="00E2764D" w:rsidRDefault="00F75996">
      <w:pPr>
        <w:pStyle w:val="ListBullet"/>
      </w:pPr>
      <w:r>
        <w:rPr>
          <w:b/>
        </w:rPr>
        <w:t>Permissions do not carry through</w:t>
      </w:r>
      <w:r>
        <w:t>: retrieval is built without preserving source-system entitlements, so the assistant becomes an unintended channel around access controls that took years to establish.</w:t>
      </w:r>
    </w:p>
    <w:p w14:paraId="2B592791" w14:textId="77777777" w:rsidR="00E2764D" w:rsidRDefault="00F75996">
      <w:pPr>
        <w:pStyle w:val="ListBullet"/>
      </w:pPr>
      <w:r>
        <w:rPr>
          <w:b/>
        </w:rPr>
        <w:t>Content quality is assumed</w:t>
      </w:r>
      <w:r>
        <w:t>: repositories are indexed without curation, so superseded policies, draft documents, and personal working files become authoritative sources for confident answers.</w:t>
      </w:r>
    </w:p>
    <w:p w14:paraId="164FAFB5" w14:textId="77777777" w:rsidR="00E2764D" w:rsidRDefault="00F75996">
      <w:pPr>
        <w:pStyle w:val="ListBullet"/>
      </w:pPr>
      <w:r>
        <w:rPr>
          <w:b/>
        </w:rPr>
        <w:t>No shared guardrail layer</w:t>
      </w:r>
      <w:r>
        <w:t>: content safety, prompt shielding, and logging are implemented per application at varying levels of rigor, so control coverage cannot be stated for the estate as a whole.</w:t>
      </w:r>
    </w:p>
    <w:p w14:paraId="0A1477EB" w14:textId="77777777" w:rsidR="00E2764D" w:rsidRDefault="00F75996">
      <w:pPr>
        <w:pStyle w:val="ListBullet"/>
      </w:pPr>
      <w:r>
        <w:rPr>
          <w:b/>
        </w:rPr>
        <w:t>Cost is invisible</w:t>
      </w:r>
      <w:r>
        <w:t>: consumption is not tagged to a system or an owner, so the officer cannot answer what any individual initiative costs, which undermines every subsequent value conversation.</w:t>
      </w:r>
    </w:p>
    <w:p w14:paraId="4E491895" w14:textId="77777777" w:rsidR="00E2764D" w:rsidRDefault="00F75996">
      <w:pPr>
        <w:pStyle w:val="ListBullet"/>
      </w:pPr>
      <w:r>
        <w:rPr>
          <w:b/>
        </w:rPr>
        <w:t>Capacity is discovered too late</w:t>
      </w:r>
      <w:r>
        <w:t>: model quota is treated as unlimited until a launch coincides with another team's load test, and the resulting throttling is experienced by customers.</w:t>
      </w:r>
    </w:p>
    <w:p w14:paraId="6540FE65" w14:textId="77777777" w:rsidR="00E2764D" w:rsidRDefault="00F75996">
      <w:pPr>
        <w:pStyle w:val="Heading3"/>
      </w:pPr>
      <w:bookmarkStart w:id="119" w:name="_Toc241649787"/>
      <w:r>
        <w:t>18.3.2 The Target Operating State</w:t>
      </w:r>
      <w:bookmarkEnd w:id="119"/>
    </w:p>
    <w:p w14:paraId="096C429C" w14:textId="77777777" w:rsidR="00E2764D" w:rsidRDefault="00F75996">
      <w:r>
        <w:t>On completion, a team requesting AI capability receives a provisioned, compliant environment within days rather than weeks, with network isolation, key management, logging, guardrails, and cost attribution already configured and not optional. Retrieval is a platform service that preserves source entitlements by construction. Grounding content is curated, owned, and monitored for currency. Consumption is attributed to a named system and a named owner. Capacity is planned rather than discovered.</w:t>
      </w:r>
    </w:p>
    <w:p w14:paraId="19440CF4" w14:textId="77777777" w:rsidR="00E2764D" w:rsidRDefault="00F75996">
      <w:pPr>
        <w:pStyle w:val="ListBullet"/>
      </w:pPr>
      <w:r>
        <w:rPr>
          <w:b/>
        </w:rPr>
        <w:t>Landing zone as code</w:t>
      </w:r>
      <w:r>
        <w:t>: every AI workload is deployed into a subscription and resource group structure defined in Bicep and provisioned through pipeline, so that configuration drift is visible and correctable rather than invisible and permanent.</w:t>
      </w:r>
    </w:p>
    <w:p w14:paraId="62B19B8B" w14:textId="77777777" w:rsidR="00E2764D" w:rsidRDefault="00F75996">
      <w:pPr>
        <w:pStyle w:val="ListBullet"/>
      </w:pPr>
      <w:r>
        <w:rPr>
          <w:b/>
        </w:rPr>
        <w:t>Private by default</w:t>
      </w:r>
      <w:r>
        <w:t>: Azure OpenAI Service, Azure AI Search, Azure AI Foundry, and data services are reachable only over Azure Private Link within the corporate network boundary, with public endpoints disabled by Azure Policy rather than by convention.</w:t>
      </w:r>
    </w:p>
    <w:p w14:paraId="52A91875" w14:textId="77777777" w:rsidR="00E2764D" w:rsidRDefault="00F75996">
      <w:pPr>
        <w:pStyle w:val="ListBullet"/>
      </w:pPr>
      <w:r>
        <w:rPr>
          <w:b/>
        </w:rPr>
        <w:lastRenderedPageBreak/>
        <w:t>Guardrails as a platform layer</w:t>
      </w:r>
      <w:r>
        <w:t>: Azure AI Content Safety, prompt shielding, groundedness checking, and structured logging are provided as a shared configuration that applications consume rather than implement.</w:t>
      </w:r>
    </w:p>
    <w:p w14:paraId="3C1C2F19" w14:textId="77777777" w:rsidR="00E2764D" w:rsidRDefault="00F75996">
      <w:pPr>
        <w:pStyle w:val="ListBullet"/>
      </w:pPr>
      <w:r>
        <w:rPr>
          <w:b/>
        </w:rPr>
        <w:t>Entitlement-preserving retrieval</w:t>
      </w:r>
      <w:r>
        <w:t>: the retrieval service enforces the requesting user's source-system permissions at query time, so that a document a user cannot open is a document the assistant cannot cite.</w:t>
      </w:r>
    </w:p>
    <w:p w14:paraId="2047AFD2" w14:textId="77777777" w:rsidR="00E2764D" w:rsidRDefault="00F75996">
      <w:pPr>
        <w:pStyle w:val="ListBullet"/>
      </w:pPr>
      <w:r>
        <w:rPr>
          <w:b/>
        </w:rPr>
        <w:t>Curated grounding estate</w:t>
      </w:r>
      <w:r>
        <w:t>: each indexed repository has a named content owner accountable for accuracy, currency, and removal of superseded material, and content health is monitored and reported.</w:t>
      </w:r>
    </w:p>
    <w:p w14:paraId="7930C7AE" w14:textId="77777777" w:rsidR="00E2764D" w:rsidRDefault="00F75996">
      <w:pPr>
        <w:pStyle w:val="ListBullet"/>
      </w:pPr>
      <w:r>
        <w:rPr>
          <w:b/>
        </w:rPr>
        <w:t>Attributed consumption</w:t>
      </w:r>
      <w:r>
        <w:t>: every resource carries the system identifier, owner, cost centre, and risk tier as tags applied by policy, so cost, usage, and ownership can be queried across the estate at any time.</w:t>
      </w:r>
    </w:p>
    <w:p w14:paraId="5F69477C" w14:textId="77777777" w:rsidR="00E2764D" w:rsidRDefault="00F75996">
      <w:pPr>
        <w:pStyle w:val="ListBullet"/>
      </w:pPr>
      <w:r>
        <w:rPr>
          <w:b/>
        </w:rPr>
        <w:t>Planned capacity</w:t>
      </w:r>
      <w:r>
        <w:t>: model quota is held centrally, allocated per system with headroom, and monitored against forecast so that growth is anticipated rather than experienced as an outage.</w:t>
      </w:r>
    </w:p>
    <w:p w14:paraId="64E841D4" w14:textId="77777777" w:rsidR="00E2764D" w:rsidRDefault="00F75996">
      <w:pPr>
        <w:pStyle w:val="ListBullet"/>
      </w:pPr>
      <w:r>
        <w:rPr>
          <w:b/>
        </w:rPr>
        <w:t>Reference patterns rather than bespoke builds</w:t>
      </w:r>
      <w:r>
        <w:t>: a small set of published patterns covers the majority of demand, each with a reference implementation, so new work starts from a validated design.</w:t>
      </w:r>
    </w:p>
    <w:p w14:paraId="3D323D6E" w14:textId="77777777" w:rsidR="00E2764D" w:rsidRDefault="00F75996">
      <w:pPr>
        <w:pStyle w:val="Heading3"/>
      </w:pPr>
      <w:bookmarkStart w:id="120" w:name="_Toc241649788"/>
      <w:r>
        <w:t>18.3.3 Azure Products Required</w:t>
      </w:r>
      <w:bookmarkEnd w:id="120"/>
    </w:p>
    <w:p w14:paraId="4B6B6F84" w14:textId="77777777" w:rsidR="00E2764D" w:rsidRDefault="00F75996">
      <w:r>
        <w:t>The platform is assembled from Azure services configured to a common standard. The value is in the standard rather than in any individual service, since almost every organization is already using some subset of these inconsistently.</w:t>
      </w:r>
    </w:p>
    <w:p w14:paraId="73A1EA86" w14:textId="77777777" w:rsidR="00E2764D" w:rsidRDefault="00F75996">
      <w:r>
        <w:rPr>
          <w:i/>
          <w:sz w:val="20"/>
        </w:rPr>
        <w:t>Table 18.3.3 - Azure and Microsoft products required for the platform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1A1DFDC5" w14:textId="77777777">
        <w:trPr>
          <w:tblHeader/>
        </w:trPr>
        <w:tc>
          <w:tcPr>
            <w:tcW w:w="3120" w:type="dxa"/>
            <w:shd w:val="clear" w:color="auto" w:fill="D5E8F0"/>
          </w:tcPr>
          <w:p w14:paraId="25AF1323" w14:textId="77777777" w:rsidR="00E2764D" w:rsidRDefault="00F75996">
            <w:r>
              <w:rPr>
                <w:b/>
                <w:sz w:val="20"/>
              </w:rPr>
              <w:t>Capability</w:t>
            </w:r>
          </w:p>
        </w:tc>
        <w:tc>
          <w:tcPr>
            <w:tcW w:w="3120" w:type="dxa"/>
            <w:shd w:val="clear" w:color="auto" w:fill="D5E8F0"/>
          </w:tcPr>
          <w:p w14:paraId="487DF450" w14:textId="77777777" w:rsidR="00E2764D" w:rsidRDefault="00F75996">
            <w:r>
              <w:rPr>
                <w:b/>
                <w:sz w:val="20"/>
              </w:rPr>
              <w:t>Azure / Microsoft Product</w:t>
            </w:r>
          </w:p>
        </w:tc>
        <w:tc>
          <w:tcPr>
            <w:tcW w:w="3120" w:type="dxa"/>
            <w:shd w:val="clear" w:color="auto" w:fill="D5E8F0"/>
          </w:tcPr>
          <w:p w14:paraId="23128FA9" w14:textId="77777777" w:rsidR="00E2764D" w:rsidRDefault="00F75996">
            <w:r>
              <w:rPr>
                <w:b/>
                <w:sz w:val="20"/>
              </w:rPr>
              <w:t>Role in This Mandate</w:t>
            </w:r>
          </w:p>
        </w:tc>
      </w:tr>
      <w:tr w:rsidR="00E2764D" w14:paraId="6E61C5F1" w14:textId="77777777">
        <w:tc>
          <w:tcPr>
            <w:tcW w:w="3120" w:type="dxa"/>
          </w:tcPr>
          <w:p w14:paraId="0B9D2AF6" w14:textId="77777777" w:rsidR="00E2764D" w:rsidRDefault="00F75996">
            <w:r>
              <w:rPr>
                <w:sz w:val="20"/>
              </w:rPr>
              <w:t>Generative model serving</w:t>
            </w:r>
          </w:p>
        </w:tc>
        <w:tc>
          <w:tcPr>
            <w:tcW w:w="3120" w:type="dxa"/>
          </w:tcPr>
          <w:p w14:paraId="2785E248" w14:textId="77777777" w:rsidR="00E2764D" w:rsidRDefault="00F75996">
            <w:r>
              <w:rPr>
                <w:sz w:val="20"/>
              </w:rPr>
              <w:t>Azure OpenAI Service</w:t>
            </w:r>
          </w:p>
        </w:tc>
        <w:tc>
          <w:tcPr>
            <w:tcW w:w="3120" w:type="dxa"/>
          </w:tcPr>
          <w:p w14:paraId="56469F80" w14:textId="77777777" w:rsidR="00E2764D" w:rsidRDefault="00F75996">
            <w:r>
              <w:rPr>
                <w:sz w:val="20"/>
              </w:rPr>
              <w:t>Provides governed model access with private networking, managed identity authentication, quota allocation, and abuse monitoring under enterprise terms</w:t>
            </w:r>
          </w:p>
        </w:tc>
      </w:tr>
      <w:tr w:rsidR="00E2764D" w14:paraId="54AB92F0" w14:textId="77777777">
        <w:tc>
          <w:tcPr>
            <w:tcW w:w="3120" w:type="dxa"/>
          </w:tcPr>
          <w:p w14:paraId="37F3A397" w14:textId="77777777" w:rsidR="00E2764D" w:rsidRDefault="00F75996">
            <w:r>
              <w:rPr>
                <w:sz w:val="20"/>
              </w:rPr>
              <w:t>AI development and orchestration</w:t>
            </w:r>
          </w:p>
        </w:tc>
        <w:tc>
          <w:tcPr>
            <w:tcW w:w="3120" w:type="dxa"/>
          </w:tcPr>
          <w:p w14:paraId="18D7A735" w14:textId="77777777" w:rsidR="00E2764D" w:rsidRDefault="00F75996">
            <w:r>
              <w:rPr>
                <w:sz w:val="20"/>
              </w:rPr>
              <w:t>Azure AI Foundry</w:t>
            </w:r>
          </w:p>
        </w:tc>
        <w:tc>
          <w:tcPr>
            <w:tcW w:w="3120" w:type="dxa"/>
          </w:tcPr>
          <w:p w14:paraId="24365D72" w14:textId="77777777" w:rsidR="00E2764D" w:rsidRDefault="00F75996">
            <w:r>
              <w:rPr>
                <w:sz w:val="20"/>
              </w:rPr>
              <w:t>Provides the shared hub, project structure, model catalogue, prompt and flow management, and the connection point for evaluation</w:t>
            </w:r>
          </w:p>
        </w:tc>
      </w:tr>
      <w:tr w:rsidR="00E2764D" w14:paraId="3364ED01" w14:textId="77777777">
        <w:tc>
          <w:tcPr>
            <w:tcW w:w="3120" w:type="dxa"/>
          </w:tcPr>
          <w:p w14:paraId="5530E7B0" w14:textId="77777777" w:rsidR="00E2764D" w:rsidRDefault="00F75996">
            <w:r>
              <w:rPr>
                <w:sz w:val="20"/>
              </w:rPr>
              <w:t>Retrieval</w:t>
            </w:r>
          </w:p>
        </w:tc>
        <w:tc>
          <w:tcPr>
            <w:tcW w:w="3120" w:type="dxa"/>
          </w:tcPr>
          <w:p w14:paraId="5035375C" w14:textId="77777777" w:rsidR="00E2764D" w:rsidRDefault="00F75996">
            <w:r>
              <w:rPr>
                <w:sz w:val="20"/>
              </w:rPr>
              <w:t>Azure AI Search</w:t>
            </w:r>
          </w:p>
        </w:tc>
        <w:tc>
          <w:tcPr>
            <w:tcW w:w="3120" w:type="dxa"/>
          </w:tcPr>
          <w:p w14:paraId="249997E5" w14:textId="77777777" w:rsidR="00E2764D" w:rsidRDefault="00F75996">
            <w:r>
              <w:rPr>
                <w:sz w:val="20"/>
              </w:rPr>
              <w:t>Provides the indexing, hybrid and vector search, semantic ranking, and security filtering that make entitlement-preserving grounding possible</w:t>
            </w:r>
          </w:p>
        </w:tc>
      </w:tr>
      <w:tr w:rsidR="00E2764D" w14:paraId="1A6275FD" w14:textId="77777777">
        <w:tc>
          <w:tcPr>
            <w:tcW w:w="3120" w:type="dxa"/>
          </w:tcPr>
          <w:p w14:paraId="41E51DC6" w14:textId="77777777" w:rsidR="00E2764D" w:rsidRDefault="00F75996">
            <w:r>
              <w:rPr>
                <w:sz w:val="20"/>
              </w:rPr>
              <w:lastRenderedPageBreak/>
              <w:t>Guardrails</w:t>
            </w:r>
          </w:p>
        </w:tc>
        <w:tc>
          <w:tcPr>
            <w:tcW w:w="3120" w:type="dxa"/>
          </w:tcPr>
          <w:p w14:paraId="0DB409AD" w14:textId="77777777" w:rsidR="00E2764D" w:rsidRDefault="00F75996">
            <w:r>
              <w:rPr>
                <w:sz w:val="20"/>
              </w:rPr>
              <w:t>Azure AI Content Safety</w:t>
            </w:r>
          </w:p>
        </w:tc>
        <w:tc>
          <w:tcPr>
            <w:tcW w:w="3120" w:type="dxa"/>
          </w:tcPr>
          <w:p w14:paraId="4EE3F608" w14:textId="77777777" w:rsidR="00E2764D" w:rsidRDefault="00F75996">
            <w:r>
              <w:rPr>
                <w:sz w:val="20"/>
              </w:rPr>
              <w:t>Provides harm classification, prompt shield, and groundedness detection as a shared layer applied consistently across applications</w:t>
            </w:r>
          </w:p>
        </w:tc>
      </w:tr>
      <w:tr w:rsidR="00E2764D" w14:paraId="453E7EFB" w14:textId="77777777">
        <w:tc>
          <w:tcPr>
            <w:tcW w:w="3120" w:type="dxa"/>
          </w:tcPr>
          <w:p w14:paraId="4E551FA9" w14:textId="77777777" w:rsidR="00E2764D" w:rsidRDefault="00F75996">
            <w:r>
              <w:rPr>
                <w:sz w:val="20"/>
              </w:rPr>
              <w:t>Predictive modelling</w:t>
            </w:r>
          </w:p>
        </w:tc>
        <w:tc>
          <w:tcPr>
            <w:tcW w:w="3120" w:type="dxa"/>
          </w:tcPr>
          <w:p w14:paraId="32AC6B70" w14:textId="77777777" w:rsidR="00E2764D" w:rsidRDefault="00F75996">
            <w:r>
              <w:rPr>
                <w:sz w:val="20"/>
              </w:rPr>
              <w:t>Azure Machine Learning</w:t>
            </w:r>
          </w:p>
        </w:tc>
        <w:tc>
          <w:tcPr>
            <w:tcW w:w="3120" w:type="dxa"/>
          </w:tcPr>
          <w:p w14:paraId="1BA287C0" w14:textId="77777777" w:rsidR="00E2764D" w:rsidRDefault="00F75996">
            <w:r>
              <w:rPr>
                <w:sz w:val="20"/>
              </w:rPr>
              <w:t>Provides training, registry, deployment, and monitoring for predictive workloads that sit alongside generative systems</w:t>
            </w:r>
          </w:p>
        </w:tc>
      </w:tr>
      <w:tr w:rsidR="00E2764D" w14:paraId="13D6B45F" w14:textId="77777777">
        <w:tc>
          <w:tcPr>
            <w:tcW w:w="3120" w:type="dxa"/>
          </w:tcPr>
          <w:p w14:paraId="099A3FCC" w14:textId="77777777" w:rsidR="00E2764D" w:rsidRDefault="00F75996">
            <w:r>
              <w:rPr>
                <w:sz w:val="20"/>
              </w:rPr>
              <w:t>Application hosting</w:t>
            </w:r>
          </w:p>
        </w:tc>
        <w:tc>
          <w:tcPr>
            <w:tcW w:w="3120" w:type="dxa"/>
          </w:tcPr>
          <w:p w14:paraId="7D8E3C10" w14:textId="77777777" w:rsidR="00E2764D" w:rsidRDefault="00F75996">
            <w:r>
              <w:rPr>
                <w:sz w:val="20"/>
              </w:rPr>
              <w:t>Azure App Service with Azure Container Apps and Azure Functions</w:t>
            </w:r>
          </w:p>
        </w:tc>
        <w:tc>
          <w:tcPr>
            <w:tcW w:w="3120" w:type="dxa"/>
          </w:tcPr>
          <w:p w14:paraId="54A3328A" w14:textId="77777777" w:rsidR="00E2764D" w:rsidRDefault="00F75996">
            <w:r>
              <w:rPr>
                <w:sz w:val="20"/>
              </w:rPr>
              <w:t>Hosts AI applications and orchestration logic with managed identity, private networking, and scale-to-demand</w:t>
            </w:r>
          </w:p>
        </w:tc>
      </w:tr>
      <w:tr w:rsidR="00E2764D" w14:paraId="1BF1B5CB" w14:textId="77777777">
        <w:tc>
          <w:tcPr>
            <w:tcW w:w="3120" w:type="dxa"/>
          </w:tcPr>
          <w:p w14:paraId="2ED26AFE" w14:textId="77777777" w:rsidR="00E2764D" w:rsidRDefault="00F75996">
            <w:r>
              <w:rPr>
                <w:sz w:val="20"/>
              </w:rPr>
              <w:t>Data foundation</w:t>
            </w:r>
          </w:p>
        </w:tc>
        <w:tc>
          <w:tcPr>
            <w:tcW w:w="3120" w:type="dxa"/>
          </w:tcPr>
          <w:p w14:paraId="595F5AE1" w14:textId="77777777" w:rsidR="00E2764D" w:rsidRDefault="00F75996">
            <w:r>
              <w:rPr>
                <w:sz w:val="20"/>
              </w:rPr>
              <w:t>Microsoft Fabric with Azure Data Lake Storage Gen2</w:t>
            </w:r>
          </w:p>
        </w:tc>
        <w:tc>
          <w:tcPr>
            <w:tcW w:w="3120" w:type="dxa"/>
          </w:tcPr>
          <w:p w14:paraId="3A2E43F4" w14:textId="77777777" w:rsidR="00E2764D" w:rsidRDefault="00F75996">
            <w:r>
              <w:rPr>
                <w:sz w:val="20"/>
              </w:rPr>
              <w:t>Provides the governed analytical estate from which grounding content and structured context are prepared and refreshed</w:t>
            </w:r>
          </w:p>
        </w:tc>
      </w:tr>
      <w:tr w:rsidR="00E2764D" w14:paraId="2068838E" w14:textId="77777777">
        <w:tc>
          <w:tcPr>
            <w:tcW w:w="3120" w:type="dxa"/>
          </w:tcPr>
          <w:p w14:paraId="22D7F188" w14:textId="77777777" w:rsidR="00E2764D" w:rsidRDefault="00F75996">
            <w:r>
              <w:rPr>
                <w:sz w:val="20"/>
              </w:rPr>
              <w:t>Operational data</w:t>
            </w:r>
          </w:p>
        </w:tc>
        <w:tc>
          <w:tcPr>
            <w:tcW w:w="3120" w:type="dxa"/>
          </w:tcPr>
          <w:p w14:paraId="5159BE81" w14:textId="77777777" w:rsidR="00E2764D" w:rsidRDefault="00F75996">
            <w:r>
              <w:rPr>
                <w:sz w:val="20"/>
              </w:rPr>
              <w:t>Azure SQL Database with Azure Cosmos DB</w:t>
            </w:r>
          </w:p>
        </w:tc>
        <w:tc>
          <w:tcPr>
            <w:tcW w:w="3120" w:type="dxa"/>
          </w:tcPr>
          <w:p w14:paraId="7AEE3B5E" w14:textId="77777777" w:rsidR="00E2764D" w:rsidRDefault="00F75996">
            <w:r>
              <w:rPr>
                <w:sz w:val="20"/>
              </w:rPr>
              <w:t>Provides transactional state, conversation history where retained, and low-latency lookup for grounded applications</w:t>
            </w:r>
          </w:p>
        </w:tc>
      </w:tr>
      <w:tr w:rsidR="00E2764D" w14:paraId="4FC88285" w14:textId="77777777">
        <w:tc>
          <w:tcPr>
            <w:tcW w:w="3120" w:type="dxa"/>
          </w:tcPr>
          <w:p w14:paraId="648BA28B" w14:textId="77777777" w:rsidR="00E2764D" w:rsidRDefault="00F75996">
            <w:r>
              <w:rPr>
                <w:sz w:val="20"/>
              </w:rPr>
              <w:t>Secret and key management</w:t>
            </w:r>
          </w:p>
        </w:tc>
        <w:tc>
          <w:tcPr>
            <w:tcW w:w="3120" w:type="dxa"/>
          </w:tcPr>
          <w:p w14:paraId="5BE7A508" w14:textId="77777777" w:rsidR="00E2764D" w:rsidRDefault="00F75996">
            <w:r>
              <w:rPr>
                <w:sz w:val="20"/>
              </w:rPr>
              <w:t>Azure Key Vault</w:t>
            </w:r>
          </w:p>
        </w:tc>
        <w:tc>
          <w:tcPr>
            <w:tcW w:w="3120" w:type="dxa"/>
          </w:tcPr>
          <w:p w14:paraId="60B30B61" w14:textId="77777777" w:rsidR="00E2764D" w:rsidRDefault="00F75996">
            <w:r>
              <w:rPr>
                <w:sz w:val="20"/>
              </w:rPr>
              <w:t>Holds keys, certificates, and the small number of secrets that remain, with customer-managed key support for services that require it</w:t>
            </w:r>
          </w:p>
        </w:tc>
      </w:tr>
      <w:tr w:rsidR="00E2764D" w14:paraId="44EEB3CD" w14:textId="77777777">
        <w:tc>
          <w:tcPr>
            <w:tcW w:w="3120" w:type="dxa"/>
          </w:tcPr>
          <w:p w14:paraId="5A4412F0" w14:textId="77777777" w:rsidR="00E2764D" w:rsidRDefault="00F75996">
            <w:r>
              <w:rPr>
                <w:sz w:val="20"/>
              </w:rPr>
              <w:t>Identity</w:t>
            </w:r>
          </w:p>
        </w:tc>
        <w:tc>
          <w:tcPr>
            <w:tcW w:w="3120" w:type="dxa"/>
          </w:tcPr>
          <w:p w14:paraId="00976D3D" w14:textId="77777777" w:rsidR="00E2764D" w:rsidRDefault="00F75996">
            <w:r>
              <w:rPr>
                <w:sz w:val="20"/>
              </w:rPr>
              <w:t>Microsoft Entra ID with managed identities and Privileged Identity Management</w:t>
            </w:r>
          </w:p>
        </w:tc>
        <w:tc>
          <w:tcPr>
            <w:tcW w:w="3120" w:type="dxa"/>
          </w:tcPr>
          <w:p w14:paraId="4C466DCA" w14:textId="77777777" w:rsidR="00E2764D" w:rsidRDefault="00F75996">
            <w:r>
              <w:rPr>
                <w:sz w:val="20"/>
              </w:rPr>
              <w:t>Provides workload identity, eliminates standing credentials, and enforces just-in-time elevation for platform administration</w:t>
            </w:r>
          </w:p>
        </w:tc>
      </w:tr>
      <w:tr w:rsidR="00E2764D" w14:paraId="6081F07C" w14:textId="77777777">
        <w:tc>
          <w:tcPr>
            <w:tcW w:w="3120" w:type="dxa"/>
          </w:tcPr>
          <w:p w14:paraId="1474A77A" w14:textId="77777777" w:rsidR="00E2764D" w:rsidRDefault="00F75996">
            <w:r>
              <w:rPr>
                <w:sz w:val="20"/>
              </w:rPr>
              <w:t>Data governance</w:t>
            </w:r>
          </w:p>
        </w:tc>
        <w:tc>
          <w:tcPr>
            <w:tcW w:w="3120" w:type="dxa"/>
          </w:tcPr>
          <w:p w14:paraId="5A49AB4A" w14:textId="77777777" w:rsidR="00E2764D" w:rsidRDefault="00F75996">
            <w:r>
              <w:rPr>
                <w:sz w:val="20"/>
              </w:rPr>
              <w:t>Microsoft Purview</w:t>
            </w:r>
          </w:p>
        </w:tc>
        <w:tc>
          <w:tcPr>
            <w:tcW w:w="3120" w:type="dxa"/>
          </w:tcPr>
          <w:p w14:paraId="573D2A05" w14:textId="77777777" w:rsidR="00E2764D" w:rsidRDefault="00F75996">
            <w:r>
              <w:rPr>
                <w:sz w:val="20"/>
              </w:rPr>
              <w:t>Provides classification, lineage, sensitivity labelling, and retention across the grounding estate and the data foundation</w:t>
            </w:r>
          </w:p>
        </w:tc>
      </w:tr>
      <w:tr w:rsidR="00E2764D" w14:paraId="6565FB4E" w14:textId="77777777">
        <w:tc>
          <w:tcPr>
            <w:tcW w:w="3120" w:type="dxa"/>
          </w:tcPr>
          <w:p w14:paraId="73F3A9BF" w14:textId="77777777" w:rsidR="00E2764D" w:rsidRDefault="00F75996">
            <w:r>
              <w:rPr>
                <w:sz w:val="20"/>
              </w:rPr>
              <w:t>Policy enforcement</w:t>
            </w:r>
          </w:p>
        </w:tc>
        <w:tc>
          <w:tcPr>
            <w:tcW w:w="3120" w:type="dxa"/>
          </w:tcPr>
          <w:p w14:paraId="65C40962" w14:textId="77777777" w:rsidR="00E2764D" w:rsidRDefault="00F75996">
            <w:r>
              <w:rPr>
                <w:sz w:val="20"/>
              </w:rPr>
              <w:t>Azure Policy with Microsoft Defender for Cloud</w:t>
            </w:r>
          </w:p>
        </w:tc>
        <w:tc>
          <w:tcPr>
            <w:tcW w:w="3120" w:type="dxa"/>
          </w:tcPr>
          <w:p w14:paraId="2CA8DE54" w14:textId="77777777" w:rsidR="00E2764D" w:rsidRDefault="00F75996">
            <w:r>
              <w:rPr>
                <w:sz w:val="20"/>
              </w:rPr>
              <w:t xml:space="preserve">Enforces private endpoints, required tags, approved regions, and encryption settings, and </w:t>
            </w:r>
            <w:r>
              <w:rPr>
                <w:sz w:val="20"/>
              </w:rPr>
              <w:lastRenderedPageBreak/>
              <w:t>reports continuous compliance</w:t>
            </w:r>
          </w:p>
        </w:tc>
      </w:tr>
      <w:tr w:rsidR="00E2764D" w14:paraId="23BB77C9" w14:textId="77777777">
        <w:tc>
          <w:tcPr>
            <w:tcW w:w="3120" w:type="dxa"/>
          </w:tcPr>
          <w:p w14:paraId="1466C16C" w14:textId="77777777" w:rsidR="00E2764D" w:rsidRDefault="00F75996">
            <w:r>
              <w:rPr>
                <w:sz w:val="20"/>
              </w:rPr>
              <w:lastRenderedPageBreak/>
              <w:t>Observability</w:t>
            </w:r>
          </w:p>
        </w:tc>
        <w:tc>
          <w:tcPr>
            <w:tcW w:w="3120" w:type="dxa"/>
          </w:tcPr>
          <w:p w14:paraId="4516F6CB" w14:textId="77777777" w:rsidR="00E2764D" w:rsidRDefault="00F75996">
            <w:r>
              <w:rPr>
                <w:sz w:val="20"/>
              </w:rPr>
              <w:t>Azure Monitor with Application Insights and Log Analytics</w:t>
            </w:r>
          </w:p>
        </w:tc>
        <w:tc>
          <w:tcPr>
            <w:tcW w:w="3120" w:type="dxa"/>
          </w:tcPr>
          <w:p w14:paraId="1D06AA2E" w14:textId="77777777" w:rsidR="00E2764D" w:rsidRDefault="00F75996">
            <w:r>
              <w:rPr>
                <w:sz w:val="20"/>
              </w:rPr>
              <w:t>Provides the telemetry, dashboards, and alerting that make platform health and workload behavior visible</w:t>
            </w:r>
          </w:p>
        </w:tc>
      </w:tr>
      <w:tr w:rsidR="00E2764D" w14:paraId="45BE8EA3" w14:textId="77777777">
        <w:tc>
          <w:tcPr>
            <w:tcW w:w="3120" w:type="dxa"/>
          </w:tcPr>
          <w:p w14:paraId="69EF2206" w14:textId="77777777" w:rsidR="00E2764D" w:rsidRDefault="00F75996">
            <w:r>
              <w:rPr>
                <w:sz w:val="20"/>
              </w:rPr>
              <w:t>Security operations</w:t>
            </w:r>
          </w:p>
        </w:tc>
        <w:tc>
          <w:tcPr>
            <w:tcW w:w="3120" w:type="dxa"/>
          </w:tcPr>
          <w:p w14:paraId="15F92F60" w14:textId="77777777" w:rsidR="00E2764D" w:rsidRDefault="00F75996">
            <w:r>
              <w:rPr>
                <w:sz w:val="20"/>
              </w:rPr>
              <w:t>Microsoft Sentinel</w:t>
            </w:r>
          </w:p>
        </w:tc>
        <w:tc>
          <w:tcPr>
            <w:tcW w:w="3120" w:type="dxa"/>
          </w:tcPr>
          <w:p w14:paraId="139B3EA2" w14:textId="77777777" w:rsidR="00E2764D" w:rsidRDefault="00F75996">
            <w:r>
              <w:rPr>
                <w:sz w:val="20"/>
              </w:rPr>
              <w:t>Correlates AI workload signals with the wider estate for detection and investigation</w:t>
            </w:r>
          </w:p>
        </w:tc>
      </w:tr>
      <w:tr w:rsidR="00E2764D" w14:paraId="3CFD8EC1" w14:textId="77777777">
        <w:tc>
          <w:tcPr>
            <w:tcW w:w="3120" w:type="dxa"/>
          </w:tcPr>
          <w:p w14:paraId="3A72EF7D" w14:textId="77777777" w:rsidR="00E2764D" w:rsidRDefault="00F75996">
            <w:r>
              <w:rPr>
                <w:sz w:val="20"/>
              </w:rPr>
              <w:t>Delivery automation</w:t>
            </w:r>
          </w:p>
        </w:tc>
        <w:tc>
          <w:tcPr>
            <w:tcW w:w="3120" w:type="dxa"/>
          </w:tcPr>
          <w:p w14:paraId="665A53F1" w14:textId="77777777" w:rsidR="00E2764D" w:rsidRDefault="00F75996">
            <w:r>
              <w:rPr>
                <w:sz w:val="20"/>
              </w:rPr>
              <w:t>Azure DevOps with GitHub Actions and Bicep</w:t>
            </w:r>
          </w:p>
        </w:tc>
        <w:tc>
          <w:tcPr>
            <w:tcW w:w="3120" w:type="dxa"/>
          </w:tcPr>
          <w:p w14:paraId="325333F8" w14:textId="77777777" w:rsidR="00E2764D" w:rsidRDefault="00F75996">
            <w:r>
              <w:rPr>
                <w:sz w:val="20"/>
              </w:rPr>
              <w:t>Provisions and updates the platform as code, and carries the assurance gates from Section 18.2</w:t>
            </w:r>
          </w:p>
        </w:tc>
      </w:tr>
      <w:tr w:rsidR="00E2764D" w14:paraId="7DA3CCA2" w14:textId="77777777">
        <w:tc>
          <w:tcPr>
            <w:tcW w:w="3120" w:type="dxa"/>
          </w:tcPr>
          <w:p w14:paraId="665A5DE6" w14:textId="77777777" w:rsidR="00E2764D" w:rsidRDefault="00F75996">
            <w:r>
              <w:rPr>
                <w:sz w:val="20"/>
              </w:rPr>
              <w:t>Cost management</w:t>
            </w:r>
          </w:p>
        </w:tc>
        <w:tc>
          <w:tcPr>
            <w:tcW w:w="3120" w:type="dxa"/>
          </w:tcPr>
          <w:p w14:paraId="33D12DF3" w14:textId="77777777" w:rsidR="00E2764D" w:rsidRDefault="00F75996">
            <w:r>
              <w:rPr>
                <w:sz w:val="20"/>
              </w:rPr>
              <w:t>Microsoft Cost Management with Azure Advisor</w:t>
            </w:r>
          </w:p>
        </w:tc>
        <w:tc>
          <w:tcPr>
            <w:tcW w:w="3120" w:type="dxa"/>
          </w:tcPr>
          <w:p w14:paraId="7ADCA49B" w14:textId="77777777" w:rsidR="00E2764D" w:rsidRDefault="00F75996">
            <w:r>
              <w:rPr>
                <w:sz w:val="20"/>
              </w:rPr>
              <w:t>Attributes consumption by tag, forecasts growth, and identifies underused resources</w:t>
            </w:r>
          </w:p>
        </w:tc>
      </w:tr>
      <w:tr w:rsidR="00E2764D" w14:paraId="44309EB8" w14:textId="77777777">
        <w:tc>
          <w:tcPr>
            <w:tcW w:w="3120" w:type="dxa"/>
          </w:tcPr>
          <w:p w14:paraId="0FEE6CA6" w14:textId="77777777" w:rsidR="00E2764D" w:rsidRDefault="00F75996">
            <w:r>
              <w:rPr>
                <w:sz w:val="20"/>
              </w:rPr>
              <w:t>Integration</w:t>
            </w:r>
          </w:p>
        </w:tc>
        <w:tc>
          <w:tcPr>
            <w:tcW w:w="3120" w:type="dxa"/>
          </w:tcPr>
          <w:p w14:paraId="48CAD147" w14:textId="77777777" w:rsidR="00E2764D" w:rsidRDefault="00F75996">
            <w:r>
              <w:rPr>
                <w:sz w:val="20"/>
              </w:rPr>
              <w:t>Azure API Management with Azure Logic Apps</w:t>
            </w:r>
          </w:p>
        </w:tc>
        <w:tc>
          <w:tcPr>
            <w:tcW w:w="3120" w:type="dxa"/>
          </w:tcPr>
          <w:p w14:paraId="27CB7ABE" w14:textId="77777777" w:rsidR="00E2764D" w:rsidRDefault="00F75996">
            <w:r>
              <w:rPr>
                <w:sz w:val="20"/>
              </w:rPr>
              <w:t>Fronts AI endpoints with policy, throttling, and versioning, and connects to line of business systems</w:t>
            </w:r>
          </w:p>
        </w:tc>
      </w:tr>
    </w:tbl>
    <w:p w14:paraId="1845CE91" w14:textId="77777777" w:rsidR="00E2764D" w:rsidRDefault="00E2764D"/>
    <w:p w14:paraId="49123C5C" w14:textId="77777777" w:rsidR="00E2764D" w:rsidRDefault="00F75996">
      <w:pPr>
        <w:pStyle w:val="Heading3"/>
      </w:pPr>
      <w:bookmarkStart w:id="121" w:name="_Toc241649789"/>
      <w:r>
        <w:t>18.3.4 Architecture, Mechanisms and How Each Component Is Deployed</w:t>
      </w:r>
      <w:bookmarkEnd w:id="121"/>
    </w:p>
    <w:p w14:paraId="5BA26B4A" w14:textId="77777777" w:rsidR="00E2764D" w:rsidRDefault="00F75996">
      <w:r>
        <w:t>The platform is organized in four layers. The foundation layer is a management group and subscription structure with Azure Policy assigned at scope, so that private endpoints, approved regions, required tags, and encryption are enforced on creation rather than inspected afterwards. The platform services layer holds the shared Azure AI Foundry hub, Azure OpenAI Service deployments with allocated quota, Azure AI Search, Azure AI Content Safety, Azure Key Vault, and the shared observability workspaces, all deployed by Bicep through pipeline and reachable only over Azure Private Link. The workload layer holds per-system resource groups provisioned from a template that inherits the platform connections, so a new system arrives already networked, logged, tagged, and guardrailed. The data layer holds the Fabric estate, the curated grounding sources, and the Purview classification that governs both.</w:t>
      </w:r>
    </w:p>
    <w:p w14:paraId="00FAD5DF" w14:textId="77777777" w:rsidR="00E2764D" w:rsidRDefault="00F75996">
      <w:r>
        <w:t xml:space="preserve">The critical mechanism is entitlement-preserving retrieval. Content is indexed into Azure AI Search with security identifiers carried from the source system as filterable fields. At query time the application resolves the requesting user's group membership from Microsoft Entra ID and applies it as a search filter, so results are restricted to what that user could open directly. This must be built into the platform pattern, because retrofitting it to an application already in production requires reindexing the entire corpus and is invariably deferred. The second mechanism is the guardrail layer: applications call models through a shared path that applies </w:t>
      </w:r>
      <w:r>
        <w:lastRenderedPageBreak/>
        <w:t>content safety classification on input and output, prompt shielding against injection, and structured logging, so that the officer can state control coverage for the estate rather than for each application separately.</w:t>
      </w:r>
    </w:p>
    <w:p w14:paraId="31EB7346" w14:textId="77777777" w:rsidR="00E2764D" w:rsidRDefault="00F75996">
      <w:r>
        <w:rPr>
          <w:i/>
          <w:sz w:val="20"/>
        </w:rPr>
        <w:t>Table 18.3.4 - Component deployment model for the platform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0B1DB50A" w14:textId="77777777">
        <w:trPr>
          <w:tblHeader/>
        </w:trPr>
        <w:tc>
          <w:tcPr>
            <w:tcW w:w="2340" w:type="dxa"/>
            <w:shd w:val="clear" w:color="auto" w:fill="D5E8F0"/>
          </w:tcPr>
          <w:p w14:paraId="30B2252A" w14:textId="77777777" w:rsidR="00E2764D" w:rsidRDefault="00F75996">
            <w:r>
              <w:rPr>
                <w:b/>
                <w:sz w:val="20"/>
              </w:rPr>
              <w:t>Component</w:t>
            </w:r>
          </w:p>
        </w:tc>
        <w:tc>
          <w:tcPr>
            <w:tcW w:w="2340" w:type="dxa"/>
            <w:shd w:val="clear" w:color="auto" w:fill="D5E8F0"/>
          </w:tcPr>
          <w:p w14:paraId="3D488E58" w14:textId="77777777" w:rsidR="00E2764D" w:rsidRDefault="00F75996">
            <w:r>
              <w:rPr>
                <w:b/>
                <w:sz w:val="20"/>
              </w:rPr>
              <w:t>Deployment Model</w:t>
            </w:r>
          </w:p>
        </w:tc>
        <w:tc>
          <w:tcPr>
            <w:tcW w:w="2340" w:type="dxa"/>
            <w:shd w:val="clear" w:color="auto" w:fill="D5E8F0"/>
          </w:tcPr>
          <w:p w14:paraId="23898C24" w14:textId="77777777" w:rsidR="00E2764D" w:rsidRDefault="00F75996">
            <w:r>
              <w:rPr>
                <w:b/>
                <w:sz w:val="20"/>
              </w:rPr>
              <w:t>Configuration Requirements</w:t>
            </w:r>
          </w:p>
        </w:tc>
        <w:tc>
          <w:tcPr>
            <w:tcW w:w="2340" w:type="dxa"/>
            <w:shd w:val="clear" w:color="auto" w:fill="D5E8F0"/>
          </w:tcPr>
          <w:p w14:paraId="6ED20BDB" w14:textId="77777777" w:rsidR="00E2764D" w:rsidRDefault="00F75996">
            <w:r>
              <w:rPr>
                <w:b/>
                <w:sz w:val="20"/>
              </w:rPr>
              <w:t>Dependencies</w:t>
            </w:r>
          </w:p>
        </w:tc>
      </w:tr>
      <w:tr w:rsidR="00E2764D" w14:paraId="57A39184" w14:textId="77777777">
        <w:tc>
          <w:tcPr>
            <w:tcW w:w="2340" w:type="dxa"/>
          </w:tcPr>
          <w:p w14:paraId="0DB70A71" w14:textId="77777777" w:rsidR="00E2764D" w:rsidRDefault="00F75996">
            <w:r>
              <w:rPr>
                <w:sz w:val="20"/>
              </w:rPr>
              <w:t>Foundation and policy</w:t>
            </w:r>
          </w:p>
        </w:tc>
        <w:tc>
          <w:tcPr>
            <w:tcW w:w="2340" w:type="dxa"/>
          </w:tcPr>
          <w:p w14:paraId="4218414E" w14:textId="77777777" w:rsidR="00E2764D" w:rsidRDefault="00F75996">
            <w:r>
              <w:rPr>
                <w:sz w:val="20"/>
              </w:rPr>
              <w:t>Management group hierarchy with subscriptions per environment, Azure Policy assigned at management group scope, deployed and updated as code</w:t>
            </w:r>
          </w:p>
        </w:tc>
        <w:tc>
          <w:tcPr>
            <w:tcW w:w="2340" w:type="dxa"/>
          </w:tcPr>
          <w:p w14:paraId="378E2647" w14:textId="77777777" w:rsidR="00E2764D" w:rsidRDefault="00F75996">
            <w:r>
              <w:rPr>
                <w:sz w:val="20"/>
              </w:rPr>
              <w:t>Deny public network access, require approved regions, require the standard tag set, require encryption, and audit exceptions to the officer</w:t>
            </w:r>
          </w:p>
        </w:tc>
        <w:tc>
          <w:tcPr>
            <w:tcW w:w="2340" w:type="dxa"/>
          </w:tcPr>
          <w:p w14:paraId="635F3C92" w14:textId="77777777" w:rsidR="00E2764D" w:rsidRDefault="00F75996">
            <w:r>
              <w:rPr>
                <w:sz w:val="20"/>
              </w:rPr>
              <w:t>Microsoft Entra ID tenant structure and the cloud platform team's existing landing zone standards</w:t>
            </w:r>
          </w:p>
        </w:tc>
      </w:tr>
      <w:tr w:rsidR="00E2764D" w14:paraId="0D742C06" w14:textId="77777777">
        <w:tc>
          <w:tcPr>
            <w:tcW w:w="2340" w:type="dxa"/>
          </w:tcPr>
          <w:p w14:paraId="3912650C" w14:textId="77777777" w:rsidR="00E2764D" w:rsidRDefault="00F75996">
            <w:r>
              <w:rPr>
                <w:sz w:val="20"/>
              </w:rPr>
              <w:t>Shared AI hub</w:t>
            </w:r>
          </w:p>
        </w:tc>
        <w:tc>
          <w:tcPr>
            <w:tcW w:w="2340" w:type="dxa"/>
          </w:tcPr>
          <w:p w14:paraId="11BB4D03" w14:textId="77777777" w:rsidR="00E2764D" w:rsidRDefault="00F75996">
            <w:r>
              <w:rPr>
                <w:sz w:val="20"/>
              </w:rPr>
              <w:t>Single Azure AI Foundry hub per environment with a project per system, deployed by Bicep through the Azure DevOps pipeline</w:t>
            </w:r>
          </w:p>
        </w:tc>
        <w:tc>
          <w:tcPr>
            <w:tcW w:w="2340" w:type="dxa"/>
          </w:tcPr>
          <w:p w14:paraId="598622C9" w14:textId="77777777" w:rsidR="00E2764D" w:rsidRDefault="00F75996">
            <w:r>
              <w:rPr>
                <w:sz w:val="20"/>
              </w:rPr>
              <w:t>Private Link connectivity, managed identity authentication, diagnostic settings to the shared Log Analytics workspace, and no key-based access</w:t>
            </w:r>
          </w:p>
        </w:tc>
        <w:tc>
          <w:tcPr>
            <w:tcW w:w="2340" w:type="dxa"/>
          </w:tcPr>
          <w:p w14:paraId="09F169CA" w14:textId="77777777" w:rsidR="00E2764D" w:rsidRDefault="00F75996">
            <w:r>
              <w:rPr>
                <w:sz w:val="20"/>
              </w:rPr>
              <w:t>Foundation layer, Azure Key Vault, and the observability workspaces</w:t>
            </w:r>
          </w:p>
        </w:tc>
      </w:tr>
      <w:tr w:rsidR="00E2764D" w14:paraId="32D08EFF" w14:textId="77777777">
        <w:tc>
          <w:tcPr>
            <w:tcW w:w="2340" w:type="dxa"/>
          </w:tcPr>
          <w:p w14:paraId="3CC99A27" w14:textId="77777777" w:rsidR="00E2764D" w:rsidRDefault="00F75996">
            <w:r>
              <w:rPr>
                <w:sz w:val="20"/>
              </w:rPr>
              <w:t>Model serving and quota</w:t>
            </w:r>
          </w:p>
        </w:tc>
        <w:tc>
          <w:tcPr>
            <w:tcW w:w="2340" w:type="dxa"/>
          </w:tcPr>
          <w:p w14:paraId="1D2B97F2" w14:textId="77777777" w:rsidR="00E2764D" w:rsidRDefault="00F75996">
            <w:r>
              <w:rPr>
                <w:sz w:val="20"/>
              </w:rPr>
              <w:t>Azure OpenAI Service deployments provisioned centrally, with quota allocated per system and reserved capacity where latency is contractual</w:t>
            </w:r>
          </w:p>
        </w:tc>
        <w:tc>
          <w:tcPr>
            <w:tcW w:w="2340" w:type="dxa"/>
          </w:tcPr>
          <w:p w14:paraId="2C70E739" w14:textId="77777777" w:rsidR="00E2764D" w:rsidRDefault="00F75996">
            <w:r>
              <w:rPr>
                <w:sz w:val="20"/>
              </w:rPr>
              <w:t>Private endpoints only, managed identity access, per-system deployment names for attribution, and monitored quota with headroom</w:t>
            </w:r>
          </w:p>
        </w:tc>
        <w:tc>
          <w:tcPr>
            <w:tcW w:w="2340" w:type="dxa"/>
          </w:tcPr>
          <w:p w14:paraId="0263340D" w14:textId="77777777" w:rsidR="00E2764D" w:rsidRDefault="00F75996">
            <w:r>
              <w:rPr>
                <w:sz w:val="20"/>
              </w:rPr>
              <w:t>Foundation layer and the capacity plan agreed with the platform lead</w:t>
            </w:r>
          </w:p>
        </w:tc>
      </w:tr>
      <w:tr w:rsidR="00E2764D" w14:paraId="7DA8427A" w14:textId="77777777">
        <w:tc>
          <w:tcPr>
            <w:tcW w:w="2340" w:type="dxa"/>
          </w:tcPr>
          <w:p w14:paraId="060A8FEE" w14:textId="77777777" w:rsidR="00E2764D" w:rsidRDefault="00F75996">
            <w:r>
              <w:rPr>
                <w:sz w:val="20"/>
              </w:rPr>
              <w:t>Retrieval service</w:t>
            </w:r>
          </w:p>
        </w:tc>
        <w:tc>
          <w:tcPr>
            <w:tcW w:w="2340" w:type="dxa"/>
          </w:tcPr>
          <w:p w14:paraId="5E4045EC" w14:textId="77777777" w:rsidR="00E2764D" w:rsidRDefault="00F75996">
            <w:r>
              <w:rPr>
                <w:sz w:val="20"/>
              </w:rPr>
              <w:t>Azure AI Search deployed per environment with per-system indexes, provisioned by pipeline from the platform template</w:t>
            </w:r>
          </w:p>
        </w:tc>
        <w:tc>
          <w:tcPr>
            <w:tcW w:w="2340" w:type="dxa"/>
          </w:tcPr>
          <w:p w14:paraId="62C74BDE" w14:textId="77777777" w:rsidR="00E2764D" w:rsidRDefault="00F75996">
            <w:r>
              <w:rPr>
                <w:sz w:val="20"/>
              </w:rPr>
              <w:t>Security filtering fields populated at index time, hybrid and semantic ranking configured, and indexers scheduled to the agreed refresh cadence</w:t>
            </w:r>
          </w:p>
        </w:tc>
        <w:tc>
          <w:tcPr>
            <w:tcW w:w="2340" w:type="dxa"/>
          </w:tcPr>
          <w:p w14:paraId="12B67B63" w14:textId="77777777" w:rsidR="00E2764D" w:rsidRDefault="00F75996">
            <w:r>
              <w:rPr>
                <w:sz w:val="20"/>
              </w:rPr>
              <w:t>Source content systems, Microsoft Entra ID group resolution, and Microsoft Purview classification</w:t>
            </w:r>
          </w:p>
        </w:tc>
      </w:tr>
      <w:tr w:rsidR="00E2764D" w14:paraId="2EE03715" w14:textId="77777777">
        <w:tc>
          <w:tcPr>
            <w:tcW w:w="2340" w:type="dxa"/>
          </w:tcPr>
          <w:p w14:paraId="3B0B4765" w14:textId="77777777" w:rsidR="00E2764D" w:rsidRDefault="00F75996">
            <w:r>
              <w:rPr>
                <w:sz w:val="20"/>
              </w:rPr>
              <w:t>Guardrail layer</w:t>
            </w:r>
          </w:p>
        </w:tc>
        <w:tc>
          <w:tcPr>
            <w:tcW w:w="2340" w:type="dxa"/>
          </w:tcPr>
          <w:p w14:paraId="3ABEB7F2" w14:textId="77777777" w:rsidR="00E2764D" w:rsidRDefault="00F75996">
            <w:r>
              <w:rPr>
                <w:sz w:val="20"/>
              </w:rPr>
              <w:t xml:space="preserve">Azure AI Content Safety configured centrally with policy thresholds per risk tier, consumed by applications through the shared </w:t>
            </w:r>
            <w:r>
              <w:rPr>
                <w:sz w:val="20"/>
              </w:rPr>
              <w:lastRenderedPageBreak/>
              <w:t>orchestration path</w:t>
            </w:r>
          </w:p>
        </w:tc>
        <w:tc>
          <w:tcPr>
            <w:tcW w:w="2340" w:type="dxa"/>
          </w:tcPr>
          <w:p w14:paraId="41A398FA" w14:textId="77777777" w:rsidR="00E2764D" w:rsidRDefault="00F75996">
            <w:r>
              <w:rPr>
                <w:sz w:val="20"/>
              </w:rPr>
              <w:lastRenderedPageBreak/>
              <w:t xml:space="preserve">Input and output classification, prompt shield enabled, groundedness checking for retrieval systems, and failure to invoke treated as a </w:t>
            </w:r>
            <w:r>
              <w:rPr>
                <w:sz w:val="20"/>
              </w:rPr>
              <w:lastRenderedPageBreak/>
              <w:t>build failure</w:t>
            </w:r>
          </w:p>
        </w:tc>
        <w:tc>
          <w:tcPr>
            <w:tcW w:w="2340" w:type="dxa"/>
          </w:tcPr>
          <w:p w14:paraId="3C309566" w14:textId="77777777" w:rsidR="00E2764D" w:rsidRDefault="00F75996">
            <w:r>
              <w:rPr>
                <w:sz w:val="20"/>
              </w:rPr>
              <w:lastRenderedPageBreak/>
              <w:t>Shared AI hub and the application layer</w:t>
            </w:r>
          </w:p>
        </w:tc>
      </w:tr>
      <w:tr w:rsidR="00E2764D" w14:paraId="632E4B01" w14:textId="77777777">
        <w:tc>
          <w:tcPr>
            <w:tcW w:w="2340" w:type="dxa"/>
          </w:tcPr>
          <w:p w14:paraId="6AADEFFA" w14:textId="77777777" w:rsidR="00E2764D" w:rsidRDefault="00F75996">
            <w:r>
              <w:rPr>
                <w:sz w:val="20"/>
              </w:rPr>
              <w:t>Workload environment template</w:t>
            </w:r>
          </w:p>
        </w:tc>
        <w:tc>
          <w:tcPr>
            <w:tcW w:w="2340" w:type="dxa"/>
          </w:tcPr>
          <w:p w14:paraId="2DDC315F" w14:textId="77777777" w:rsidR="00E2764D" w:rsidRDefault="00F75996">
            <w:r>
              <w:rPr>
                <w:sz w:val="20"/>
              </w:rPr>
              <w:t>Bicep module producing a per-system resource group with hosting, identity, connections, tags, and diagnostics preconfigured</w:t>
            </w:r>
          </w:p>
        </w:tc>
        <w:tc>
          <w:tcPr>
            <w:tcW w:w="2340" w:type="dxa"/>
          </w:tcPr>
          <w:p w14:paraId="735EE466" w14:textId="77777777" w:rsidR="00E2764D" w:rsidRDefault="00F75996">
            <w:r>
              <w:rPr>
                <w:sz w:val="20"/>
              </w:rPr>
              <w:t>Standard tag set applied at creation, managed identity granted least privilege, and platform connections injected rather than configured by the team</w:t>
            </w:r>
          </w:p>
        </w:tc>
        <w:tc>
          <w:tcPr>
            <w:tcW w:w="2340" w:type="dxa"/>
          </w:tcPr>
          <w:p w14:paraId="1A6D038F" w14:textId="77777777" w:rsidR="00E2764D" w:rsidRDefault="00F75996">
            <w:r>
              <w:rPr>
                <w:sz w:val="20"/>
              </w:rPr>
              <w:t>Foundation layer, platform services layer, and the delivery pipeline</w:t>
            </w:r>
          </w:p>
        </w:tc>
      </w:tr>
      <w:tr w:rsidR="00E2764D" w14:paraId="4E2F8702" w14:textId="77777777">
        <w:tc>
          <w:tcPr>
            <w:tcW w:w="2340" w:type="dxa"/>
          </w:tcPr>
          <w:p w14:paraId="02005F33" w14:textId="77777777" w:rsidR="00E2764D" w:rsidRDefault="00F75996">
            <w:r>
              <w:rPr>
                <w:sz w:val="20"/>
              </w:rPr>
              <w:t>Data foundation</w:t>
            </w:r>
          </w:p>
        </w:tc>
        <w:tc>
          <w:tcPr>
            <w:tcW w:w="2340" w:type="dxa"/>
          </w:tcPr>
          <w:p w14:paraId="6350E857" w14:textId="77777777" w:rsidR="00E2764D" w:rsidRDefault="00F75996">
            <w:r>
              <w:rPr>
                <w:sz w:val="20"/>
              </w:rPr>
              <w:t>Microsoft Fabric capacity with lakehouse and warehouse items deployed through Fabric deployment pipelines across environments</w:t>
            </w:r>
          </w:p>
        </w:tc>
        <w:tc>
          <w:tcPr>
            <w:tcW w:w="2340" w:type="dxa"/>
          </w:tcPr>
          <w:p w14:paraId="31EE3005" w14:textId="77777777" w:rsidR="00E2764D" w:rsidRDefault="00F75996">
            <w:r>
              <w:rPr>
                <w:sz w:val="20"/>
              </w:rPr>
              <w:t>Domain structure aligned to ownership, sensitivity labels inherited from Purview, and refresh schedules matched to the currency requirement of each source</w:t>
            </w:r>
          </w:p>
        </w:tc>
        <w:tc>
          <w:tcPr>
            <w:tcW w:w="2340" w:type="dxa"/>
          </w:tcPr>
          <w:p w14:paraId="19B4F534" w14:textId="77777777" w:rsidR="00E2764D" w:rsidRDefault="00F75996">
            <w:r>
              <w:rPr>
                <w:sz w:val="20"/>
              </w:rPr>
              <w:t>Azure Data Lake Storage Gen2, source systems, and Microsoft Purview</w:t>
            </w:r>
          </w:p>
        </w:tc>
      </w:tr>
      <w:tr w:rsidR="00E2764D" w14:paraId="69808F7C" w14:textId="77777777">
        <w:tc>
          <w:tcPr>
            <w:tcW w:w="2340" w:type="dxa"/>
          </w:tcPr>
          <w:p w14:paraId="105B3DA2" w14:textId="77777777" w:rsidR="00E2764D" w:rsidRDefault="00F75996">
            <w:r>
              <w:rPr>
                <w:sz w:val="20"/>
              </w:rPr>
              <w:t>Grounding content pipeline</w:t>
            </w:r>
          </w:p>
        </w:tc>
        <w:tc>
          <w:tcPr>
            <w:tcW w:w="2340" w:type="dxa"/>
          </w:tcPr>
          <w:p w14:paraId="17582487" w14:textId="77777777" w:rsidR="00E2764D" w:rsidRDefault="00F75996">
            <w:r>
              <w:rPr>
                <w:sz w:val="20"/>
              </w:rPr>
              <w:t>Scheduled ingestion from approved repositories into the retrieval index, orchestrated in Azure Data Factory or Fabric pipelines</w:t>
            </w:r>
          </w:p>
        </w:tc>
        <w:tc>
          <w:tcPr>
            <w:tcW w:w="2340" w:type="dxa"/>
          </w:tcPr>
          <w:p w14:paraId="2B7E1D1F" w14:textId="77777777" w:rsidR="00E2764D" w:rsidRDefault="00F75996">
            <w:r>
              <w:rPr>
                <w:sz w:val="20"/>
              </w:rPr>
              <w:t>Curation rules that exclude drafts, superseded versions, and personal areas; content owner recorded per source; staleness monitoring and alerting</w:t>
            </w:r>
          </w:p>
        </w:tc>
        <w:tc>
          <w:tcPr>
            <w:tcW w:w="2340" w:type="dxa"/>
          </w:tcPr>
          <w:p w14:paraId="202FEC14" w14:textId="77777777" w:rsidR="00E2764D" w:rsidRDefault="00F75996">
            <w:r>
              <w:rPr>
                <w:sz w:val="20"/>
              </w:rPr>
              <w:t>Source repositories, content owners, and the retrieval service</w:t>
            </w:r>
          </w:p>
        </w:tc>
      </w:tr>
      <w:tr w:rsidR="00E2764D" w14:paraId="744A3904" w14:textId="77777777">
        <w:tc>
          <w:tcPr>
            <w:tcW w:w="2340" w:type="dxa"/>
          </w:tcPr>
          <w:p w14:paraId="040D682F" w14:textId="77777777" w:rsidR="00E2764D" w:rsidRDefault="00F75996">
            <w:r>
              <w:rPr>
                <w:sz w:val="20"/>
              </w:rPr>
              <w:t>Observability</w:t>
            </w:r>
          </w:p>
        </w:tc>
        <w:tc>
          <w:tcPr>
            <w:tcW w:w="2340" w:type="dxa"/>
          </w:tcPr>
          <w:p w14:paraId="11628847" w14:textId="77777777" w:rsidR="00E2764D" w:rsidRDefault="00F75996">
            <w:r>
              <w:rPr>
                <w:sz w:val="20"/>
              </w:rPr>
              <w:t>Shared Log Analytics workspace per environment with Application Insights per workload, connected to Microsoft Sentinel</w:t>
            </w:r>
          </w:p>
        </w:tc>
        <w:tc>
          <w:tcPr>
            <w:tcW w:w="2340" w:type="dxa"/>
          </w:tcPr>
          <w:p w14:paraId="0C12BDEC" w14:textId="77777777" w:rsidR="00E2764D" w:rsidRDefault="00F75996">
            <w:r>
              <w:rPr>
                <w:sz w:val="20"/>
              </w:rPr>
              <w:t>Retention aligned to evidence obligations, the standard telemetry schema enforced, and dashboards published for platform and per-system health</w:t>
            </w:r>
          </w:p>
        </w:tc>
        <w:tc>
          <w:tcPr>
            <w:tcW w:w="2340" w:type="dxa"/>
          </w:tcPr>
          <w:p w14:paraId="460CCE11" w14:textId="77777777" w:rsidR="00E2764D" w:rsidRDefault="00F75996">
            <w:r>
              <w:rPr>
                <w:sz w:val="20"/>
              </w:rPr>
              <w:t>All platform and workload components</w:t>
            </w:r>
          </w:p>
        </w:tc>
      </w:tr>
      <w:tr w:rsidR="00E2764D" w14:paraId="0F7EA0DC" w14:textId="77777777">
        <w:tc>
          <w:tcPr>
            <w:tcW w:w="2340" w:type="dxa"/>
          </w:tcPr>
          <w:p w14:paraId="5E7A3C4C" w14:textId="77777777" w:rsidR="00E2764D" w:rsidRDefault="00F75996">
            <w:r>
              <w:rPr>
                <w:sz w:val="20"/>
              </w:rPr>
              <w:t>Cost attribution</w:t>
            </w:r>
          </w:p>
        </w:tc>
        <w:tc>
          <w:tcPr>
            <w:tcW w:w="2340" w:type="dxa"/>
          </w:tcPr>
          <w:p w14:paraId="1268148A" w14:textId="77777777" w:rsidR="00E2764D" w:rsidRDefault="00F75996">
            <w:r>
              <w:rPr>
                <w:sz w:val="20"/>
              </w:rPr>
              <w:t>Tag-driven attribution in Microsoft Cost Management with budgets and alerts per system</w:t>
            </w:r>
          </w:p>
        </w:tc>
        <w:tc>
          <w:tcPr>
            <w:tcW w:w="2340" w:type="dxa"/>
          </w:tcPr>
          <w:p w14:paraId="3DE8BF4F" w14:textId="77777777" w:rsidR="00E2764D" w:rsidRDefault="00F75996">
            <w:r>
              <w:rPr>
                <w:sz w:val="20"/>
              </w:rPr>
              <w:t>Tags enforced by policy at creation, budget thresholds agreed with the business owner, and monthly reporting into the portfolio review</w:t>
            </w:r>
          </w:p>
        </w:tc>
        <w:tc>
          <w:tcPr>
            <w:tcW w:w="2340" w:type="dxa"/>
          </w:tcPr>
          <w:p w14:paraId="250016FD" w14:textId="77777777" w:rsidR="00E2764D" w:rsidRDefault="00F75996">
            <w:r>
              <w:rPr>
                <w:sz w:val="20"/>
              </w:rPr>
              <w:t>Foundation layer policy and the inventory in Section 18.1</w:t>
            </w:r>
          </w:p>
        </w:tc>
      </w:tr>
      <w:tr w:rsidR="00E2764D" w14:paraId="152197D5" w14:textId="77777777">
        <w:tc>
          <w:tcPr>
            <w:tcW w:w="2340" w:type="dxa"/>
          </w:tcPr>
          <w:p w14:paraId="07EDCD33" w14:textId="77777777" w:rsidR="00E2764D" w:rsidRDefault="00F75996">
            <w:r>
              <w:rPr>
                <w:sz w:val="20"/>
              </w:rPr>
              <w:t>API gateway</w:t>
            </w:r>
          </w:p>
        </w:tc>
        <w:tc>
          <w:tcPr>
            <w:tcW w:w="2340" w:type="dxa"/>
          </w:tcPr>
          <w:p w14:paraId="48E5D69F" w14:textId="77777777" w:rsidR="00E2764D" w:rsidRDefault="00F75996">
            <w:r>
              <w:rPr>
                <w:sz w:val="20"/>
              </w:rPr>
              <w:t xml:space="preserve">Azure API Management fronting shared AI endpoints, deployed by pipeline </w:t>
            </w:r>
            <w:r>
              <w:rPr>
                <w:sz w:val="20"/>
              </w:rPr>
              <w:lastRenderedPageBreak/>
              <w:t>with policy as code</w:t>
            </w:r>
          </w:p>
        </w:tc>
        <w:tc>
          <w:tcPr>
            <w:tcW w:w="2340" w:type="dxa"/>
          </w:tcPr>
          <w:p w14:paraId="34677B56" w14:textId="77777777" w:rsidR="00E2764D" w:rsidRDefault="00F75996">
            <w:r>
              <w:rPr>
                <w:sz w:val="20"/>
              </w:rPr>
              <w:lastRenderedPageBreak/>
              <w:t xml:space="preserve">Throttling per consumer, versioning, request logging without prohibited content </w:t>
            </w:r>
            <w:r>
              <w:rPr>
                <w:sz w:val="20"/>
              </w:rPr>
              <w:lastRenderedPageBreak/>
              <w:t>capture, and managed identity to backend services</w:t>
            </w:r>
          </w:p>
        </w:tc>
        <w:tc>
          <w:tcPr>
            <w:tcW w:w="2340" w:type="dxa"/>
          </w:tcPr>
          <w:p w14:paraId="00F36977" w14:textId="77777777" w:rsidR="00E2764D" w:rsidRDefault="00F75996">
            <w:r>
              <w:rPr>
                <w:sz w:val="20"/>
              </w:rPr>
              <w:lastRenderedPageBreak/>
              <w:t>Platform services layer and the identity design in Section 9.1</w:t>
            </w:r>
          </w:p>
        </w:tc>
      </w:tr>
    </w:tbl>
    <w:p w14:paraId="44CA7031" w14:textId="77777777" w:rsidR="00E2764D" w:rsidRDefault="00E2764D"/>
    <w:p w14:paraId="253ED46B" w14:textId="77777777" w:rsidR="00E2764D" w:rsidRDefault="00F75996">
      <w:r>
        <w:t>The non-functional requirements below are set once for the platform and inherited by every workload, which is the principal economic argument for building it.</w:t>
      </w:r>
    </w:p>
    <w:p w14:paraId="7667C91C" w14:textId="77777777" w:rsidR="00E2764D" w:rsidRDefault="00F75996">
      <w:pPr>
        <w:pStyle w:val="ListBullet"/>
      </w:pPr>
      <w:r>
        <w:rPr>
          <w:b/>
        </w:rPr>
        <w:t>Network isolation</w:t>
      </w:r>
      <w:r>
        <w:t>: all platform and workload services use private endpoints with public access denied by policy, and outbound access is controlled through the organization's existing egress design.</w:t>
      </w:r>
    </w:p>
    <w:p w14:paraId="069B38E0" w14:textId="77777777" w:rsidR="00E2764D" w:rsidRDefault="00F75996">
      <w:pPr>
        <w:pStyle w:val="ListBullet"/>
      </w:pPr>
      <w:r>
        <w:rPr>
          <w:b/>
        </w:rPr>
        <w:t>Availability and region strategy</w:t>
      </w:r>
      <w:r>
        <w:t>: the platform is deployed in a primary region with a documented secondary, with data residency constrained to approved regions by policy, and with the resilience posture in Section 6.6 applied per tier.</w:t>
      </w:r>
    </w:p>
    <w:p w14:paraId="0BE1AD0A" w14:textId="77777777" w:rsidR="00E2764D" w:rsidRDefault="00F75996">
      <w:pPr>
        <w:pStyle w:val="ListBullet"/>
      </w:pPr>
      <w:r>
        <w:rPr>
          <w:b/>
        </w:rPr>
        <w:t>Scaling</w:t>
      </w:r>
      <w:r>
        <w:t>: hosting scales to demand, retrieval is sized for peak concurrent query load, and model quota carries headroom sufficient to absorb the largest single planned launch without reallocation.</w:t>
      </w:r>
    </w:p>
    <w:p w14:paraId="6BB80CEE" w14:textId="77777777" w:rsidR="00E2764D" w:rsidRDefault="00F75996">
      <w:pPr>
        <w:pStyle w:val="ListBullet"/>
      </w:pPr>
      <w:r>
        <w:rPr>
          <w:b/>
        </w:rPr>
        <w:t>Quota and capacity</w:t>
      </w:r>
      <w:r>
        <w:t>: quota is held centrally and allocated, with consumption monitored against forecast and a defined process for reallocation, since uncoordinated quota consumption is a common cause of production degradation.</w:t>
      </w:r>
    </w:p>
    <w:p w14:paraId="0ED4FE6D" w14:textId="77777777" w:rsidR="00E2764D" w:rsidRDefault="00F75996">
      <w:pPr>
        <w:pStyle w:val="ListBullet"/>
      </w:pPr>
      <w:r>
        <w:rPr>
          <w:b/>
        </w:rPr>
        <w:t>Disaster recovery</w:t>
      </w:r>
      <w:r>
        <w:t>: recovery objectives are defined per tier, infrastructure is redeployable from code, indexes are rebuildable from source, and recovery is tested rather than documented.</w:t>
      </w:r>
    </w:p>
    <w:p w14:paraId="1C3147BC" w14:textId="77777777" w:rsidR="00E2764D" w:rsidRDefault="00F75996">
      <w:pPr>
        <w:pStyle w:val="ListBullet"/>
      </w:pPr>
      <w:r>
        <w:rPr>
          <w:b/>
        </w:rPr>
        <w:t>Cost controls</w:t>
      </w:r>
      <w:r>
        <w:t>: budgets and alerts are set per system, unattributed consumption is treated as a defect, and consumption anomalies are reviewed monthly in the portfolio review.</w:t>
      </w:r>
    </w:p>
    <w:p w14:paraId="2999AA40" w14:textId="77777777" w:rsidR="00E2764D" w:rsidRDefault="00F75996">
      <w:pPr>
        <w:pStyle w:val="ListBullet"/>
      </w:pPr>
      <w:r>
        <w:rPr>
          <w:b/>
        </w:rPr>
        <w:t>Change control</w:t>
      </w:r>
      <w:r>
        <w:t>: platform changes follow the standard change process with a defined blast radius assessment, because a platform change affects every workload simultaneously.</w:t>
      </w:r>
    </w:p>
    <w:p w14:paraId="07252083" w14:textId="77777777" w:rsidR="00E2764D" w:rsidRDefault="00F75996">
      <w:pPr>
        <w:pStyle w:val="Heading3"/>
      </w:pPr>
      <w:bookmarkStart w:id="122" w:name="_Toc241649790"/>
      <w:r>
        <w:t>18.3.5 Step-by-Step Execution Instructions</w:t>
      </w:r>
      <w:bookmarkEnd w:id="122"/>
    </w:p>
    <w:p w14:paraId="365CEB1A" w14:textId="77777777" w:rsidR="00E2764D" w:rsidRDefault="00F75996">
      <w:r>
        <w:t>The sequence assumes an existing Azure presence with an established landing zone practice and cloud platform team, which is the common position. Where no such practice exists, the first four steps expand considerably and should be run with the cloud platform function rather than by the officer's team.</w:t>
      </w:r>
    </w:p>
    <w:p w14:paraId="25B4100D" w14:textId="77777777" w:rsidR="00E2764D" w:rsidRDefault="00F75996">
      <w:pPr>
        <w:pStyle w:val="ListNumber"/>
      </w:pPr>
      <w:r>
        <w:t>Agree with the Chief Information Officer and Chief Information Security Officer that AI workloads will be delivered on a shared platform, and record which decisions the platform owns and which remain with delivery teams. (Chief AI Officer)</w:t>
      </w:r>
    </w:p>
    <w:p w14:paraId="07D880C4" w14:textId="77777777" w:rsidR="00E2764D" w:rsidRDefault="00F75996">
      <w:pPr>
        <w:pStyle w:val="ListNumber"/>
      </w:pPr>
      <w:r>
        <w:t>Appoint the AI Platform Lead described in Section 16.1 with explicit authority over platform standards. (Chief AI Officer)</w:t>
      </w:r>
    </w:p>
    <w:p w14:paraId="17D0A1F8" w14:textId="77777777" w:rsidR="00E2764D" w:rsidRDefault="00F75996">
      <w:pPr>
        <w:pStyle w:val="ListNumber"/>
      </w:pPr>
      <w:r>
        <w:t>Inventory existing AI-related Azure resources across all subscriptions, identifying unmanaged deployments, public endpoints, and untagged consumption. (AI Platform Lead)</w:t>
      </w:r>
    </w:p>
    <w:p w14:paraId="39E25480" w14:textId="77777777" w:rsidR="00E2764D" w:rsidRDefault="00F75996">
      <w:pPr>
        <w:pStyle w:val="ListNumber"/>
      </w:pPr>
      <w:r>
        <w:lastRenderedPageBreak/>
        <w:t>Define the subscription and management group structure for AI workloads, aligned to the organization's existing landing zone conventions rather than parallel to them. (AI Platform Lead with cloud platform engineering)</w:t>
      </w:r>
    </w:p>
    <w:p w14:paraId="3AD08F30" w14:textId="77777777" w:rsidR="00E2764D" w:rsidRDefault="00F75996">
      <w:pPr>
        <w:pStyle w:val="ListNumber"/>
      </w:pPr>
      <w:r>
        <w:t>Author the Azure Policy set enforcing private endpoints, approved regions, the standard tag schema, encryption, and diagnostic settings, and assign it in audit mode first. (Platform Engineering)</w:t>
      </w:r>
    </w:p>
    <w:p w14:paraId="6E11F25C" w14:textId="77777777" w:rsidR="00E2764D" w:rsidRDefault="00F75996">
      <w:pPr>
        <w:pStyle w:val="ListNumber"/>
      </w:pPr>
      <w:r>
        <w:t>Define the standard tag schema covering system identifier, business owner, technical owner, risk tier, cost centre, and environment, aligned to the inventory in Section 18.1. (AI Platform Lead)</w:t>
      </w:r>
    </w:p>
    <w:p w14:paraId="418BB007" w14:textId="77777777" w:rsidR="00E2764D" w:rsidRDefault="00F75996">
      <w:pPr>
        <w:pStyle w:val="ListNumber"/>
      </w:pPr>
      <w:r>
        <w:t>Move policy from audit to deny once existing violations are remediated or exempted with a recorded expiry, since moving to deny with unresolved violations will break running workloads. (Platform Engineering)</w:t>
      </w:r>
    </w:p>
    <w:p w14:paraId="26ECD915" w14:textId="77777777" w:rsidR="00E2764D" w:rsidRDefault="00F75996">
      <w:pPr>
        <w:pStyle w:val="ListNumber"/>
      </w:pPr>
      <w:r>
        <w:t>Deploy the shared Azure AI Foundry hub in the primary region by Bicep through the Azure DevOps pipeline, with Private Link and managed identity authentication and no key-based access. (Platform Engineering)</w:t>
      </w:r>
    </w:p>
    <w:p w14:paraId="6750BA9E" w14:textId="77777777" w:rsidR="00E2764D" w:rsidRDefault="00F75996">
      <w:pPr>
        <w:pStyle w:val="ListNumber"/>
      </w:pPr>
      <w:r>
        <w:t>Provision Azure OpenAI Service deployments centrally, establish the quota allocation model, and set monitoring against forecast with headroom for the largest planned launch. (AI Platform Lead)</w:t>
      </w:r>
    </w:p>
    <w:p w14:paraId="1F141DE3" w14:textId="77777777" w:rsidR="00E2764D" w:rsidRDefault="00F75996">
      <w:pPr>
        <w:pStyle w:val="ListNumber"/>
      </w:pPr>
      <w:r>
        <w:t>Deploy Azure AI Search and configure the security filtering pattern, validating with a test corpus that a user cannot retrieve content they cannot open in the source system. (Lead AI Engineer)</w:t>
      </w:r>
    </w:p>
    <w:p w14:paraId="61CB42D0" w14:textId="77777777" w:rsidR="00E2764D" w:rsidRDefault="00F75996">
      <w:pPr>
        <w:pStyle w:val="ListNumber"/>
      </w:pPr>
      <w:r>
        <w:t>Configure the shared guardrail layer in Azure AI Content Safety with thresholds per risk tier, and publish it as the only approved path to model invocation. (Lead AI Engineer with the Responsible AI and Evaluation Lead)</w:t>
      </w:r>
    </w:p>
    <w:p w14:paraId="4DCF0BFD" w14:textId="77777777" w:rsidR="00E2764D" w:rsidRDefault="00F75996">
      <w:pPr>
        <w:pStyle w:val="ListNumber"/>
      </w:pPr>
      <w:r>
        <w:t>Build the workload environment template as a Bicep module producing a fully configured per-system resource group, and validate it by deploying a disposable environment end to end. (Platform Engineering)</w:t>
      </w:r>
    </w:p>
    <w:p w14:paraId="1B0BCE5E" w14:textId="77777777" w:rsidR="00E2764D" w:rsidRDefault="00F75996">
      <w:pPr>
        <w:pStyle w:val="ListNumber"/>
      </w:pPr>
      <w:r>
        <w:t>Publish the reference patterns covering retrieval-grounded assistance, document processing, and predictive scoring, each with a working reference implementation. (Lead AI Engineer)</w:t>
      </w:r>
    </w:p>
    <w:p w14:paraId="2EF89D61" w14:textId="77777777" w:rsidR="00E2764D" w:rsidRDefault="00F75996">
      <w:pPr>
        <w:pStyle w:val="ListNumber"/>
      </w:pPr>
      <w:r>
        <w:t>Establish the shared observability workspaces, enforce the telemetry schema from Section 18.2, and connect the estate to Microsoft Sentinel. (Platform Engineering with the security operations team)</w:t>
      </w:r>
    </w:p>
    <w:p w14:paraId="12BA52AE" w14:textId="77777777" w:rsidR="00E2764D" w:rsidRDefault="00F75996">
      <w:pPr>
        <w:pStyle w:val="ListNumber"/>
      </w:pPr>
      <w:r>
        <w:t>Deploy or extend the Microsoft Fabric data foundation, aligning domains to data ownership and inheriting sensitivity labels from Microsoft Purview. (Data Engineering)</w:t>
      </w:r>
    </w:p>
    <w:p w14:paraId="110298C8" w14:textId="77777777" w:rsidR="00E2764D" w:rsidRDefault="00F75996">
      <w:pPr>
        <w:pStyle w:val="ListNumber"/>
      </w:pPr>
      <w:r>
        <w:t>Assess candidate grounding repositories for permission consistency, version hygiene, and currency, and record the remediation required before each may be indexed. (Data and Grounding Lead)</w:t>
      </w:r>
    </w:p>
    <w:p w14:paraId="2BABF3A5" w14:textId="77777777" w:rsidR="00E2764D" w:rsidRDefault="00F75996">
      <w:pPr>
        <w:pStyle w:val="ListNumber"/>
      </w:pPr>
      <w:r>
        <w:t>Appoint a named content owner for every approved grounding source, with written accountability for accuracy, currency, and removal of superseded material. (Data and Grounding Lead with business owners)</w:t>
      </w:r>
    </w:p>
    <w:p w14:paraId="7EAEC340" w14:textId="77777777" w:rsidR="00E2764D" w:rsidRDefault="00F75996">
      <w:pPr>
        <w:pStyle w:val="ListNumber"/>
      </w:pPr>
      <w:r>
        <w:t>Build the grounding ingestion pipeline with curation rules that exclude drafts, superseded versions, and personal areas, and with staleness monitoring and alerting. (Data Engineering)</w:t>
      </w:r>
    </w:p>
    <w:p w14:paraId="118564F1" w14:textId="77777777" w:rsidR="00E2764D" w:rsidRDefault="00F75996">
      <w:pPr>
        <w:pStyle w:val="ListNumber"/>
      </w:pPr>
      <w:r>
        <w:lastRenderedPageBreak/>
        <w:t>Deploy Azure API Management in front of shared AI endpoints with throttling, versioning, and logging configured as policy, aligned to Section 9.4. (Platform Engineering)</w:t>
      </w:r>
    </w:p>
    <w:p w14:paraId="457E1A3D" w14:textId="77777777" w:rsidR="00E2764D" w:rsidRDefault="00F75996">
      <w:pPr>
        <w:pStyle w:val="ListNumber"/>
      </w:pPr>
      <w:r>
        <w:t>Configure cost attribution, budgets, and alerts per system in Microsoft Cost Management, and establish the monthly consumption report into the portfolio review. (AI Platform Lead)</w:t>
      </w:r>
    </w:p>
    <w:p w14:paraId="11C161D7" w14:textId="77777777" w:rsidR="00E2764D" w:rsidRDefault="00F75996">
      <w:pPr>
        <w:pStyle w:val="ListNumber"/>
      </w:pPr>
      <w:r>
        <w:t>Migrate the first existing production system onto the platform as a proving exercise, recording the effort required as the baseline for subsequent migrations. (Technical owner with Platform Engineering)</w:t>
      </w:r>
    </w:p>
    <w:p w14:paraId="42D33A1D" w14:textId="77777777" w:rsidR="00E2764D" w:rsidRDefault="00F75996">
      <w:pPr>
        <w:pStyle w:val="ListNumber"/>
      </w:pPr>
      <w:r>
        <w:t>Run a security review and penetration test of the platform, including validation that retrieval filtering cannot be bypassed. (Chief Information Security Officer)</w:t>
      </w:r>
    </w:p>
    <w:p w14:paraId="3C694F8A" w14:textId="77777777" w:rsidR="00E2764D" w:rsidRDefault="00F75996">
      <w:pPr>
        <w:pStyle w:val="ListNumber"/>
      </w:pPr>
      <w:r>
        <w:t>Test disaster recovery by redeploying the platform from code into a clean subscription and rebuilding an index from source. (Platform Engineering)</w:t>
      </w:r>
    </w:p>
    <w:p w14:paraId="2F1D3547" w14:textId="77777777" w:rsidR="00E2764D" w:rsidRDefault="00F75996">
      <w:pPr>
        <w:pStyle w:val="ListNumber"/>
      </w:pPr>
      <w:r>
        <w:t>Publish the platform onboarding guide, service levels, and support model, and set the date from which new AI workloads must use the platform. (AI Platform Lead)</w:t>
      </w:r>
    </w:p>
    <w:p w14:paraId="0E91BDF6" w14:textId="77777777" w:rsidR="00E2764D" w:rsidRDefault="00F75996">
      <w:pPr>
        <w:pStyle w:val="ListNumber"/>
      </w:pPr>
      <w:r>
        <w:t>Review the mandate after one quarter against the metrics in Section 18.3.8, particularly time to provision and the proportion of the estate on the platform. (Chief AI Officer)</w:t>
      </w:r>
    </w:p>
    <w:p w14:paraId="08313FB1" w14:textId="77777777" w:rsidR="00E2764D" w:rsidRDefault="00F75996">
      <w:r>
        <w:t>The phasing below assumes an existing cloud platform practice and a small number of existing AI workloads to migrate.</w:t>
      </w:r>
    </w:p>
    <w:p w14:paraId="64651B0D" w14:textId="77777777" w:rsidR="00E2764D" w:rsidRDefault="00F75996">
      <w:r>
        <w:rPr>
          <w:i/>
          <w:sz w:val="20"/>
        </w:rPr>
        <w:t>Table 18.3.5 - Indicative phasing and exit criteria for the platform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516184AD" w14:textId="77777777">
        <w:trPr>
          <w:tblHeader/>
        </w:trPr>
        <w:tc>
          <w:tcPr>
            <w:tcW w:w="3120" w:type="dxa"/>
            <w:shd w:val="clear" w:color="auto" w:fill="D5E8F0"/>
          </w:tcPr>
          <w:p w14:paraId="15CBB2F1" w14:textId="77777777" w:rsidR="00E2764D" w:rsidRDefault="00F75996">
            <w:r>
              <w:rPr>
                <w:b/>
                <w:sz w:val="20"/>
              </w:rPr>
              <w:t>Phase</w:t>
            </w:r>
          </w:p>
        </w:tc>
        <w:tc>
          <w:tcPr>
            <w:tcW w:w="3120" w:type="dxa"/>
            <w:shd w:val="clear" w:color="auto" w:fill="D5E8F0"/>
          </w:tcPr>
          <w:p w14:paraId="429C8CA3" w14:textId="77777777" w:rsidR="00E2764D" w:rsidRDefault="00F75996">
            <w:r>
              <w:rPr>
                <w:b/>
                <w:sz w:val="20"/>
              </w:rPr>
              <w:t>Duration (indicative)</w:t>
            </w:r>
          </w:p>
        </w:tc>
        <w:tc>
          <w:tcPr>
            <w:tcW w:w="3120" w:type="dxa"/>
            <w:shd w:val="clear" w:color="auto" w:fill="D5E8F0"/>
          </w:tcPr>
          <w:p w14:paraId="0ACC0ED4" w14:textId="77777777" w:rsidR="00E2764D" w:rsidRDefault="00F75996">
            <w:r>
              <w:rPr>
                <w:b/>
                <w:sz w:val="20"/>
              </w:rPr>
              <w:t>Exit Criteria</w:t>
            </w:r>
          </w:p>
        </w:tc>
      </w:tr>
      <w:tr w:rsidR="00E2764D" w14:paraId="4BC0203A" w14:textId="77777777">
        <w:tc>
          <w:tcPr>
            <w:tcW w:w="3120" w:type="dxa"/>
          </w:tcPr>
          <w:p w14:paraId="252BBA64" w14:textId="77777777" w:rsidR="00E2764D" w:rsidRDefault="00F75996">
            <w:r>
              <w:rPr>
                <w:sz w:val="20"/>
              </w:rPr>
              <w:t>Structure and policy</w:t>
            </w:r>
          </w:p>
        </w:tc>
        <w:tc>
          <w:tcPr>
            <w:tcW w:w="3120" w:type="dxa"/>
          </w:tcPr>
          <w:p w14:paraId="199A4421" w14:textId="77777777" w:rsidR="00E2764D" w:rsidRDefault="00F75996">
            <w:r>
              <w:rPr>
                <w:sz w:val="20"/>
              </w:rPr>
              <w:t>Weeks 1 to 6</w:t>
            </w:r>
          </w:p>
        </w:tc>
        <w:tc>
          <w:tcPr>
            <w:tcW w:w="3120" w:type="dxa"/>
          </w:tcPr>
          <w:p w14:paraId="4E346980" w14:textId="77777777" w:rsidR="00E2764D" w:rsidRDefault="00F75996">
            <w:r>
              <w:rPr>
                <w:sz w:val="20"/>
              </w:rPr>
              <w:t>Platform lead appointed, existing estate inventoried, subscription structure agreed, and policy set assigned in audit mode with the tag schema published</w:t>
            </w:r>
          </w:p>
        </w:tc>
      </w:tr>
      <w:tr w:rsidR="00E2764D" w14:paraId="40E41A27" w14:textId="77777777">
        <w:tc>
          <w:tcPr>
            <w:tcW w:w="3120" w:type="dxa"/>
          </w:tcPr>
          <w:p w14:paraId="24A12AE9" w14:textId="77777777" w:rsidR="00E2764D" w:rsidRDefault="00F75996">
            <w:r>
              <w:rPr>
                <w:sz w:val="20"/>
              </w:rPr>
              <w:t>Core platform build</w:t>
            </w:r>
          </w:p>
        </w:tc>
        <w:tc>
          <w:tcPr>
            <w:tcW w:w="3120" w:type="dxa"/>
          </w:tcPr>
          <w:p w14:paraId="55F7FE51" w14:textId="77777777" w:rsidR="00E2764D" w:rsidRDefault="00F75996">
            <w:r>
              <w:rPr>
                <w:sz w:val="20"/>
              </w:rPr>
              <w:t>Weeks 5 to 14</w:t>
            </w:r>
          </w:p>
        </w:tc>
        <w:tc>
          <w:tcPr>
            <w:tcW w:w="3120" w:type="dxa"/>
          </w:tcPr>
          <w:p w14:paraId="25E442D1" w14:textId="77777777" w:rsidR="00E2764D" w:rsidRDefault="00F75996">
            <w:r>
              <w:rPr>
                <w:sz w:val="20"/>
              </w:rPr>
              <w:t>Shared hub, model serving with allocated quota, retrieval with validated security filtering, guardrail layer, and observability deployed by pipeline</w:t>
            </w:r>
          </w:p>
        </w:tc>
      </w:tr>
      <w:tr w:rsidR="00E2764D" w14:paraId="5CE69998" w14:textId="77777777">
        <w:tc>
          <w:tcPr>
            <w:tcW w:w="3120" w:type="dxa"/>
          </w:tcPr>
          <w:p w14:paraId="09CC15ED" w14:textId="77777777" w:rsidR="00E2764D" w:rsidRDefault="00F75996">
            <w:r>
              <w:rPr>
                <w:sz w:val="20"/>
              </w:rPr>
              <w:t>Templates and patterns</w:t>
            </w:r>
          </w:p>
        </w:tc>
        <w:tc>
          <w:tcPr>
            <w:tcW w:w="3120" w:type="dxa"/>
          </w:tcPr>
          <w:p w14:paraId="7571CAB5" w14:textId="77777777" w:rsidR="00E2764D" w:rsidRDefault="00F75996">
            <w:r>
              <w:rPr>
                <w:sz w:val="20"/>
              </w:rPr>
              <w:t>Weeks 12 to 18</w:t>
            </w:r>
          </w:p>
        </w:tc>
        <w:tc>
          <w:tcPr>
            <w:tcW w:w="3120" w:type="dxa"/>
          </w:tcPr>
          <w:p w14:paraId="297A8900" w14:textId="77777777" w:rsidR="00E2764D" w:rsidRDefault="00F75996">
            <w:r>
              <w:rPr>
                <w:sz w:val="20"/>
              </w:rPr>
              <w:t>Workload environment template validated end to end, reference patterns published with working implementations, and policy moved from audit to deny</w:t>
            </w:r>
          </w:p>
        </w:tc>
      </w:tr>
      <w:tr w:rsidR="00E2764D" w14:paraId="60E99965" w14:textId="77777777">
        <w:tc>
          <w:tcPr>
            <w:tcW w:w="3120" w:type="dxa"/>
          </w:tcPr>
          <w:p w14:paraId="159F38D5" w14:textId="77777777" w:rsidR="00E2764D" w:rsidRDefault="00F75996">
            <w:r>
              <w:rPr>
                <w:sz w:val="20"/>
              </w:rPr>
              <w:t>Data and grounding foundation</w:t>
            </w:r>
          </w:p>
        </w:tc>
        <w:tc>
          <w:tcPr>
            <w:tcW w:w="3120" w:type="dxa"/>
          </w:tcPr>
          <w:p w14:paraId="18540A57" w14:textId="77777777" w:rsidR="00E2764D" w:rsidRDefault="00F75996">
            <w:r>
              <w:rPr>
                <w:sz w:val="20"/>
              </w:rPr>
              <w:t>Weeks 10 to 22</w:t>
            </w:r>
          </w:p>
        </w:tc>
        <w:tc>
          <w:tcPr>
            <w:tcW w:w="3120" w:type="dxa"/>
          </w:tcPr>
          <w:p w14:paraId="6B1D5F9A" w14:textId="77777777" w:rsidR="00E2764D" w:rsidRDefault="00F75996">
            <w:r>
              <w:rPr>
                <w:sz w:val="20"/>
              </w:rPr>
              <w:t>Fabric estate aligned to ownership, candidate repositories assessed and remediated, content owners appointed, and ingestion with staleness monitoring live</w:t>
            </w:r>
          </w:p>
        </w:tc>
      </w:tr>
      <w:tr w:rsidR="00E2764D" w14:paraId="0CBE8BFF" w14:textId="77777777">
        <w:tc>
          <w:tcPr>
            <w:tcW w:w="3120" w:type="dxa"/>
          </w:tcPr>
          <w:p w14:paraId="7CAE9AAB" w14:textId="77777777" w:rsidR="00E2764D" w:rsidRDefault="00F75996">
            <w:r>
              <w:rPr>
                <w:sz w:val="20"/>
              </w:rPr>
              <w:lastRenderedPageBreak/>
              <w:t>Migration and adoption</w:t>
            </w:r>
          </w:p>
        </w:tc>
        <w:tc>
          <w:tcPr>
            <w:tcW w:w="3120" w:type="dxa"/>
          </w:tcPr>
          <w:p w14:paraId="5170904D" w14:textId="77777777" w:rsidR="00E2764D" w:rsidRDefault="00F75996">
            <w:r>
              <w:rPr>
                <w:sz w:val="20"/>
              </w:rPr>
              <w:t>Weeks 18 to 28</w:t>
            </w:r>
          </w:p>
        </w:tc>
        <w:tc>
          <w:tcPr>
            <w:tcW w:w="3120" w:type="dxa"/>
          </w:tcPr>
          <w:p w14:paraId="665CAF50" w14:textId="77777777" w:rsidR="00E2764D" w:rsidRDefault="00F75996">
            <w:r>
              <w:rPr>
                <w:sz w:val="20"/>
              </w:rPr>
              <w:t>First existing system migrated, security review and recovery test passed, onboarding published, and the mandatory-use date communicated and in force</w:t>
            </w:r>
          </w:p>
        </w:tc>
      </w:tr>
    </w:tbl>
    <w:p w14:paraId="050D79C0" w14:textId="77777777" w:rsidR="00E2764D" w:rsidRDefault="00E2764D"/>
    <w:p w14:paraId="7104727E" w14:textId="77777777" w:rsidR="00E2764D" w:rsidRDefault="00F75996">
      <w:pPr>
        <w:pStyle w:val="Heading3"/>
      </w:pPr>
      <w:bookmarkStart w:id="123" w:name="_Toc241649791"/>
      <w:r>
        <w:t>18.3.6 Benefits of This Mandate</w:t>
      </w:r>
      <w:bookmarkEnd w:id="123"/>
    </w:p>
    <w:p w14:paraId="52A9515F" w14:textId="77777777" w:rsidR="00E2764D" w:rsidRDefault="00F75996">
      <w:r>
        <w:t>The benefits of a platform accrue to every subsequent initiative rather than to any particular one, which is precisely why the mandate must be funded centrally. Charging its cost to the first use case will kill both.</w:t>
      </w:r>
    </w:p>
    <w:p w14:paraId="44A37E41" w14:textId="77777777" w:rsidR="00E2764D" w:rsidRDefault="00F75996">
      <w:r>
        <w:rPr>
          <w:i/>
          <w:sz w:val="20"/>
        </w:rPr>
        <w:t>Table 18.3.6 - Benefit categories for the platform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39328C15" w14:textId="77777777">
        <w:trPr>
          <w:tblHeader/>
        </w:trPr>
        <w:tc>
          <w:tcPr>
            <w:tcW w:w="3120" w:type="dxa"/>
            <w:shd w:val="clear" w:color="auto" w:fill="D5E8F0"/>
          </w:tcPr>
          <w:p w14:paraId="4F2F6E29" w14:textId="77777777" w:rsidR="00E2764D" w:rsidRDefault="00F75996">
            <w:r>
              <w:rPr>
                <w:b/>
                <w:sz w:val="20"/>
              </w:rPr>
              <w:t>Benefit Category</w:t>
            </w:r>
          </w:p>
        </w:tc>
        <w:tc>
          <w:tcPr>
            <w:tcW w:w="3120" w:type="dxa"/>
            <w:shd w:val="clear" w:color="auto" w:fill="D5E8F0"/>
          </w:tcPr>
          <w:p w14:paraId="69A1FFF8" w14:textId="77777777" w:rsidR="00E2764D" w:rsidRDefault="00F75996">
            <w:r>
              <w:rPr>
                <w:b/>
                <w:sz w:val="20"/>
              </w:rPr>
              <w:t>Description</w:t>
            </w:r>
          </w:p>
        </w:tc>
        <w:tc>
          <w:tcPr>
            <w:tcW w:w="3120" w:type="dxa"/>
            <w:shd w:val="clear" w:color="auto" w:fill="D5E8F0"/>
          </w:tcPr>
          <w:p w14:paraId="06E5CE93" w14:textId="77777777" w:rsidR="00E2764D" w:rsidRDefault="00F75996">
            <w:r>
              <w:rPr>
                <w:b/>
                <w:sz w:val="20"/>
              </w:rPr>
              <w:t>Illustrative Metric</w:t>
            </w:r>
          </w:p>
        </w:tc>
      </w:tr>
      <w:tr w:rsidR="00E2764D" w14:paraId="275145C6" w14:textId="77777777">
        <w:tc>
          <w:tcPr>
            <w:tcW w:w="3120" w:type="dxa"/>
          </w:tcPr>
          <w:p w14:paraId="6334E1AF" w14:textId="77777777" w:rsidR="00E2764D" w:rsidRDefault="00F75996">
            <w:r>
              <w:rPr>
                <w:sz w:val="20"/>
              </w:rPr>
              <w:t>Reduced time to first deployment</w:t>
            </w:r>
          </w:p>
        </w:tc>
        <w:tc>
          <w:tcPr>
            <w:tcW w:w="3120" w:type="dxa"/>
          </w:tcPr>
          <w:p w14:paraId="7EC2F187" w14:textId="77777777" w:rsidR="00E2764D" w:rsidRDefault="00F75996">
            <w:r>
              <w:rPr>
                <w:sz w:val="20"/>
              </w:rPr>
              <w:t>Teams receive a compliant, connected environment from template rather than building one, removing weeks of infrastructure work from every initiative</w:t>
            </w:r>
          </w:p>
        </w:tc>
        <w:tc>
          <w:tcPr>
            <w:tcW w:w="3120" w:type="dxa"/>
          </w:tcPr>
          <w:p w14:paraId="17B8CB05" w14:textId="77777777" w:rsidR="00E2764D" w:rsidRDefault="00F75996">
            <w:r>
              <w:rPr>
                <w:sz w:val="20"/>
              </w:rPr>
              <w:t>Elapsed days from approved proposal to working development environment, compared to the pre-platform baseline</w:t>
            </w:r>
          </w:p>
        </w:tc>
      </w:tr>
      <w:tr w:rsidR="00E2764D" w14:paraId="171826BE" w14:textId="77777777">
        <w:tc>
          <w:tcPr>
            <w:tcW w:w="3120" w:type="dxa"/>
          </w:tcPr>
          <w:p w14:paraId="73EE974A" w14:textId="77777777" w:rsidR="00E2764D" w:rsidRDefault="00F75996">
            <w:r>
              <w:rPr>
                <w:sz w:val="20"/>
              </w:rPr>
              <w:t>Uniform security posture</w:t>
            </w:r>
          </w:p>
        </w:tc>
        <w:tc>
          <w:tcPr>
            <w:tcW w:w="3120" w:type="dxa"/>
          </w:tcPr>
          <w:p w14:paraId="232EF456" w14:textId="77777777" w:rsidR="00E2764D" w:rsidRDefault="00F75996">
            <w:r>
              <w:rPr>
                <w:sz w:val="20"/>
              </w:rPr>
              <w:t>Network isolation, identity, encryption, and logging are enforced by policy rather than by the diligence of individual engineers</w:t>
            </w:r>
          </w:p>
        </w:tc>
        <w:tc>
          <w:tcPr>
            <w:tcW w:w="3120" w:type="dxa"/>
          </w:tcPr>
          <w:p w14:paraId="5B6043DC" w14:textId="77777777" w:rsidR="00E2764D" w:rsidRDefault="00F75996">
            <w:r>
              <w:rPr>
                <w:sz w:val="20"/>
              </w:rPr>
              <w:t>Proportion of AI resources compliant with the policy set, measured continuously in Microsoft Defender for Cloud</w:t>
            </w:r>
          </w:p>
        </w:tc>
      </w:tr>
      <w:tr w:rsidR="00E2764D" w14:paraId="425D53EF" w14:textId="77777777">
        <w:tc>
          <w:tcPr>
            <w:tcW w:w="3120" w:type="dxa"/>
          </w:tcPr>
          <w:p w14:paraId="1492F602" w14:textId="77777777" w:rsidR="00E2764D" w:rsidRDefault="00F75996">
            <w:r>
              <w:rPr>
                <w:sz w:val="20"/>
              </w:rPr>
              <w:t>Avoided duplicate build cost</w:t>
            </w:r>
          </w:p>
        </w:tc>
        <w:tc>
          <w:tcPr>
            <w:tcW w:w="3120" w:type="dxa"/>
          </w:tcPr>
          <w:p w14:paraId="64F459EE" w14:textId="77777777" w:rsidR="00E2764D" w:rsidRDefault="00F75996">
            <w:r>
              <w:rPr>
                <w:sz w:val="20"/>
              </w:rPr>
              <w:t>Retrieval, guardrails, evaluation plumbing, and telemetry are built once and consumed many times</w:t>
            </w:r>
          </w:p>
        </w:tc>
        <w:tc>
          <w:tcPr>
            <w:tcW w:w="3120" w:type="dxa"/>
          </w:tcPr>
          <w:p w14:paraId="0D2AE9F0" w14:textId="77777777" w:rsidR="00E2764D" w:rsidRDefault="00F75996">
            <w:r>
              <w:rPr>
                <w:sz w:val="20"/>
              </w:rPr>
              <w:t>Count of systems consuming shared platform services rather than bespoke equivalents, and estimated engineering days avoided</w:t>
            </w:r>
          </w:p>
        </w:tc>
      </w:tr>
      <w:tr w:rsidR="00E2764D" w14:paraId="0D9FB286" w14:textId="77777777">
        <w:tc>
          <w:tcPr>
            <w:tcW w:w="3120" w:type="dxa"/>
          </w:tcPr>
          <w:p w14:paraId="1169D710" w14:textId="77777777" w:rsidR="00E2764D" w:rsidRDefault="00F75996">
            <w:r>
              <w:rPr>
                <w:sz w:val="20"/>
              </w:rPr>
              <w:t>Access control integrity preserved</w:t>
            </w:r>
          </w:p>
        </w:tc>
        <w:tc>
          <w:tcPr>
            <w:tcW w:w="3120" w:type="dxa"/>
          </w:tcPr>
          <w:p w14:paraId="246C2F1F" w14:textId="77777777" w:rsidR="00E2764D" w:rsidRDefault="00F75996">
            <w:r>
              <w:rPr>
                <w:sz w:val="20"/>
              </w:rPr>
              <w:t>Entitlement-preserving retrieval prevents AI systems becoming an unintended path around established permissions</w:t>
            </w:r>
          </w:p>
        </w:tc>
        <w:tc>
          <w:tcPr>
            <w:tcW w:w="3120" w:type="dxa"/>
          </w:tcPr>
          <w:p w14:paraId="6558757A" w14:textId="77777777" w:rsidR="00E2764D" w:rsidRDefault="00F75996">
            <w:r>
              <w:rPr>
                <w:sz w:val="20"/>
              </w:rPr>
              <w:t>Count of retrieval permission defects found in testing versus in production, and results of periodic bypass testing</w:t>
            </w:r>
          </w:p>
        </w:tc>
      </w:tr>
      <w:tr w:rsidR="00E2764D" w14:paraId="1ABA78D1" w14:textId="77777777">
        <w:tc>
          <w:tcPr>
            <w:tcW w:w="3120" w:type="dxa"/>
          </w:tcPr>
          <w:p w14:paraId="4290730E" w14:textId="77777777" w:rsidR="00E2764D" w:rsidRDefault="00F75996">
            <w:r>
              <w:rPr>
                <w:sz w:val="20"/>
              </w:rPr>
              <w:t>Answer quality from content hygiene</w:t>
            </w:r>
          </w:p>
        </w:tc>
        <w:tc>
          <w:tcPr>
            <w:tcW w:w="3120" w:type="dxa"/>
          </w:tcPr>
          <w:p w14:paraId="3A9AB8A7" w14:textId="77777777" w:rsidR="00E2764D" w:rsidRDefault="00F75996">
            <w:r>
              <w:rPr>
                <w:sz w:val="20"/>
              </w:rPr>
              <w:t>Curated, owned, current grounding content raises measured groundedness and reduces confident answers from superseded material</w:t>
            </w:r>
          </w:p>
        </w:tc>
        <w:tc>
          <w:tcPr>
            <w:tcW w:w="3120" w:type="dxa"/>
          </w:tcPr>
          <w:p w14:paraId="5CAAACF7" w14:textId="77777777" w:rsidR="00E2764D" w:rsidRDefault="00F75996">
            <w:r>
              <w:rPr>
                <w:sz w:val="20"/>
              </w:rPr>
              <w:t>Groundedness scores from Section 18.2 evaluation runs, and count of stale-source alerts remediated within target</w:t>
            </w:r>
          </w:p>
        </w:tc>
      </w:tr>
      <w:tr w:rsidR="00E2764D" w14:paraId="63C5BD81" w14:textId="77777777">
        <w:tc>
          <w:tcPr>
            <w:tcW w:w="3120" w:type="dxa"/>
          </w:tcPr>
          <w:p w14:paraId="7EB9B1C7" w14:textId="77777777" w:rsidR="00E2764D" w:rsidRDefault="00F75996">
            <w:r>
              <w:rPr>
                <w:sz w:val="20"/>
              </w:rPr>
              <w:lastRenderedPageBreak/>
              <w:t>Cost visibility and control</w:t>
            </w:r>
          </w:p>
        </w:tc>
        <w:tc>
          <w:tcPr>
            <w:tcW w:w="3120" w:type="dxa"/>
          </w:tcPr>
          <w:p w14:paraId="34E626EA" w14:textId="77777777" w:rsidR="00E2764D" w:rsidRDefault="00F75996">
            <w:r>
              <w:rPr>
                <w:sz w:val="20"/>
              </w:rPr>
              <w:t>Tag-enforced attribution makes per-system cost answerable at any time, which is a precondition for the value discipline in Section 17.2</w:t>
            </w:r>
          </w:p>
        </w:tc>
        <w:tc>
          <w:tcPr>
            <w:tcW w:w="3120" w:type="dxa"/>
          </w:tcPr>
          <w:p w14:paraId="7C6FB027" w14:textId="77777777" w:rsidR="00E2764D" w:rsidRDefault="00F75996">
            <w:r>
              <w:rPr>
                <w:sz w:val="20"/>
              </w:rPr>
              <w:t>Proportion of AI consumption attributable to a named system and owner, targeting complete attribution</w:t>
            </w:r>
          </w:p>
        </w:tc>
      </w:tr>
      <w:tr w:rsidR="00E2764D" w14:paraId="1149C129" w14:textId="77777777">
        <w:tc>
          <w:tcPr>
            <w:tcW w:w="3120" w:type="dxa"/>
          </w:tcPr>
          <w:p w14:paraId="3403E916" w14:textId="77777777" w:rsidR="00E2764D" w:rsidRDefault="00F75996">
            <w:r>
              <w:rPr>
                <w:sz w:val="20"/>
              </w:rPr>
              <w:t>Capacity predictability</w:t>
            </w:r>
          </w:p>
        </w:tc>
        <w:tc>
          <w:tcPr>
            <w:tcW w:w="3120" w:type="dxa"/>
          </w:tcPr>
          <w:p w14:paraId="1511C810" w14:textId="77777777" w:rsidR="00E2764D" w:rsidRDefault="00F75996">
            <w:r>
              <w:rPr>
                <w:sz w:val="20"/>
              </w:rPr>
              <w:t>Centrally held and allocated quota with monitored headroom prevents launches degrading each other</w:t>
            </w:r>
          </w:p>
        </w:tc>
        <w:tc>
          <w:tcPr>
            <w:tcW w:w="3120" w:type="dxa"/>
          </w:tcPr>
          <w:p w14:paraId="6634C3D5" w14:textId="77777777" w:rsidR="00E2764D" w:rsidRDefault="00F75996">
            <w:r>
              <w:rPr>
                <w:sz w:val="20"/>
              </w:rPr>
              <w:t>Count of throttling events affecting production, and forecast accuracy against actual consumption</w:t>
            </w:r>
          </w:p>
        </w:tc>
      </w:tr>
      <w:tr w:rsidR="00E2764D" w14:paraId="02062156" w14:textId="77777777">
        <w:tc>
          <w:tcPr>
            <w:tcW w:w="3120" w:type="dxa"/>
          </w:tcPr>
          <w:p w14:paraId="55840242" w14:textId="77777777" w:rsidR="00E2764D" w:rsidRDefault="00F75996">
            <w:r>
              <w:rPr>
                <w:sz w:val="20"/>
              </w:rPr>
              <w:t>Faster and cheaper assurance</w:t>
            </w:r>
          </w:p>
        </w:tc>
        <w:tc>
          <w:tcPr>
            <w:tcW w:w="3120" w:type="dxa"/>
          </w:tcPr>
          <w:p w14:paraId="445778F1" w14:textId="77777777" w:rsidR="00E2764D" w:rsidRDefault="00F75996">
            <w:r>
              <w:rPr>
                <w:sz w:val="20"/>
              </w:rPr>
              <w:t>Uniform construction means evaluation, monitoring, and evidence collection work the same way for every system</w:t>
            </w:r>
          </w:p>
        </w:tc>
        <w:tc>
          <w:tcPr>
            <w:tcW w:w="3120" w:type="dxa"/>
          </w:tcPr>
          <w:p w14:paraId="6AC77CA8" w14:textId="77777777" w:rsidR="00E2764D" w:rsidRDefault="00F75996">
            <w:r>
              <w:rPr>
                <w:sz w:val="20"/>
              </w:rPr>
              <w:t>Effort to onboard a new system to the assurance gates in Section 18.2, measured in engineering days</w:t>
            </w:r>
          </w:p>
        </w:tc>
      </w:tr>
    </w:tbl>
    <w:p w14:paraId="40398DB9" w14:textId="77777777" w:rsidR="00E2764D" w:rsidRDefault="00E2764D"/>
    <w:p w14:paraId="7AFED5DC" w14:textId="77777777" w:rsidR="00E2764D" w:rsidRDefault="00F75996">
      <w:r>
        <w:t>For the chief executive, the argument is that the platform converts AI from a series of independent projects, each carrying its own infrastructure cost and its own risk of a different security mistake, into a capability where the marginal cost and the marginal risk of the next initiative are both materially lower than the last.</w:t>
      </w:r>
    </w:p>
    <w:p w14:paraId="1D5F6018" w14:textId="77777777" w:rsidR="00E2764D" w:rsidRDefault="00F75996">
      <w:pPr>
        <w:pStyle w:val="Heading3"/>
      </w:pPr>
      <w:bookmarkStart w:id="124" w:name="_Toc241649792"/>
      <w:r>
        <w:t>18.3.7 Data, Systems and Integration Requirements</w:t>
      </w:r>
      <w:bookmarkEnd w:id="124"/>
    </w:p>
    <w:p w14:paraId="6EF64644" w14:textId="77777777" w:rsidR="00E2764D" w:rsidRDefault="00F75996">
      <w:r>
        <w:t>The platform mandate depends less on new data than on establishing ownership, permissions, and currency over content that already exists. The requirements below should be assessed before any workload is committed to a source, because remediating a repository after a system depends on it is disruptive.</w:t>
      </w:r>
    </w:p>
    <w:p w14:paraId="78F29ED4" w14:textId="77777777" w:rsidR="00E2764D" w:rsidRDefault="00F75996">
      <w:pPr>
        <w:pStyle w:val="ListBullet"/>
      </w:pPr>
      <w:r>
        <w:rPr>
          <w:b/>
        </w:rPr>
        <w:t>Approved grounding repositories</w:t>
      </w:r>
      <w:r>
        <w:t>: document and knowledge sources assessed for permission consistency, version hygiene, and currency, each with a named content owner and a defined refresh cadence.</w:t>
      </w:r>
    </w:p>
    <w:p w14:paraId="0EC41C3C" w14:textId="77777777" w:rsidR="00E2764D" w:rsidRDefault="00F75996">
      <w:pPr>
        <w:pStyle w:val="ListBullet"/>
      </w:pPr>
      <w:r>
        <w:rPr>
          <w:b/>
        </w:rPr>
        <w:t>Source system entitlements</w:t>
      </w:r>
      <w:r>
        <w:t>: group and permission data resolvable at query time from Microsoft Entra ID and the source system, since this is what makes entitlement-preserving retrieval possible.</w:t>
      </w:r>
    </w:p>
    <w:p w14:paraId="147BEEF5" w14:textId="77777777" w:rsidR="00E2764D" w:rsidRDefault="00F75996">
      <w:pPr>
        <w:pStyle w:val="ListBullet"/>
      </w:pPr>
      <w:r>
        <w:rPr>
          <w:b/>
        </w:rPr>
        <w:t>Structured business data</w:t>
      </w:r>
      <w:r>
        <w:t>: the customer, product, transaction, and operational data in the Fabric estate that grounded applications require, with lineage and sensitivity classification maintained in Microsoft Purview.</w:t>
      </w:r>
    </w:p>
    <w:p w14:paraId="718AF994" w14:textId="77777777" w:rsidR="00E2764D" w:rsidRDefault="00F75996">
      <w:pPr>
        <w:pStyle w:val="ListBullet"/>
      </w:pPr>
      <w:r>
        <w:rPr>
          <w:b/>
        </w:rPr>
        <w:t>Content metadata</w:t>
      </w:r>
      <w:r>
        <w:t>: authorship, effective date, supersession status, and jurisdiction where applicable, carried into the index as filterable fields so that currency and applicability can be enforced at query time.</w:t>
      </w:r>
    </w:p>
    <w:p w14:paraId="7B959507" w14:textId="77777777" w:rsidR="00E2764D" w:rsidRDefault="00F75996">
      <w:pPr>
        <w:pStyle w:val="ListBullet"/>
      </w:pPr>
      <w:r>
        <w:rPr>
          <w:b/>
        </w:rPr>
        <w:t>Identity and directory data</w:t>
      </w:r>
      <w:r>
        <w:t>: workload identities, group membership, and privileged access records from Microsoft Entra ID, supporting both retrieval filtering and platform administration control.</w:t>
      </w:r>
    </w:p>
    <w:p w14:paraId="34832DE5" w14:textId="77777777" w:rsidR="00E2764D" w:rsidRDefault="00F75996">
      <w:pPr>
        <w:pStyle w:val="ListBullet"/>
      </w:pPr>
      <w:r>
        <w:rPr>
          <w:b/>
        </w:rPr>
        <w:lastRenderedPageBreak/>
        <w:t>Resource inventory and tags</w:t>
      </w:r>
      <w:r>
        <w:t>: complete tag coverage across AI resources, joined to the system inventory in Section 18.1 so that every resource maps to an owner and a risk tier.</w:t>
      </w:r>
    </w:p>
    <w:p w14:paraId="278489E0" w14:textId="77777777" w:rsidR="00E2764D" w:rsidRDefault="00F75996">
      <w:pPr>
        <w:pStyle w:val="ListBullet"/>
      </w:pPr>
      <w:r>
        <w:rPr>
          <w:b/>
        </w:rPr>
        <w:t>Consumption and quota telemetry</w:t>
      </w:r>
      <w:r>
        <w:t>: usage against allocated quota per deployment, from Azure Monitor and Microsoft Cost Management, at sufficient granularity to forecast.</w:t>
      </w:r>
    </w:p>
    <w:p w14:paraId="22AA2E7E" w14:textId="77777777" w:rsidR="00E2764D" w:rsidRDefault="00F75996">
      <w:pPr>
        <w:pStyle w:val="ListBullet"/>
      </w:pPr>
      <w:r>
        <w:rPr>
          <w:b/>
        </w:rPr>
        <w:t>Platform health telemetry</w:t>
      </w:r>
      <w:r>
        <w:t>: availability, latency, and error rates for shared services, emitted to the shared workspace and alerting to the platform team.</w:t>
      </w:r>
    </w:p>
    <w:p w14:paraId="75C662A0" w14:textId="77777777" w:rsidR="00E2764D" w:rsidRDefault="00F75996">
      <w:pPr>
        <w:pStyle w:val="ListBullet"/>
      </w:pPr>
      <w:r>
        <w:rPr>
          <w:b/>
        </w:rPr>
        <w:t>Source system integration contracts</w:t>
      </w:r>
      <w:r>
        <w:t>: defined interfaces, throughput limits, and support arrangements for each line of business system the platform connects to, agreed with those systems' owners before dependency is created.</w:t>
      </w:r>
    </w:p>
    <w:p w14:paraId="56C27F92" w14:textId="77777777" w:rsidR="00E2764D" w:rsidRDefault="00F75996">
      <w:pPr>
        <w:pStyle w:val="ListBullet"/>
      </w:pPr>
      <w:r>
        <w:rPr>
          <w:b/>
        </w:rPr>
        <w:t>Retention and residency configuration</w:t>
      </w:r>
      <w:r>
        <w:t>: retention periods and permitted regions applied at the platform layer under Section 10.3, so that workloads inherit compliant defaults.</w:t>
      </w:r>
    </w:p>
    <w:p w14:paraId="7EA4F028" w14:textId="77777777" w:rsidR="00E2764D" w:rsidRDefault="00F75996">
      <w:pPr>
        <w:pStyle w:val="Heading3"/>
      </w:pPr>
      <w:bookmarkStart w:id="125" w:name="_Toc241649793"/>
      <w:r>
        <w:t>18.3.8 Success Metrics (KPIs)</w:t>
      </w:r>
      <w:bookmarkEnd w:id="125"/>
    </w:p>
    <w:p w14:paraId="189E32DB" w14:textId="77777777" w:rsidR="00E2764D" w:rsidRDefault="00F75996">
      <w:r>
        <w:t>These measures are reported to the AI Governance Council monthly and summarized quarterly to the board. The first two are the ones that determine whether teams choose the platform or route around it.</w:t>
      </w:r>
    </w:p>
    <w:p w14:paraId="0811CD02" w14:textId="77777777" w:rsidR="00E2764D" w:rsidRDefault="00F75996">
      <w:pPr>
        <w:pStyle w:val="ListBullet"/>
      </w:pPr>
      <w:r>
        <w:rPr>
          <w:b/>
        </w:rPr>
        <w:t>Time to provision</w:t>
      </w:r>
      <w:r>
        <w:t>: elapsed days from approved proposal to a working, compliant development environment, measured from pipeline records, with the pre-platform baseline retained for comparison.</w:t>
      </w:r>
    </w:p>
    <w:p w14:paraId="2DF28A36" w14:textId="77777777" w:rsidR="00E2764D" w:rsidRDefault="00F75996">
      <w:pPr>
        <w:pStyle w:val="ListBullet"/>
      </w:pPr>
      <w:r>
        <w:rPr>
          <w:b/>
        </w:rPr>
        <w:t>Platform adoption</w:t>
      </w:r>
      <w:r>
        <w:t>: the proportion of production AI systems running on the shared platform rather than on independently provisioned infrastructure, measured against the inventory.</w:t>
      </w:r>
    </w:p>
    <w:p w14:paraId="4CAD1434" w14:textId="77777777" w:rsidR="00E2764D" w:rsidRDefault="00F75996">
      <w:pPr>
        <w:pStyle w:val="ListBullet"/>
      </w:pPr>
      <w:r>
        <w:rPr>
          <w:b/>
        </w:rPr>
        <w:t>Policy compliance</w:t>
      </w:r>
      <w:r>
        <w:t>: the proportion of AI resources compliant with the enforced policy set, measured continuously in Microsoft Defender for Cloud, with exceptions tracked to expiry.</w:t>
      </w:r>
    </w:p>
    <w:p w14:paraId="26ECFFE2" w14:textId="77777777" w:rsidR="00E2764D" w:rsidRDefault="00F75996">
      <w:pPr>
        <w:pStyle w:val="ListBullet"/>
      </w:pPr>
      <w:r>
        <w:rPr>
          <w:b/>
        </w:rPr>
        <w:t>Cost attribution completeness</w:t>
      </w:r>
      <w:r>
        <w:t>: the proportion of AI consumption attributable to a named system and owner through tags, targeting complete attribution with unattributed spend treated as a defect.</w:t>
      </w:r>
    </w:p>
    <w:p w14:paraId="6D2157A4" w14:textId="77777777" w:rsidR="00E2764D" w:rsidRDefault="00F75996">
      <w:pPr>
        <w:pStyle w:val="ListBullet"/>
      </w:pPr>
      <w:r>
        <w:rPr>
          <w:b/>
        </w:rPr>
        <w:t>Retrieval permission integrity</w:t>
      </w:r>
      <w:r>
        <w:t>: results of periodic testing that a user cannot retrieve content they cannot open in the source system, reported as pass or fail with any failure treated as a Tier 1 incident.</w:t>
      </w:r>
    </w:p>
    <w:p w14:paraId="332C26EA" w14:textId="77777777" w:rsidR="00E2764D" w:rsidRDefault="00F75996">
      <w:pPr>
        <w:pStyle w:val="ListBullet"/>
      </w:pPr>
      <w:r>
        <w:rPr>
          <w:b/>
        </w:rPr>
        <w:t>Grounding content currency</w:t>
      </w:r>
      <w:r>
        <w:t>: the proportion of indexed sources refreshed within their defined cadence, and the count of stale-source alerts remediated within target.</w:t>
      </w:r>
    </w:p>
    <w:p w14:paraId="3FDDAE0F" w14:textId="77777777" w:rsidR="00E2764D" w:rsidRDefault="00F75996">
      <w:pPr>
        <w:pStyle w:val="ListBullet"/>
      </w:pPr>
      <w:r>
        <w:rPr>
          <w:b/>
        </w:rPr>
        <w:t>Capacity headroom</w:t>
      </w:r>
      <w:r>
        <w:t>: consumption against allocated quota per deployment, with the count of throttling events affecting production reported and targeted at zero.</w:t>
      </w:r>
    </w:p>
    <w:p w14:paraId="366B4121" w14:textId="77777777" w:rsidR="00E2764D" w:rsidRDefault="00F75996">
      <w:pPr>
        <w:pStyle w:val="ListBullet"/>
      </w:pPr>
      <w:r>
        <w:rPr>
          <w:b/>
        </w:rPr>
        <w:t>Platform availability</w:t>
      </w:r>
      <w:r>
        <w:t>: availability of shared services against the published service level, measured in Azure Monitor, since platform unavailability affects every workload at once.</w:t>
      </w:r>
    </w:p>
    <w:p w14:paraId="4BAE53FF" w14:textId="77777777" w:rsidR="00E2764D" w:rsidRDefault="00F75996">
      <w:pPr>
        <w:pStyle w:val="Heading3"/>
      </w:pPr>
      <w:bookmarkStart w:id="126" w:name="_Toc241649794"/>
      <w:r>
        <w:t>18.3.9 Risk, Governance and Human Oversight</w:t>
      </w:r>
      <w:bookmarkEnd w:id="126"/>
    </w:p>
    <w:p w14:paraId="79D942A3" w14:textId="77777777" w:rsidR="00E2764D" w:rsidRDefault="00F75996">
      <w:r>
        <w:t>A shared platform concentrates both control and consequence. A single correct configuration protects every workload at once, and a single error exposes every workload at once. The provisions below reflect that concentration and are reviewed by the AI Governance Council whenever the platform changes materially.</w:t>
      </w:r>
    </w:p>
    <w:p w14:paraId="1EDE61BA" w14:textId="77777777" w:rsidR="00E2764D" w:rsidRDefault="00F75996">
      <w:pPr>
        <w:pStyle w:val="ListBullet"/>
      </w:pPr>
      <w:r>
        <w:rPr>
          <w:b/>
        </w:rPr>
        <w:lastRenderedPageBreak/>
        <w:t>Risk tier assignment</w:t>
      </w:r>
      <w:r>
        <w:t>: this mandate is assigned Tier 2. The platform holds and serves sensitive content and its misconfiguration could affect every AI system simultaneously, but it makes no decisions about individuals and takes no autonomous action.</w:t>
      </w:r>
    </w:p>
    <w:p w14:paraId="5457CF72" w14:textId="77777777" w:rsidR="00E2764D" w:rsidRDefault="00F75996">
      <w:pPr>
        <w:pStyle w:val="ListBullet"/>
      </w:pPr>
      <w:r>
        <w:rPr>
          <w:b/>
        </w:rPr>
        <w:t>Deterministic guardrail enforcement</w:t>
      </w:r>
      <w:r>
        <w:t>: private networking, approved regions, encryption, and required tags are enforced by Azure Policy in deny mode, which is a deterministic control rather than a guideline.</w:t>
      </w:r>
    </w:p>
    <w:p w14:paraId="47BE2F11" w14:textId="77777777" w:rsidR="00E2764D" w:rsidRDefault="00F75996">
      <w:pPr>
        <w:pStyle w:val="ListBullet"/>
      </w:pPr>
      <w:r>
        <w:rPr>
          <w:b/>
        </w:rPr>
        <w:t>Prohibited and human-only actions</w:t>
      </w:r>
      <w:r>
        <w:t>: creating a policy exemption, enabling a public endpoint, granting standing privileged access, and reallocating reserved quota are human-only actions requiring the AI Platform Lead and, for exemptions with security effect, the Chief Information Security Officer.</w:t>
      </w:r>
    </w:p>
    <w:p w14:paraId="6620732B" w14:textId="77777777" w:rsidR="00E2764D" w:rsidRDefault="00F75996">
      <w:pPr>
        <w:pStyle w:val="ListBullet"/>
      </w:pPr>
      <w:r>
        <w:rPr>
          <w:b/>
        </w:rPr>
        <w:t>Entitlement preservation is non-negotiable</w:t>
      </w:r>
      <w:r>
        <w:t>: no retrieval pattern may be approved that does not enforce source permissions at query time, and any bypass discovered in production is handled as a Tier 1 incident under Section 13.1.</w:t>
      </w:r>
    </w:p>
    <w:p w14:paraId="05EF2A37" w14:textId="77777777" w:rsidR="00E2764D" w:rsidRDefault="00F75996">
      <w:pPr>
        <w:pStyle w:val="ListBullet"/>
      </w:pPr>
      <w:r>
        <w:rPr>
          <w:b/>
        </w:rPr>
        <w:t>Change blast radius</w:t>
      </w:r>
      <w:r>
        <w:t>: platform changes are assessed for the number of dependent workloads affected, staged through non-production, and scheduled with the affected business owners informed.</w:t>
      </w:r>
    </w:p>
    <w:p w14:paraId="4333418B" w14:textId="77777777" w:rsidR="00E2764D" w:rsidRDefault="00F75996">
      <w:pPr>
        <w:pStyle w:val="ListBullet"/>
      </w:pPr>
      <w:r>
        <w:rPr>
          <w:b/>
        </w:rPr>
        <w:t>Privileged access control</w:t>
      </w:r>
      <w:r>
        <w:t>: platform administration uses just-in-time elevation through Privileged Identity Management with approval and session recording, and standing administrative access is prohibited.</w:t>
      </w:r>
    </w:p>
    <w:p w14:paraId="206648DD" w14:textId="77777777" w:rsidR="00E2764D" w:rsidRDefault="00F75996">
      <w:pPr>
        <w:pStyle w:val="ListBullet"/>
      </w:pPr>
      <w:r>
        <w:rPr>
          <w:b/>
        </w:rPr>
        <w:t>Content owner accountability</w:t>
      </w:r>
      <w:r>
        <w:t>: every grounding source has a named owner accountable for accuracy and currency, and sources whose owner lapses are removed from the index rather than left to decay.</w:t>
      </w:r>
    </w:p>
    <w:p w14:paraId="0F06182F" w14:textId="77777777" w:rsidR="00E2764D" w:rsidRDefault="00F75996">
      <w:pPr>
        <w:pStyle w:val="ListBullet"/>
      </w:pPr>
      <w:r>
        <w:rPr>
          <w:b/>
        </w:rPr>
        <w:t>Kill switch</w:t>
      </w:r>
      <w:r>
        <w:t>: the platform provides the technical means to suspend an individual system or all systems, exercised on the officer's authority under Section 12.3 and tested periodically.</w:t>
      </w:r>
    </w:p>
    <w:p w14:paraId="77DA8B01" w14:textId="77777777" w:rsidR="00E2764D" w:rsidRDefault="00F75996">
      <w:pPr>
        <w:pStyle w:val="ListBullet"/>
      </w:pPr>
      <w:r>
        <w:rPr>
          <w:b/>
        </w:rPr>
        <w:t>Disclosure requirements</w:t>
      </w:r>
      <w:r>
        <w:t>: where platform telemetry captures personal data it is covered by the assessments in Section 10.2 and the retention rules in Section 10.3, and prohibited content capture is enforced in the shared logging configuration.</w:t>
      </w:r>
    </w:p>
    <w:p w14:paraId="16138D97" w14:textId="77777777" w:rsidR="00E2764D" w:rsidRDefault="00F75996">
      <w:pPr>
        <w:pStyle w:val="ListBullet"/>
      </w:pPr>
      <w:r>
        <w:rPr>
          <w:b/>
        </w:rPr>
        <w:t>Bias and fairness considerations</w:t>
      </w:r>
      <w:r>
        <w:t>: the platform does not itself make decisions, but grounding curation choices determine what systems can and cannot see, so exclusion decisions are recorded and reviewed rather than made silently by engineers.</w:t>
      </w:r>
    </w:p>
    <w:p w14:paraId="072BA6D0" w14:textId="77777777" w:rsidR="00E2764D" w:rsidRDefault="00F75996">
      <w:pPr>
        <w:pStyle w:val="ListBullet"/>
      </w:pPr>
      <w:r>
        <w:rPr>
          <w:b/>
        </w:rPr>
        <w:t>Concentration risk</w:t>
      </w:r>
      <w:r>
        <w:t>: dependence on a single platform means a single failure affects everything, which is mitigated by infrastructure as code, tested recovery, and the resilience posture in Section 6.6.</w:t>
      </w:r>
    </w:p>
    <w:p w14:paraId="30AB1B95" w14:textId="77777777" w:rsidR="00E2764D" w:rsidRDefault="00F75996">
      <w:pPr>
        <w:pStyle w:val="Heading3"/>
      </w:pPr>
      <w:bookmarkStart w:id="127" w:name="_Toc241649795"/>
      <w:r>
        <w:t>18.3.10 Business Case Outline</w:t>
      </w:r>
      <w:bookmarkEnd w:id="127"/>
    </w:p>
    <w:p w14:paraId="2F4DE870" w14:textId="77777777" w:rsidR="00E2764D" w:rsidRDefault="00F75996">
      <w:r>
        <w:t>The platform case is a case about the second, third, and tenth initiative rather than the first. It should be presented with the counterfactual costed explicitly, because the alternative is not the absence of this spend but its repetition in every project, with worse results.</w:t>
      </w:r>
    </w:p>
    <w:p w14:paraId="5ADAEB33" w14:textId="77777777" w:rsidR="00E2764D" w:rsidRDefault="00F75996">
      <w:r>
        <w:rPr>
          <w:i/>
          <w:sz w:val="20"/>
        </w:rPr>
        <w:t>Table 18.3.10 - Business case structure for the platform mandate.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E2764D" w14:paraId="62A11A0F" w14:textId="77777777">
        <w:trPr>
          <w:tblHeader/>
        </w:trPr>
        <w:tc>
          <w:tcPr>
            <w:tcW w:w="4680" w:type="dxa"/>
            <w:shd w:val="clear" w:color="auto" w:fill="D5E8F0"/>
          </w:tcPr>
          <w:p w14:paraId="1B7DED8E" w14:textId="77777777" w:rsidR="00E2764D" w:rsidRDefault="00F75996">
            <w:r>
              <w:rPr>
                <w:b/>
                <w:sz w:val="20"/>
              </w:rPr>
              <w:t>Business Case Element</w:t>
            </w:r>
          </w:p>
        </w:tc>
        <w:tc>
          <w:tcPr>
            <w:tcW w:w="4680" w:type="dxa"/>
            <w:shd w:val="clear" w:color="auto" w:fill="D5E8F0"/>
          </w:tcPr>
          <w:p w14:paraId="490F14E3" w14:textId="77777777" w:rsidR="00E2764D" w:rsidRDefault="00F75996">
            <w:r>
              <w:rPr>
                <w:b/>
                <w:sz w:val="20"/>
              </w:rPr>
              <w:t>What to Document</w:t>
            </w:r>
          </w:p>
        </w:tc>
      </w:tr>
      <w:tr w:rsidR="00E2764D" w14:paraId="299F60D2" w14:textId="77777777">
        <w:tc>
          <w:tcPr>
            <w:tcW w:w="4680" w:type="dxa"/>
          </w:tcPr>
          <w:p w14:paraId="5971AA3B" w14:textId="77777777" w:rsidR="00E2764D" w:rsidRDefault="00F75996">
            <w:r>
              <w:rPr>
                <w:sz w:val="20"/>
              </w:rPr>
              <w:lastRenderedPageBreak/>
              <w:t>Problem and baseline</w:t>
            </w:r>
          </w:p>
        </w:tc>
        <w:tc>
          <w:tcPr>
            <w:tcW w:w="4680" w:type="dxa"/>
          </w:tcPr>
          <w:p w14:paraId="789C9224" w14:textId="77777777" w:rsidR="00E2764D" w:rsidRDefault="00F75996">
            <w:r>
              <w:rPr>
                <w:sz w:val="20"/>
              </w:rPr>
              <w:t>Current time to provision, count of independently provisioned AI resources, proportion of consumption unattributed, and the security variance found in the existing estate inventory</w:t>
            </w:r>
          </w:p>
        </w:tc>
      </w:tr>
      <w:tr w:rsidR="00E2764D" w14:paraId="2D9704A8" w14:textId="77777777">
        <w:tc>
          <w:tcPr>
            <w:tcW w:w="4680" w:type="dxa"/>
          </w:tcPr>
          <w:p w14:paraId="625227F0" w14:textId="77777777" w:rsidR="00E2764D" w:rsidRDefault="00F75996">
            <w:r>
              <w:rPr>
                <w:sz w:val="20"/>
              </w:rPr>
              <w:t>Scope</w:t>
            </w:r>
          </w:p>
        </w:tc>
        <w:tc>
          <w:tcPr>
            <w:tcW w:w="4680" w:type="dxa"/>
          </w:tcPr>
          <w:p w14:paraId="04D2FF41" w14:textId="77777777" w:rsidR="00E2764D" w:rsidRDefault="00F75996">
            <w:r>
              <w:rPr>
                <w:sz w:val="20"/>
              </w:rPr>
              <w:t>Landing zone and policy, shared hub and model serving, retrieval with entitlement filtering, guardrail layer, workload template, reference patterns, data foundation, and grounding pipeline</w:t>
            </w:r>
          </w:p>
        </w:tc>
      </w:tr>
      <w:tr w:rsidR="00E2764D" w14:paraId="3D5F0E48" w14:textId="77777777">
        <w:tc>
          <w:tcPr>
            <w:tcW w:w="4680" w:type="dxa"/>
          </w:tcPr>
          <w:p w14:paraId="159A62AC" w14:textId="77777777" w:rsidR="00E2764D" w:rsidRDefault="00F75996">
            <w:r>
              <w:rPr>
                <w:sz w:val="20"/>
              </w:rPr>
              <w:t>Expected value drivers</w:t>
            </w:r>
          </w:p>
        </w:tc>
        <w:tc>
          <w:tcPr>
            <w:tcW w:w="4680" w:type="dxa"/>
          </w:tcPr>
          <w:p w14:paraId="5EC81874" w14:textId="77777777" w:rsidR="00E2764D" w:rsidRDefault="00F75996">
            <w:r>
              <w:rPr>
                <w:sz w:val="20"/>
              </w:rPr>
              <w:t>Reduced time to first deployment, avoided duplicate build cost per initiative, uniform security posture, cost visibility, and cheaper assurance onboarding</w:t>
            </w:r>
          </w:p>
        </w:tc>
      </w:tr>
      <w:tr w:rsidR="00E2764D" w14:paraId="19270EAE" w14:textId="77777777">
        <w:tc>
          <w:tcPr>
            <w:tcW w:w="4680" w:type="dxa"/>
          </w:tcPr>
          <w:p w14:paraId="02B3A877" w14:textId="77777777" w:rsidR="00E2764D" w:rsidRDefault="00F75996">
            <w:r>
              <w:rPr>
                <w:sz w:val="20"/>
              </w:rPr>
              <w:t>Cost drivers</w:t>
            </w:r>
          </w:p>
        </w:tc>
        <w:tc>
          <w:tcPr>
            <w:tcW w:w="4680" w:type="dxa"/>
          </w:tcPr>
          <w:p w14:paraId="41529B92" w14:textId="77777777" w:rsidR="00E2764D" w:rsidRDefault="00F75996">
            <w:r>
              <w:rPr>
                <w:sz w:val="20"/>
              </w:rPr>
              <w:t>Platform lead and engineering effort, Azure consumption for shared services, Fabric capacity, Purview licensing, reserved model quota, and the remediation effort for grounding repositories</w:t>
            </w:r>
          </w:p>
        </w:tc>
      </w:tr>
      <w:tr w:rsidR="00E2764D" w14:paraId="15A03E69" w14:textId="77777777">
        <w:tc>
          <w:tcPr>
            <w:tcW w:w="4680" w:type="dxa"/>
          </w:tcPr>
          <w:p w14:paraId="0A6ADD24" w14:textId="77777777" w:rsidR="00E2764D" w:rsidRDefault="00F75996">
            <w:r>
              <w:rPr>
                <w:sz w:val="20"/>
              </w:rPr>
              <w:t>Implementation effort and timeline</w:t>
            </w:r>
          </w:p>
        </w:tc>
        <w:tc>
          <w:tcPr>
            <w:tcW w:w="4680" w:type="dxa"/>
          </w:tcPr>
          <w:p w14:paraId="40B25CD5" w14:textId="77777777" w:rsidR="00E2764D" w:rsidRDefault="00F75996">
            <w:r>
              <w:rPr>
                <w:sz w:val="20"/>
              </w:rPr>
              <w:t>The five phases in Table 18.3.5, with grounding repository remediation as the element most frequently underestimated because it is organizational rather than technical work</w:t>
            </w:r>
          </w:p>
        </w:tc>
      </w:tr>
      <w:tr w:rsidR="00E2764D" w14:paraId="5E611561" w14:textId="77777777">
        <w:tc>
          <w:tcPr>
            <w:tcW w:w="4680" w:type="dxa"/>
          </w:tcPr>
          <w:p w14:paraId="3F86EC41" w14:textId="77777777" w:rsidR="00E2764D" w:rsidRDefault="00F75996">
            <w:r>
              <w:rPr>
                <w:sz w:val="20"/>
              </w:rPr>
              <w:t>Risks and mitigations</w:t>
            </w:r>
          </w:p>
        </w:tc>
        <w:tc>
          <w:tcPr>
            <w:tcW w:w="4680" w:type="dxa"/>
          </w:tcPr>
          <w:p w14:paraId="3622569A" w14:textId="77777777" w:rsidR="00E2764D" w:rsidRDefault="00F75996">
            <w:r>
              <w:rPr>
                <w:sz w:val="20"/>
              </w:rPr>
              <w:t>Teams routing around the platform if it is slow, grounding remediation stalling on unowned content, policy enforcement breaking existing workloads, and concentration risk in shared services</w:t>
            </w:r>
          </w:p>
        </w:tc>
      </w:tr>
      <w:tr w:rsidR="00E2764D" w14:paraId="40D171E6" w14:textId="77777777">
        <w:tc>
          <w:tcPr>
            <w:tcW w:w="4680" w:type="dxa"/>
          </w:tcPr>
          <w:p w14:paraId="4D7E165C" w14:textId="77777777" w:rsidR="00E2764D" w:rsidRDefault="00F75996">
            <w:r>
              <w:rPr>
                <w:sz w:val="20"/>
              </w:rPr>
              <w:t>Decision owners</w:t>
            </w:r>
          </w:p>
        </w:tc>
        <w:tc>
          <w:tcPr>
            <w:tcW w:w="4680" w:type="dxa"/>
          </w:tcPr>
          <w:p w14:paraId="792CA561" w14:textId="77777777" w:rsidR="00E2764D" w:rsidRDefault="00F75996">
            <w:r>
              <w:rPr>
                <w:sz w:val="20"/>
              </w:rPr>
              <w:t>The Chief Information Officer and Chief Information Security Officer for platform standards, the AI Governance Council for the mandatory-use date, and the Chief AI Officer for funding</w:t>
            </w:r>
          </w:p>
        </w:tc>
      </w:tr>
      <w:tr w:rsidR="00E2764D" w14:paraId="6F5A9A94" w14:textId="77777777">
        <w:tc>
          <w:tcPr>
            <w:tcW w:w="4680" w:type="dxa"/>
          </w:tcPr>
          <w:p w14:paraId="3E0B618B" w14:textId="77777777" w:rsidR="00E2764D" w:rsidRDefault="00F75996">
            <w:r>
              <w:rPr>
                <w:sz w:val="20"/>
              </w:rPr>
              <w:t>Measurement plan</w:t>
            </w:r>
          </w:p>
        </w:tc>
        <w:tc>
          <w:tcPr>
            <w:tcW w:w="4680" w:type="dxa"/>
          </w:tcPr>
          <w:p w14:paraId="55A9D4EE" w14:textId="77777777" w:rsidR="00E2764D" w:rsidRDefault="00F75996">
            <w:r>
              <w:rPr>
                <w:sz w:val="20"/>
              </w:rPr>
              <w:t>The metrics in Section 18.3.8, the pre-platform baseline for time to provision, and monthly reporting of adoption and policy compliance to the council</w:t>
            </w:r>
          </w:p>
        </w:tc>
      </w:tr>
    </w:tbl>
    <w:p w14:paraId="01E92418" w14:textId="77777777" w:rsidR="00E2764D" w:rsidRDefault="00E2764D"/>
    <w:p w14:paraId="681A57CD" w14:textId="77777777" w:rsidR="00E2764D" w:rsidRDefault="00F75996">
      <w:r>
        <w:rPr>
          <w:i/>
          <w:color w:val="808080"/>
        </w:rPr>
        <w:t>[PLACEHOLDER - Insert the organization's own figures for this mandate: existing Azure commitment and discount position, current count and cost of independently provisioned AI resources, Fabric capacity requirement, and the funding envelope agreed for shared platform services.]</w:t>
      </w:r>
    </w:p>
    <w:p w14:paraId="55A73E52" w14:textId="77777777" w:rsidR="00E2764D" w:rsidRDefault="00F75996">
      <w:pPr>
        <w:pStyle w:val="Heading1"/>
        <w:pageBreakBefore/>
      </w:pPr>
      <w:bookmarkStart w:id="128" w:name="_Toc241649796"/>
      <w:r>
        <w:lastRenderedPageBreak/>
        <w:t>19. The Chief AI Officer's First 90 Days</w:t>
      </w:r>
      <w:bookmarkEnd w:id="128"/>
    </w:p>
    <w:p w14:paraId="0C0EC162" w14:textId="77777777" w:rsidR="00E2764D" w:rsidRDefault="00F75996">
      <w:r>
        <w:t>The first 90 days determine whether the Chief AI Officer role becomes a decision-making office or a coordination function. The distinction is settled early and is difficult to reverse. An officer who spends the first quarter building relationships without establishing decision rights will find, when the first contested decision arrives, that nobody is obliged to accept the answer. An officer who establishes decision rights but delivers nothing visible will find those rights quietly withdrawn during the next budget cycle. The plan below does both, in parallel, on the assumption that credibility comes from the combination and not from either alone.</w:t>
      </w:r>
    </w:p>
    <w:p w14:paraId="2D1D8E2A" w14:textId="77777777" w:rsidR="00E2764D" w:rsidRDefault="00F75996">
      <w:r>
        <w:t>The plan assumes the officer is new to the role in an organization with low AI maturity, existing unmanaged AI usage, and executive interest that has not yet been converted into funded commitment. It should be adjusted where the organization is further advanced, but the sequence of authority before platform, and platform before pilot, holds in almost all cases.</w:t>
      </w:r>
    </w:p>
    <w:p w14:paraId="61E3B89F" w14:textId="77777777" w:rsidR="00E2764D" w:rsidRDefault="00F75996">
      <w:pPr>
        <w:pStyle w:val="Heading2"/>
      </w:pPr>
      <w:bookmarkStart w:id="129" w:name="_Toc241649797"/>
      <w:r>
        <w:t>19.1 Exit Criteria for Day 90</w:t>
      </w:r>
      <w:bookmarkEnd w:id="129"/>
    </w:p>
    <w:p w14:paraId="782EA405" w14:textId="77777777" w:rsidR="00E2764D" w:rsidRDefault="00F75996">
      <w:r>
        <w:t>These are the conditions that should be true at the end of the first quarter. They are deliberately concrete, because the alternative measure of a new officer's first quarter is impression, and impression is not defensible when the role is questioned.</w:t>
      </w:r>
    </w:p>
    <w:p w14:paraId="3057421D" w14:textId="77777777" w:rsidR="00E2764D" w:rsidRDefault="00F75996">
      <w:pPr>
        <w:pStyle w:val="ListBullet"/>
      </w:pPr>
      <w:r>
        <w:rPr>
          <w:b/>
        </w:rPr>
        <w:t>Charter approved and published</w:t>
      </w:r>
      <w:r>
        <w:t>: the decision rights in Section 2.2 are documented, approved by the chief executive, and communicated to every function whose work they affect, including what the officer decides alone and what the officer escalates.</w:t>
      </w:r>
    </w:p>
    <w:p w14:paraId="1E901466" w14:textId="77777777" w:rsidR="00E2764D" w:rsidRDefault="00F75996">
      <w:pPr>
        <w:pStyle w:val="ListBullet"/>
      </w:pPr>
      <w:r>
        <w:rPr>
          <w:b/>
        </w:rPr>
        <w:t>Governance body constituted and meeting</w:t>
      </w:r>
      <w:r>
        <w:t>: the AI Governance Council described in Section 8.1 has a charter, named members, a quorum rule, and has met at least twice with recorded decisions.</w:t>
      </w:r>
    </w:p>
    <w:p w14:paraId="186B59EF" w14:textId="77777777" w:rsidR="00E2764D" w:rsidRDefault="00F75996">
      <w:pPr>
        <w:pStyle w:val="ListBullet"/>
      </w:pPr>
      <w:r>
        <w:rPr>
          <w:b/>
        </w:rPr>
        <w:t>Inventory complete and tiered</w:t>
      </w:r>
      <w:r>
        <w:t>: every AI system in use, including shadow usage discovered in the assessment, is recorded in the inventory with a named business owner and an assigned risk tier under Section 8.2.</w:t>
      </w:r>
    </w:p>
    <w:p w14:paraId="6965E73C" w14:textId="77777777" w:rsidR="00E2764D" w:rsidRDefault="00F75996">
      <w:pPr>
        <w:pStyle w:val="ListBullet"/>
      </w:pPr>
      <w:r>
        <w:rPr>
          <w:b/>
        </w:rPr>
        <w:t>Intake and gates operating</w:t>
      </w:r>
      <w:r>
        <w:t>: the intake process and stage gates in Section 8.4 are live, and at least one proposal has passed through them end to end.</w:t>
      </w:r>
    </w:p>
    <w:p w14:paraId="0564D898" w14:textId="77777777" w:rsidR="00E2764D" w:rsidRDefault="00F75996">
      <w:pPr>
        <w:pStyle w:val="ListBullet"/>
      </w:pPr>
      <w:r>
        <w:rPr>
          <w:b/>
        </w:rPr>
        <w:t>Platform foundation deployed</w:t>
      </w:r>
      <w:r>
        <w:t>: the landing zone, policy set, shared hub, and workload template from Section 18.3 are deployed in at least a non-production environment, with private networking and tagging enforced.</w:t>
      </w:r>
    </w:p>
    <w:p w14:paraId="08D5F2FF" w14:textId="77777777" w:rsidR="00E2764D" w:rsidRDefault="00F75996">
      <w:pPr>
        <w:pStyle w:val="ListBullet"/>
      </w:pPr>
      <w:r>
        <w:rPr>
          <w:b/>
        </w:rPr>
        <w:t>One pilot live under full controls</w:t>
      </w:r>
      <w:r>
        <w:t>: a single low-risk, high-visibility system is in controlled production with evaluation, monitoring, human oversight, and a tested kill switch.</w:t>
      </w:r>
    </w:p>
    <w:p w14:paraId="12D7E7D2" w14:textId="77777777" w:rsidR="00E2764D" w:rsidRDefault="00F75996">
      <w:pPr>
        <w:pStyle w:val="ListBullet"/>
      </w:pPr>
      <w:r>
        <w:rPr>
          <w:b/>
        </w:rPr>
        <w:t>Baseline and cadence established</w:t>
      </w:r>
      <w:r>
        <w:t>: the metrics in Section 17.1 have recorded baselines, the reporting cadence in Section 17.4 is running, and the first board report has been delivered.</w:t>
      </w:r>
    </w:p>
    <w:p w14:paraId="7FE52C31" w14:textId="77777777" w:rsidR="00E2764D" w:rsidRDefault="00F75996">
      <w:pPr>
        <w:pStyle w:val="Heading2"/>
      </w:pPr>
      <w:bookmarkStart w:id="130" w:name="_Toc241649798"/>
      <w:r>
        <w:t>19.2 Days 1 to 30: Charter, Listening Tour and Current-State Assessment</w:t>
      </w:r>
      <w:bookmarkEnd w:id="130"/>
    </w:p>
    <w:p w14:paraId="15DD49E4" w14:textId="77777777" w:rsidR="00E2764D" w:rsidRDefault="00F75996">
      <w:r>
        <w:t xml:space="preserve">The first month establishes what the officer is accountable for, what already exists, and who will resist. Nothing is built in this period. The temptation to start a pilot immediately should be </w:t>
      </w:r>
      <w:r>
        <w:lastRenderedPageBreak/>
        <w:t>resisted, because a pilot launched before the charter exists will be governed by whoever funded it.</w:t>
      </w:r>
    </w:p>
    <w:p w14:paraId="65686D7E" w14:textId="77777777" w:rsidR="00E2764D" w:rsidRDefault="00F75996">
      <w:r>
        <w:rPr>
          <w:i/>
          <w:sz w:val="20"/>
        </w:rPr>
        <w:t>Table 19.2 - Days 1 to 30 activity plan.</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50B70D6E" w14:textId="77777777">
        <w:trPr>
          <w:tblHeader/>
        </w:trPr>
        <w:tc>
          <w:tcPr>
            <w:tcW w:w="3120" w:type="dxa"/>
            <w:shd w:val="clear" w:color="auto" w:fill="D5E8F0"/>
          </w:tcPr>
          <w:p w14:paraId="723D676B" w14:textId="77777777" w:rsidR="00E2764D" w:rsidRDefault="00F75996">
            <w:r>
              <w:rPr>
                <w:b/>
                <w:sz w:val="20"/>
              </w:rPr>
              <w:t>Week</w:t>
            </w:r>
          </w:p>
        </w:tc>
        <w:tc>
          <w:tcPr>
            <w:tcW w:w="3120" w:type="dxa"/>
            <w:shd w:val="clear" w:color="auto" w:fill="D5E8F0"/>
          </w:tcPr>
          <w:p w14:paraId="38B55C3F" w14:textId="77777777" w:rsidR="00E2764D" w:rsidRDefault="00F75996">
            <w:r>
              <w:rPr>
                <w:b/>
                <w:sz w:val="20"/>
              </w:rPr>
              <w:t>Activity</w:t>
            </w:r>
          </w:p>
        </w:tc>
        <w:tc>
          <w:tcPr>
            <w:tcW w:w="3120" w:type="dxa"/>
            <w:shd w:val="clear" w:color="auto" w:fill="D5E8F0"/>
          </w:tcPr>
          <w:p w14:paraId="20A0B7C7" w14:textId="77777777" w:rsidR="00E2764D" w:rsidRDefault="00F75996">
            <w:r>
              <w:rPr>
                <w:b/>
                <w:sz w:val="20"/>
              </w:rPr>
              <w:t>Owner</w:t>
            </w:r>
          </w:p>
        </w:tc>
      </w:tr>
      <w:tr w:rsidR="00E2764D" w14:paraId="7A595FE3" w14:textId="77777777">
        <w:tc>
          <w:tcPr>
            <w:tcW w:w="3120" w:type="dxa"/>
          </w:tcPr>
          <w:p w14:paraId="198B2163" w14:textId="77777777" w:rsidR="00E2764D" w:rsidRDefault="00F75996">
            <w:r>
              <w:rPr>
                <w:sz w:val="20"/>
              </w:rPr>
              <w:t>Week 1</w:t>
            </w:r>
          </w:p>
        </w:tc>
        <w:tc>
          <w:tcPr>
            <w:tcW w:w="3120" w:type="dxa"/>
          </w:tcPr>
          <w:p w14:paraId="098C8013" w14:textId="77777777" w:rsidR="00E2764D" w:rsidRDefault="00F75996">
            <w:r>
              <w:rPr>
                <w:sz w:val="20"/>
              </w:rPr>
              <w:t>Draft the charter and decision rights of Section 2.2, specifying what the Chief AI Officer decides alone, what requires the council, and what escalates to the chief executive or board, and circulate it for challenge</w:t>
            </w:r>
          </w:p>
        </w:tc>
        <w:tc>
          <w:tcPr>
            <w:tcW w:w="3120" w:type="dxa"/>
          </w:tcPr>
          <w:p w14:paraId="6E1A19B6" w14:textId="77777777" w:rsidR="00E2764D" w:rsidRDefault="00F75996">
            <w:r>
              <w:rPr>
                <w:sz w:val="20"/>
              </w:rPr>
              <w:t>Chief AI Officer</w:t>
            </w:r>
          </w:p>
        </w:tc>
      </w:tr>
      <w:tr w:rsidR="00E2764D" w14:paraId="3CDF960B" w14:textId="77777777">
        <w:tc>
          <w:tcPr>
            <w:tcW w:w="3120" w:type="dxa"/>
          </w:tcPr>
          <w:p w14:paraId="51C08292" w14:textId="77777777" w:rsidR="00E2764D" w:rsidRDefault="00F75996">
            <w:r>
              <w:rPr>
                <w:sz w:val="20"/>
              </w:rPr>
              <w:t>Week 1 to 2</w:t>
            </w:r>
          </w:p>
        </w:tc>
        <w:tc>
          <w:tcPr>
            <w:tcW w:w="3120" w:type="dxa"/>
          </w:tcPr>
          <w:p w14:paraId="615E05A9" w14:textId="77777777" w:rsidR="00E2764D" w:rsidRDefault="00F75996">
            <w:r>
              <w:rPr>
                <w:sz w:val="20"/>
              </w:rPr>
              <w:t>Conduct the executive listening tour across the chief executive, chief financial officer, chief information officer, chief information security officer, general counsel, chief human resources officer, and the heads of the two largest operating units, recording each one's expectation of the role in their own words</w:t>
            </w:r>
          </w:p>
        </w:tc>
        <w:tc>
          <w:tcPr>
            <w:tcW w:w="3120" w:type="dxa"/>
          </w:tcPr>
          <w:p w14:paraId="6F0C1070" w14:textId="77777777" w:rsidR="00E2764D" w:rsidRDefault="00F75996">
            <w:r>
              <w:rPr>
                <w:sz w:val="20"/>
              </w:rPr>
              <w:t>Chief AI Officer</w:t>
            </w:r>
          </w:p>
        </w:tc>
      </w:tr>
      <w:tr w:rsidR="00E2764D" w14:paraId="3F503505" w14:textId="77777777">
        <w:tc>
          <w:tcPr>
            <w:tcW w:w="3120" w:type="dxa"/>
          </w:tcPr>
          <w:p w14:paraId="688BF97D" w14:textId="77777777" w:rsidR="00E2764D" w:rsidRDefault="00F75996">
            <w:r>
              <w:rPr>
                <w:sz w:val="20"/>
              </w:rPr>
              <w:t>Week 2 to 3</w:t>
            </w:r>
          </w:p>
        </w:tc>
        <w:tc>
          <w:tcPr>
            <w:tcW w:w="3120" w:type="dxa"/>
          </w:tcPr>
          <w:p w14:paraId="5CEF13EA" w14:textId="77777777" w:rsidR="00E2764D" w:rsidRDefault="00F75996">
            <w:r>
              <w:rPr>
                <w:sz w:val="20"/>
              </w:rPr>
              <w:t>Complete a shadow AI discovery exercise covering consumer AI tool usage, embedded AI features in existing software, unmanaged cloud AI resources, and departmental automation, using expenditure records, network telemetry, software inventory, and direct enquiry</w:t>
            </w:r>
          </w:p>
        </w:tc>
        <w:tc>
          <w:tcPr>
            <w:tcW w:w="3120" w:type="dxa"/>
          </w:tcPr>
          <w:p w14:paraId="5ADBDA3D" w14:textId="77777777" w:rsidR="00E2764D" w:rsidRDefault="00F75996">
            <w:r>
              <w:rPr>
                <w:sz w:val="20"/>
              </w:rPr>
              <w:t>Chief AI Officer with the Chief Information Security Officer</w:t>
            </w:r>
          </w:p>
        </w:tc>
      </w:tr>
      <w:tr w:rsidR="00E2764D" w14:paraId="5033F36C" w14:textId="77777777">
        <w:tc>
          <w:tcPr>
            <w:tcW w:w="3120" w:type="dxa"/>
          </w:tcPr>
          <w:p w14:paraId="030ED903" w14:textId="77777777" w:rsidR="00E2764D" w:rsidRDefault="00F75996">
            <w:r>
              <w:rPr>
                <w:sz w:val="20"/>
              </w:rPr>
              <w:t>Week 3</w:t>
            </w:r>
          </w:p>
        </w:tc>
        <w:tc>
          <w:tcPr>
            <w:tcW w:w="3120" w:type="dxa"/>
          </w:tcPr>
          <w:p w14:paraId="6BA7F38C" w14:textId="77777777" w:rsidR="00E2764D" w:rsidRDefault="00F75996">
            <w:r>
              <w:rPr>
                <w:sz w:val="20"/>
              </w:rPr>
              <w:t>Assess the current state against the maturity dimensions in Section 2.6 and record the honest position rather than the aspirational one, since this becomes the baseline against which the role is later judged</w:t>
            </w:r>
          </w:p>
        </w:tc>
        <w:tc>
          <w:tcPr>
            <w:tcW w:w="3120" w:type="dxa"/>
          </w:tcPr>
          <w:p w14:paraId="25372931" w14:textId="77777777" w:rsidR="00E2764D" w:rsidRDefault="00F75996">
            <w:r>
              <w:rPr>
                <w:sz w:val="20"/>
              </w:rPr>
              <w:t>Chief AI Officer</w:t>
            </w:r>
          </w:p>
        </w:tc>
      </w:tr>
      <w:tr w:rsidR="00E2764D" w14:paraId="6B2E3F07" w14:textId="77777777">
        <w:tc>
          <w:tcPr>
            <w:tcW w:w="3120" w:type="dxa"/>
          </w:tcPr>
          <w:p w14:paraId="740E6008" w14:textId="77777777" w:rsidR="00E2764D" w:rsidRDefault="00F75996">
            <w:r>
              <w:rPr>
                <w:sz w:val="20"/>
              </w:rPr>
              <w:t>Week 3 to 4</w:t>
            </w:r>
          </w:p>
        </w:tc>
        <w:tc>
          <w:tcPr>
            <w:tcW w:w="3120" w:type="dxa"/>
          </w:tcPr>
          <w:p w14:paraId="6686FF07" w14:textId="77777777" w:rsidR="00E2764D" w:rsidRDefault="00F75996">
            <w:r>
              <w:rPr>
                <w:sz w:val="20"/>
              </w:rPr>
              <w:t>Agree the initial mandate portfolio with the chief executive, selecting the three mandates in Section 5 and explicitly recording what the officer will not do in the first year</w:t>
            </w:r>
          </w:p>
        </w:tc>
        <w:tc>
          <w:tcPr>
            <w:tcW w:w="3120" w:type="dxa"/>
          </w:tcPr>
          <w:p w14:paraId="63F28D93" w14:textId="77777777" w:rsidR="00E2764D" w:rsidRDefault="00F75996">
            <w:r>
              <w:rPr>
                <w:sz w:val="20"/>
              </w:rPr>
              <w:t>Chief AI Officer with the Chief Executive Officer</w:t>
            </w:r>
          </w:p>
        </w:tc>
      </w:tr>
      <w:tr w:rsidR="00E2764D" w14:paraId="090A2963" w14:textId="77777777">
        <w:tc>
          <w:tcPr>
            <w:tcW w:w="3120" w:type="dxa"/>
          </w:tcPr>
          <w:p w14:paraId="6834EEB2" w14:textId="77777777" w:rsidR="00E2764D" w:rsidRDefault="00F75996">
            <w:r>
              <w:rPr>
                <w:sz w:val="20"/>
              </w:rPr>
              <w:lastRenderedPageBreak/>
              <w:t>Week 4</w:t>
            </w:r>
          </w:p>
        </w:tc>
        <w:tc>
          <w:tcPr>
            <w:tcW w:w="3120" w:type="dxa"/>
          </w:tcPr>
          <w:p w14:paraId="51B605F1" w14:textId="77777777" w:rsidR="00E2764D" w:rsidRDefault="00F75996">
            <w:r>
              <w:rPr>
                <w:sz w:val="20"/>
              </w:rPr>
              <w:t>Secure approval of the charter, confirm the funding envelope for the first two quarters, and obtain agreement on the composition and chair of the AI Governance Council</w:t>
            </w:r>
          </w:p>
        </w:tc>
        <w:tc>
          <w:tcPr>
            <w:tcW w:w="3120" w:type="dxa"/>
          </w:tcPr>
          <w:p w14:paraId="4F0EE23D" w14:textId="77777777" w:rsidR="00E2764D" w:rsidRDefault="00F75996">
            <w:r>
              <w:rPr>
                <w:sz w:val="20"/>
              </w:rPr>
              <w:t>Chief Executive Officer</w:t>
            </w:r>
          </w:p>
        </w:tc>
      </w:tr>
    </w:tbl>
    <w:p w14:paraId="65E26BAB" w14:textId="77777777" w:rsidR="00E2764D" w:rsidRDefault="00E2764D"/>
    <w:p w14:paraId="3A495B82" w14:textId="77777777" w:rsidR="00E2764D" w:rsidRDefault="00F75996">
      <w:pPr>
        <w:pStyle w:val="Heading2"/>
      </w:pPr>
      <w:bookmarkStart w:id="131" w:name="_Toc241649799"/>
      <w:r>
        <w:t>19.3 Days 31 to 60: Governance, Platform Foundation and Pilot Readiness</w:t>
      </w:r>
      <w:bookmarkEnd w:id="131"/>
    </w:p>
    <w:p w14:paraId="2B4862A5" w14:textId="77777777" w:rsidR="00E2764D" w:rsidRDefault="00F75996">
      <w:r>
        <w:t>The second month converts the charter into working mechanisms. Governance and platform proceed in parallel because each is useless without the other: governance without a platform produces approvals that teams cannot act on, and a platform without governance produces capability that nobody is authorized to use.</w:t>
      </w:r>
    </w:p>
    <w:p w14:paraId="12FD144F" w14:textId="77777777" w:rsidR="00E2764D" w:rsidRDefault="00F75996">
      <w:r>
        <w:rPr>
          <w:i/>
          <w:sz w:val="20"/>
        </w:rPr>
        <w:t>Table 19.3 - Days 31 to 60 activity plan.</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0DD41D86" w14:textId="77777777">
        <w:trPr>
          <w:tblHeader/>
        </w:trPr>
        <w:tc>
          <w:tcPr>
            <w:tcW w:w="3120" w:type="dxa"/>
            <w:shd w:val="clear" w:color="auto" w:fill="D5E8F0"/>
          </w:tcPr>
          <w:p w14:paraId="1200CF4D" w14:textId="77777777" w:rsidR="00E2764D" w:rsidRDefault="00F75996">
            <w:r>
              <w:rPr>
                <w:b/>
                <w:sz w:val="20"/>
              </w:rPr>
              <w:t>Week</w:t>
            </w:r>
          </w:p>
        </w:tc>
        <w:tc>
          <w:tcPr>
            <w:tcW w:w="3120" w:type="dxa"/>
            <w:shd w:val="clear" w:color="auto" w:fill="D5E8F0"/>
          </w:tcPr>
          <w:p w14:paraId="441D8414" w14:textId="77777777" w:rsidR="00E2764D" w:rsidRDefault="00F75996">
            <w:r>
              <w:rPr>
                <w:b/>
                <w:sz w:val="20"/>
              </w:rPr>
              <w:t>Activity</w:t>
            </w:r>
          </w:p>
        </w:tc>
        <w:tc>
          <w:tcPr>
            <w:tcW w:w="3120" w:type="dxa"/>
            <w:shd w:val="clear" w:color="auto" w:fill="D5E8F0"/>
          </w:tcPr>
          <w:p w14:paraId="3B60DB91" w14:textId="77777777" w:rsidR="00E2764D" w:rsidRDefault="00F75996">
            <w:r>
              <w:rPr>
                <w:b/>
                <w:sz w:val="20"/>
              </w:rPr>
              <w:t>Owner</w:t>
            </w:r>
          </w:p>
        </w:tc>
      </w:tr>
      <w:tr w:rsidR="00E2764D" w14:paraId="450C1BF2" w14:textId="77777777">
        <w:tc>
          <w:tcPr>
            <w:tcW w:w="3120" w:type="dxa"/>
          </w:tcPr>
          <w:p w14:paraId="1D7D5AF9" w14:textId="77777777" w:rsidR="00E2764D" w:rsidRDefault="00F75996">
            <w:r>
              <w:rPr>
                <w:sz w:val="20"/>
              </w:rPr>
              <w:t>Week 5</w:t>
            </w:r>
          </w:p>
        </w:tc>
        <w:tc>
          <w:tcPr>
            <w:tcW w:w="3120" w:type="dxa"/>
          </w:tcPr>
          <w:p w14:paraId="6D17CC42" w14:textId="77777777" w:rsidR="00E2764D" w:rsidRDefault="00F75996">
            <w:r>
              <w:rPr>
                <w:sz w:val="20"/>
              </w:rPr>
              <w:t>Constitute the AI Governance Council under Section 8.1 with a written charter, named members, quorum rule, standing agenda, and a decision record format, and hold the first meeting</w:t>
            </w:r>
          </w:p>
        </w:tc>
        <w:tc>
          <w:tcPr>
            <w:tcW w:w="3120" w:type="dxa"/>
          </w:tcPr>
          <w:p w14:paraId="4503FCF5" w14:textId="77777777" w:rsidR="00E2764D" w:rsidRDefault="00F75996">
            <w:r>
              <w:rPr>
                <w:sz w:val="20"/>
              </w:rPr>
              <w:t>Chief AI Officer</w:t>
            </w:r>
          </w:p>
        </w:tc>
      </w:tr>
      <w:tr w:rsidR="00E2764D" w14:paraId="564B8A7C" w14:textId="77777777">
        <w:tc>
          <w:tcPr>
            <w:tcW w:w="3120" w:type="dxa"/>
          </w:tcPr>
          <w:p w14:paraId="7C98DDB0" w14:textId="77777777" w:rsidR="00E2764D" w:rsidRDefault="00F75996">
            <w:r>
              <w:rPr>
                <w:sz w:val="20"/>
              </w:rPr>
              <w:t>Week 5 to 6</w:t>
            </w:r>
          </w:p>
        </w:tc>
        <w:tc>
          <w:tcPr>
            <w:tcW w:w="3120" w:type="dxa"/>
          </w:tcPr>
          <w:p w14:paraId="0F7DB3C8" w14:textId="77777777" w:rsidR="00E2764D" w:rsidRDefault="00F75996">
            <w:r>
              <w:rPr>
                <w:sz w:val="20"/>
              </w:rPr>
              <w:t>Publish the risk tiering rubric of Section 8.2 and the acceptable use standard of Section 8.6, and communicate both to all staff with a clear statement of the sanctioned alternative to shadow usage</w:t>
            </w:r>
          </w:p>
        </w:tc>
        <w:tc>
          <w:tcPr>
            <w:tcW w:w="3120" w:type="dxa"/>
          </w:tcPr>
          <w:p w14:paraId="6466C975" w14:textId="77777777" w:rsidR="00E2764D" w:rsidRDefault="00F75996">
            <w:r>
              <w:rPr>
                <w:sz w:val="20"/>
              </w:rPr>
              <w:t>Chief AI Officer with the Chief Human Resources Officer</w:t>
            </w:r>
          </w:p>
        </w:tc>
      </w:tr>
      <w:tr w:rsidR="00E2764D" w14:paraId="6622A599" w14:textId="77777777">
        <w:tc>
          <w:tcPr>
            <w:tcW w:w="3120" w:type="dxa"/>
          </w:tcPr>
          <w:p w14:paraId="2B0C8FFD" w14:textId="77777777" w:rsidR="00E2764D" w:rsidRDefault="00F75996">
            <w:r>
              <w:rPr>
                <w:sz w:val="20"/>
              </w:rPr>
              <w:t>Week 6 to 7</w:t>
            </w:r>
          </w:p>
        </w:tc>
        <w:tc>
          <w:tcPr>
            <w:tcW w:w="3120" w:type="dxa"/>
          </w:tcPr>
          <w:p w14:paraId="1BFCA7B1" w14:textId="77777777" w:rsidR="00E2764D" w:rsidRDefault="00F75996">
            <w:r>
              <w:rPr>
                <w:sz w:val="20"/>
              </w:rPr>
              <w:t>Build and populate the AI system inventory from the discovery exercise, assigning a named business owner, a technical owner, and a risk tier to every entry, and requiring owners to accept in writing</w:t>
            </w:r>
          </w:p>
        </w:tc>
        <w:tc>
          <w:tcPr>
            <w:tcW w:w="3120" w:type="dxa"/>
          </w:tcPr>
          <w:p w14:paraId="46B9EF6B" w14:textId="77777777" w:rsidR="00E2764D" w:rsidRDefault="00F75996">
            <w:r>
              <w:rPr>
                <w:sz w:val="20"/>
              </w:rPr>
              <w:t>Chief AI Officer</w:t>
            </w:r>
          </w:p>
        </w:tc>
      </w:tr>
      <w:tr w:rsidR="00E2764D" w14:paraId="0A7201F4" w14:textId="77777777">
        <w:tc>
          <w:tcPr>
            <w:tcW w:w="3120" w:type="dxa"/>
          </w:tcPr>
          <w:p w14:paraId="5A37D498" w14:textId="77777777" w:rsidR="00E2764D" w:rsidRDefault="00F75996">
            <w:r>
              <w:rPr>
                <w:sz w:val="20"/>
              </w:rPr>
              <w:t>Week 6 to 8</w:t>
            </w:r>
          </w:p>
        </w:tc>
        <w:tc>
          <w:tcPr>
            <w:tcW w:w="3120" w:type="dxa"/>
          </w:tcPr>
          <w:p w14:paraId="2AE3A848" w14:textId="77777777" w:rsidR="00E2764D" w:rsidRDefault="00F75996">
            <w:r>
              <w:rPr>
                <w:sz w:val="20"/>
              </w:rPr>
              <w:t xml:space="preserve">Deploy the platform foundation from Section 18.3, comprising the subscription structure, Azure Policy set in audit mode, standard tag schema, shared </w:t>
            </w:r>
            <w:r>
              <w:rPr>
                <w:sz w:val="20"/>
              </w:rPr>
              <w:lastRenderedPageBreak/>
              <w:t>Azure AI Foundry hub, and shared observability workspaces</w:t>
            </w:r>
          </w:p>
        </w:tc>
        <w:tc>
          <w:tcPr>
            <w:tcW w:w="3120" w:type="dxa"/>
          </w:tcPr>
          <w:p w14:paraId="7ABB9C8F" w14:textId="77777777" w:rsidR="00E2764D" w:rsidRDefault="00F75996">
            <w:r>
              <w:rPr>
                <w:sz w:val="20"/>
              </w:rPr>
              <w:lastRenderedPageBreak/>
              <w:t>AI Platform Lead</w:t>
            </w:r>
          </w:p>
        </w:tc>
      </w:tr>
      <w:tr w:rsidR="00E2764D" w14:paraId="33719D5A" w14:textId="77777777">
        <w:tc>
          <w:tcPr>
            <w:tcW w:w="3120" w:type="dxa"/>
          </w:tcPr>
          <w:p w14:paraId="52C1A59C" w14:textId="77777777" w:rsidR="00E2764D" w:rsidRDefault="00F75996">
            <w:r>
              <w:rPr>
                <w:sz w:val="20"/>
              </w:rPr>
              <w:t>Week 7 to 8</w:t>
            </w:r>
          </w:p>
        </w:tc>
        <w:tc>
          <w:tcPr>
            <w:tcW w:w="3120" w:type="dxa"/>
          </w:tcPr>
          <w:p w14:paraId="69FB45CF" w14:textId="77777777" w:rsidR="00E2764D" w:rsidRDefault="00F75996">
            <w:r>
              <w:rPr>
                <w:sz w:val="20"/>
              </w:rPr>
              <w:t>Implement the intake process and stage gates of Section 8.4, publish the submission template, and run the first proposals through gates one and two</w:t>
            </w:r>
          </w:p>
        </w:tc>
        <w:tc>
          <w:tcPr>
            <w:tcW w:w="3120" w:type="dxa"/>
          </w:tcPr>
          <w:p w14:paraId="67B204DE" w14:textId="77777777" w:rsidR="00E2764D" w:rsidRDefault="00F75996">
            <w:r>
              <w:rPr>
                <w:sz w:val="20"/>
              </w:rPr>
              <w:t>Chief AI Officer</w:t>
            </w:r>
          </w:p>
        </w:tc>
      </w:tr>
      <w:tr w:rsidR="00E2764D" w14:paraId="59372E40" w14:textId="77777777">
        <w:tc>
          <w:tcPr>
            <w:tcW w:w="3120" w:type="dxa"/>
          </w:tcPr>
          <w:p w14:paraId="28AE6455" w14:textId="77777777" w:rsidR="00E2764D" w:rsidRDefault="00F75996">
            <w:r>
              <w:rPr>
                <w:sz w:val="20"/>
              </w:rPr>
              <w:t>Week 8</w:t>
            </w:r>
          </w:p>
        </w:tc>
        <w:tc>
          <w:tcPr>
            <w:tcW w:w="3120" w:type="dxa"/>
          </w:tcPr>
          <w:p w14:paraId="454BD42A" w14:textId="77777777" w:rsidR="00E2764D" w:rsidRDefault="00F75996">
            <w:r>
              <w:rPr>
                <w:sz w:val="20"/>
              </w:rPr>
              <w:t>Select the pilot use case against the criteria in Section 4.3, confirm the business owner accepts accountability, and complete the impact assessment and evaluation set before any build begins</w:t>
            </w:r>
          </w:p>
        </w:tc>
        <w:tc>
          <w:tcPr>
            <w:tcW w:w="3120" w:type="dxa"/>
          </w:tcPr>
          <w:p w14:paraId="09172D72" w14:textId="77777777" w:rsidR="00E2764D" w:rsidRDefault="00F75996">
            <w:r>
              <w:rPr>
                <w:sz w:val="20"/>
              </w:rPr>
              <w:t>Chief AI Officer with the pilot business owner</w:t>
            </w:r>
          </w:p>
        </w:tc>
      </w:tr>
    </w:tbl>
    <w:p w14:paraId="34F6442A" w14:textId="77777777" w:rsidR="00E2764D" w:rsidRDefault="00E2764D"/>
    <w:p w14:paraId="66A1BCD9" w14:textId="77777777" w:rsidR="00E2764D" w:rsidRDefault="00F75996">
      <w:pPr>
        <w:pStyle w:val="Heading2"/>
      </w:pPr>
      <w:bookmarkStart w:id="132" w:name="_Toc241649800"/>
      <w:r>
        <w:t>19.4 Days 61 to 90: Controlled Pilot Launch and Standing Cadence</w:t>
      </w:r>
      <w:bookmarkEnd w:id="132"/>
    </w:p>
    <w:p w14:paraId="65D6B682" w14:textId="77777777" w:rsidR="00E2764D" w:rsidRDefault="00F75996">
      <w:r>
        <w:t>The third month delivers something real and establishes the rhythm by which the office will operate thereafter. The pilot matters less for its own value than for what it proves: that a system can move from proposal to production through the gates in a defined period without either bypassing the controls or stalling in them.</w:t>
      </w:r>
    </w:p>
    <w:p w14:paraId="792485B8" w14:textId="77777777" w:rsidR="00E2764D" w:rsidRDefault="00F75996">
      <w:r>
        <w:rPr>
          <w:i/>
          <w:sz w:val="20"/>
        </w:rPr>
        <w:t>Table 19.4 - Days 61 to 90 activity plan.</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14B9FB5A" w14:textId="77777777">
        <w:trPr>
          <w:tblHeader/>
        </w:trPr>
        <w:tc>
          <w:tcPr>
            <w:tcW w:w="3120" w:type="dxa"/>
            <w:shd w:val="clear" w:color="auto" w:fill="D5E8F0"/>
          </w:tcPr>
          <w:p w14:paraId="092AE4A6" w14:textId="77777777" w:rsidR="00E2764D" w:rsidRDefault="00F75996">
            <w:r>
              <w:rPr>
                <w:b/>
                <w:sz w:val="20"/>
              </w:rPr>
              <w:t>Week</w:t>
            </w:r>
          </w:p>
        </w:tc>
        <w:tc>
          <w:tcPr>
            <w:tcW w:w="3120" w:type="dxa"/>
            <w:shd w:val="clear" w:color="auto" w:fill="D5E8F0"/>
          </w:tcPr>
          <w:p w14:paraId="4D927112" w14:textId="77777777" w:rsidR="00E2764D" w:rsidRDefault="00F75996">
            <w:r>
              <w:rPr>
                <w:b/>
                <w:sz w:val="20"/>
              </w:rPr>
              <w:t>Activity</w:t>
            </w:r>
          </w:p>
        </w:tc>
        <w:tc>
          <w:tcPr>
            <w:tcW w:w="3120" w:type="dxa"/>
            <w:shd w:val="clear" w:color="auto" w:fill="D5E8F0"/>
          </w:tcPr>
          <w:p w14:paraId="0608A54C" w14:textId="77777777" w:rsidR="00E2764D" w:rsidRDefault="00F75996">
            <w:r>
              <w:rPr>
                <w:b/>
                <w:sz w:val="20"/>
              </w:rPr>
              <w:t>Owner</w:t>
            </w:r>
          </w:p>
        </w:tc>
      </w:tr>
      <w:tr w:rsidR="00E2764D" w14:paraId="1C66BDEF" w14:textId="77777777">
        <w:tc>
          <w:tcPr>
            <w:tcW w:w="3120" w:type="dxa"/>
          </w:tcPr>
          <w:p w14:paraId="3DEC5BA6" w14:textId="77777777" w:rsidR="00E2764D" w:rsidRDefault="00F75996">
            <w:r>
              <w:rPr>
                <w:sz w:val="20"/>
              </w:rPr>
              <w:t>Week 9</w:t>
            </w:r>
          </w:p>
        </w:tc>
        <w:tc>
          <w:tcPr>
            <w:tcW w:w="3120" w:type="dxa"/>
          </w:tcPr>
          <w:p w14:paraId="2F84D2BC" w14:textId="77777777" w:rsidR="00E2764D" w:rsidRDefault="00F75996">
            <w:r>
              <w:rPr>
                <w:sz w:val="20"/>
              </w:rPr>
              <w:t>Build the pilot on the shared platform using a published reference pattern, with entitlement-preserving retrieval, the shared guardrail layer, and the telemetry schema of Section 18.2 applied from the first commit</w:t>
            </w:r>
          </w:p>
        </w:tc>
        <w:tc>
          <w:tcPr>
            <w:tcW w:w="3120" w:type="dxa"/>
          </w:tcPr>
          <w:p w14:paraId="15955190" w14:textId="77777777" w:rsidR="00E2764D" w:rsidRDefault="00F75996">
            <w:r>
              <w:rPr>
                <w:sz w:val="20"/>
              </w:rPr>
              <w:t>Lead AI Engineer</w:t>
            </w:r>
          </w:p>
        </w:tc>
      </w:tr>
      <w:tr w:rsidR="00E2764D" w14:paraId="39D1D0A1" w14:textId="77777777">
        <w:tc>
          <w:tcPr>
            <w:tcW w:w="3120" w:type="dxa"/>
          </w:tcPr>
          <w:p w14:paraId="2C912B47" w14:textId="77777777" w:rsidR="00E2764D" w:rsidRDefault="00F75996">
            <w:r>
              <w:rPr>
                <w:sz w:val="20"/>
              </w:rPr>
              <w:t>Week 9 to 10</w:t>
            </w:r>
          </w:p>
        </w:tc>
        <w:tc>
          <w:tcPr>
            <w:tcW w:w="3120" w:type="dxa"/>
          </w:tcPr>
          <w:p w14:paraId="58361823" w14:textId="77777777" w:rsidR="00E2764D" w:rsidRDefault="00F75996">
            <w:r>
              <w:rPr>
                <w:sz w:val="20"/>
              </w:rPr>
              <w:t>Stand up the evaluation harness, run the pilot against its curated evaluation set, record the release floor, and execute the adversarial test suite as a blocking gate</w:t>
            </w:r>
          </w:p>
        </w:tc>
        <w:tc>
          <w:tcPr>
            <w:tcW w:w="3120" w:type="dxa"/>
          </w:tcPr>
          <w:p w14:paraId="2E48CC49" w14:textId="77777777" w:rsidR="00E2764D" w:rsidRDefault="00F75996">
            <w:r>
              <w:rPr>
                <w:sz w:val="20"/>
              </w:rPr>
              <w:t>Responsible AI and Evaluation Lead</w:t>
            </w:r>
          </w:p>
        </w:tc>
      </w:tr>
      <w:tr w:rsidR="00E2764D" w14:paraId="5FAC6AF2" w14:textId="77777777">
        <w:tc>
          <w:tcPr>
            <w:tcW w:w="3120" w:type="dxa"/>
          </w:tcPr>
          <w:p w14:paraId="413D8E99" w14:textId="77777777" w:rsidR="00E2764D" w:rsidRDefault="00F75996">
            <w:r>
              <w:rPr>
                <w:sz w:val="20"/>
              </w:rPr>
              <w:lastRenderedPageBreak/>
              <w:t>Week 10</w:t>
            </w:r>
          </w:p>
        </w:tc>
        <w:tc>
          <w:tcPr>
            <w:tcW w:w="3120" w:type="dxa"/>
          </w:tcPr>
          <w:p w14:paraId="719462D0" w14:textId="77777777" w:rsidR="00E2764D" w:rsidRDefault="00F75996">
            <w:r>
              <w:rPr>
                <w:sz w:val="20"/>
              </w:rPr>
              <w:t>Train the human reviewers of record under Section 12.2, covering what they are accountable for, how to record an override, and the specific failure modes of this system</w:t>
            </w:r>
          </w:p>
        </w:tc>
        <w:tc>
          <w:tcPr>
            <w:tcW w:w="3120" w:type="dxa"/>
          </w:tcPr>
          <w:p w14:paraId="649FC098" w14:textId="77777777" w:rsidR="00E2764D" w:rsidRDefault="00F75996">
            <w:r>
              <w:rPr>
                <w:sz w:val="20"/>
              </w:rPr>
              <w:t>Pilot business owner</w:t>
            </w:r>
          </w:p>
        </w:tc>
      </w:tr>
      <w:tr w:rsidR="00E2764D" w14:paraId="136E8186" w14:textId="77777777">
        <w:tc>
          <w:tcPr>
            <w:tcW w:w="3120" w:type="dxa"/>
          </w:tcPr>
          <w:p w14:paraId="748FBD0C" w14:textId="77777777" w:rsidR="00E2764D" w:rsidRDefault="00F75996">
            <w:r>
              <w:rPr>
                <w:sz w:val="20"/>
              </w:rPr>
              <w:t>Week 10 to 11</w:t>
            </w:r>
          </w:p>
        </w:tc>
        <w:tc>
          <w:tcPr>
            <w:tcW w:w="3120" w:type="dxa"/>
          </w:tcPr>
          <w:p w14:paraId="49546E38" w14:textId="77777777" w:rsidR="00E2764D" w:rsidRDefault="00F75996">
            <w:r>
              <w:rPr>
                <w:sz w:val="20"/>
              </w:rPr>
              <w:t>Complete the security review, test the kill switch end to end including the manual fallback, and obtain gate seven approval from the council with the deployment scope recorded</w:t>
            </w:r>
          </w:p>
        </w:tc>
        <w:tc>
          <w:tcPr>
            <w:tcW w:w="3120" w:type="dxa"/>
          </w:tcPr>
          <w:p w14:paraId="471533BC" w14:textId="77777777" w:rsidR="00E2764D" w:rsidRDefault="00F75996">
            <w:r>
              <w:rPr>
                <w:sz w:val="20"/>
              </w:rPr>
              <w:t>Chief Information Security Officer with the AI Governance Council</w:t>
            </w:r>
          </w:p>
        </w:tc>
      </w:tr>
      <w:tr w:rsidR="00E2764D" w14:paraId="72DC3726" w14:textId="77777777">
        <w:tc>
          <w:tcPr>
            <w:tcW w:w="3120" w:type="dxa"/>
          </w:tcPr>
          <w:p w14:paraId="116BBD6F" w14:textId="77777777" w:rsidR="00E2764D" w:rsidRDefault="00F75996">
            <w:r>
              <w:rPr>
                <w:sz w:val="20"/>
              </w:rPr>
              <w:t>Week 11</w:t>
            </w:r>
          </w:p>
        </w:tc>
        <w:tc>
          <w:tcPr>
            <w:tcW w:w="3120" w:type="dxa"/>
          </w:tcPr>
          <w:p w14:paraId="6D4F174D" w14:textId="77777777" w:rsidR="00E2764D" w:rsidRDefault="00F75996">
            <w:r>
              <w:rPr>
                <w:sz w:val="20"/>
              </w:rPr>
              <w:t>Launch the pilot to the agreed limited population with monitoring, override capture, and a daily review of quality and safety telemetry during the first two weeks</w:t>
            </w:r>
          </w:p>
        </w:tc>
        <w:tc>
          <w:tcPr>
            <w:tcW w:w="3120" w:type="dxa"/>
          </w:tcPr>
          <w:p w14:paraId="0E3DC5DC" w14:textId="77777777" w:rsidR="00E2764D" w:rsidRDefault="00F75996">
            <w:r>
              <w:rPr>
                <w:sz w:val="20"/>
              </w:rPr>
              <w:t>Pilot business owner with the technical owner</w:t>
            </w:r>
          </w:p>
        </w:tc>
      </w:tr>
      <w:tr w:rsidR="00E2764D" w14:paraId="0233C425" w14:textId="77777777">
        <w:tc>
          <w:tcPr>
            <w:tcW w:w="3120" w:type="dxa"/>
          </w:tcPr>
          <w:p w14:paraId="053CAFC9" w14:textId="77777777" w:rsidR="00E2764D" w:rsidRDefault="00F75996">
            <w:r>
              <w:rPr>
                <w:sz w:val="20"/>
              </w:rPr>
              <w:t>Week 12</w:t>
            </w:r>
          </w:p>
        </w:tc>
        <w:tc>
          <w:tcPr>
            <w:tcW w:w="3120" w:type="dxa"/>
          </w:tcPr>
          <w:p w14:paraId="0430529E" w14:textId="77777777" w:rsidR="00E2764D" w:rsidRDefault="00F75996">
            <w:r>
              <w:rPr>
                <w:sz w:val="20"/>
              </w:rPr>
              <w:t>Record the baselines for the metrics in Section 17.1, establish the monthly and quarterly cadence of Section 17.4, and deliver the first board report using the structure in Section 17.3</w:t>
            </w:r>
          </w:p>
        </w:tc>
        <w:tc>
          <w:tcPr>
            <w:tcW w:w="3120" w:type="dxa"/>
          </w:tcPr>
          <w:p w14:paraId="4CDE2B66" w14:textId="77777777" w:rsidR="00E2764D" w:rsidRDefault="00F75996">
            <w:r>
              <w:rPr>
                <w:sz w:val="20"/>
              </w:rPr>
              <w:t>Chief AI Officer</w:t>
            </w:r>
          </w:p>
        </w:tc>
      </w:tr>
    </w:tbl>
    <w:p w14:paraId="16F87BFC" w14:textId="77777777" w:rsidR="00E2764D" w:rsidRDefault="00E2764D"/>
    <w:p w14:paraId="55B94365" w14:textId="77777777" w:rsidR="00E2764D" w:rsidRDefault="00F75996">
      <w:pPr>
        <w:pStyle w:val="Heading2"/>
      </w:pPr>
      <w:bookmarkStart w:id="133" w:name="_Toc241649801"/>
      <w:r>
        <w:t>19.5 Ownership Summary</w:t>
      </w:r>
      <w:bookmarkEnd w:id="133"/>
    </w:p>
    <w:p w14:paraId="3F5B6A29" w14:textId="77777777" w:rsidR="00E2764D" w:rsidRDefault="00F75996">
      <w:r>
        <w:t>The plan is not deliverable by the officer alone, and the time commitments below should be agreed with each individual's line manager rather than assumed. Failure to secure this commitment in advance is the most common cause of a first quarter that slips by a month.</w:t>
      </w:r>
    </w:p>
    <w:p w14:paraId="31047306" w14:textId="77777777" w:rsidR="00E2764D" w:rsidRDefault="00F75996">
      <w:r>
        <w:rPr>
          <w:i/>
          <w:sz w:val="20"/>
        </w:rPr>
        <w:t>Table 19.5 - Ownership and time commitment across the first 90 days.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4D5317A8" w14:textId="77777777">
        <w:trPr>
          <w:tblHeader/>
        </w:trPr>
        <w:tc>
          <w:tcPr>
            <w:tcW w:w="3120" w:type="dxa"/>
            <w:shd w:val="clear" w:color="auto" w:fill="D5E8F0"/>
          </w:tcPr>
          <w:p w14:paraId="12BD75A3" w14:textId="77777777" w:rsidR="00E2764D" w:rsidRDefault="00F75996">
            <w:r>
              <w:rPr>
                <w:b/>
                <w:sz w:val="20"/>
              </w:rPr>
              <w:t>Role</w:t>
            </w:r>
          </w:p>
        </w:tc>
        <w:tc>
          <w:tcPr>
            <w:tcW w:w="3120" w:type="dxa"/>
            <w:shd w:val="clear" w:color="auto" w:fill="D5E8F0"/>
          </w:tcPr>
          <w:p w14:paraId="0956BA7F" w14:textId="77777777" w:rsidR="00E2764D" w:rsidRDefault="00F75996">
            <w:r>
              <w:rPr>
                <w:b/>
                <w:sz w:val="20"/>
              </w:rPr>
              <w:t>Primary Responsibility in the First 90 Days</w:t>
            </w:r>
          </w:p>
        </w:tc>
        <w:tc>
          <w:tcPr>
            <w:tcW w:w="3120" w:type="dxa"/>
            <w:shd w:val="clear" w:color="auto" w:fill="D5E8F0"/>
          </w:tcPr>
          <w:p w14:paraId="5F3D4A2A" w14:textId="77777777" w:rsidR="00E2764D" w:rsidRDefault="00F75996">
            <w:r>
              <w:rPr>
                <w:b/>
                <w:sz w:val="20"/>
              </w:rPr>
              <w:t>Time Commitment (indicative)</w:t>
            </w:r>
          </w:p>
        </w:tc>
      </w:tr>
      <w:tr w:rsidR="00E2764D" w14:paraId="297215A8" w14:textId="77777777">
        <w:tc>
          <w:tcPr>
            <w:tcW w:w="3120" w:type="dxa"/>
          </w:tcPr>
          <w:p w14:paraId="07BF5F2D" w14:textId="77777777" w:rsidR="00E2764D" w:rsidRDefault="00F75996">
            <w:r>
              <w:rPr>
                <w:sz w:val="20"/>
              </w:rPr>
              <w:t>Chief AI Officer</w:t>
            </w:r>
          </w:p>
        </w:tc>
        <w:tc>
          <w:tcPr>
            <w:tcW w:w="3120" w:type="dxa"/>
          </w:tcPr>
          <w:p w14:paraId="53B2FE57" w14:textId="77777777" w:rsidR="00E2764D" w:rsidRDefault="00F75996">
            <w:r>
              <w:rPr>
                <w:sz w:val="20"/>
              </w:rPr>
              <w:t>Charter and decision rights, listening tour, current-state assessment, council formation, inventory, intake and gates, board reporting</w:t>
            </w:r>
          </w:p>
        </w:tc>
        <w:tc>
          <w:tcPr>
            <w:tcW w:w="3120" w:type="dxa"/>
          </w:tcPr>
          <w:p w14:paraId="14D423E7" w14:textId="77777777" w:rsidR="00E2764D" w:rsidRDefault="00F75996">
            <w:r>
              <w:rPr>
                <w:sz w:val="20"/>
              </w:rPr>
              <w:t>Full time</w:t>
            </w:r>
          </w:p>
        </w:tc>
      </w:tr>
      <w:tr w:rsidR="00E2764D" w14:paraId="2422B478" w14:textId="77777777">
        <w:tc>
          <w:tcPr>
            <w:tcW w:w="3120" w:type="dxa"/>
          </w:tcPr>
          <w:p w14:paraId="18B5A57A" w14:textId="77777777" w:rsidR="00E2764D" w:rsidRDefault="00F75996">
            <w:r>
              <w:rPr>
                <w:sz w:val="20"/>
              </w:rPr>
              <w:t>Chief Executive Officer</w:t>
            </w:r>
          </w:p>
        </w:tc>
        <w:tc>
          <w:tcPr>
            <w:tcW w:w="3120" w:type="dxa"/>
          </w:tcPr>
          <w:p w14:paraId="0B99EBD3" w14:textId="77777777" w:rsidR="00E2764D" w:rsidRDefault="00F75996">
            <w:r>
              <w:rPr>
                <w:sz w:val="20"/>
              </w:rPr>
              <w:t xml:space="preserve">Approval of the charter and </w:t>
            </w:r>
            <w:r>
              <w:rPr>
                <w:sz w:val="20"/>
              </w:rPr>
              <w:lastRenderedPageBreak/>
              <w:t>decision rights, confirmation of the funding envelope, visible sponsorship, and adjudication of the first escalated dispute</w:t>
            </w:r>
          </w:p>
        </w:tc>
        <w:tc>
          <w:tcPr>
            <w:tcW w:w="3120" w:type="dxa"/>
          </w:tcPr>
          <w:p w14:paraId="2AF8C177" w14:textId="77777777" w:rsidR="00E2764D" w:rsidRDefault="00F75996">
            <w:r>
              <w:rPr>
                <w:sz w:val="20"/>
              </w:rPr>
              <w:lastRenderedPageBreak/>
              <w:t xml:space="preserve">Two to four hours per month </w:t>
            </w:r>
            <w:r>
              <w:rPr>
                <w:sz w:val="20"/>
              </w:rPr>
              <w:lastRenderedPageBreak/>
              <w:t>plus escalations</w:t>
            </w:r>
          </w:p>
        </w:tc>
      </w:tr>
      <w:tr w:rsidR="00E2764D" w14:paraId="342F2629" w14:textId="77777777">
        <w:tc>
          <w:tcPr>
            <w:tcW w:w="3120" w:type="dxa"/>
          </w:tcPr>
          <w:p w14:paraId="627228F2" w14:textId="77777777" w:rsidR="00E2764D" w:rsidRDefault="00F75996">
            <w:r>
              <w:rPr>
                <w:sz w:val="20"/>
              </w:rPr>
              <w:lastRenderedPageBreak/>
              <w:t>Chief Information Security Officer</w:t>
            </w:r>
          </w:p>
        </w:tc>
        <w:tc>
          <w:tcPr>
            <w:tcW w:w="3120" w:type="dxa"/>
          </w:tcPr>
          <w:p w14:paraId="5099C572" w14:textId="77777777" w:rsidR="00E2764D" w:rsidRDefault="00F75996">
            <w:r>
              <w:rPr>
                <w:sz w:val="20"/>
              </w:rPr>
              <w:t>Shadow AI discovery, threat model, security review of the platform and the pilot, and council membership</w:t>
            </w:r>
          </w:p>
        </w:tc>
        <w:tc>
          <w:tcPr>
            <w:tcW w:w="3120" w:type="dxa"/>
          </w:tcPr>
          <w:p w14:paraId="36389815" w14:textId="77777777" w:rsidR="00E2764D" w:rsidRDefault="00F75996">
            <w:r>
              <w:rPr>
                <w:sz w:val="20"/>
              </w:rPr>
              <w:t>One day per week in the first month, then half a day per week</w:t>
            </w:r>
          </w:p>
        </w:tc>
      </w:tr>
      <w:tr w:rsidR="00E2764D" w14:paraId="2A0F896E" w14:textId="77777777">
        <w:tc>
          <w:tcPr>
            <w:tcW w:w="3120" w:type="dxa"/>
          </w:tcPr>
          <w:p w14:paraId="0FD7C625" w14:textId="77777777" w:rsidR="00E2764D" w:rsidRDefault="00F75996">
            <w:r>
              <w:rPr>
                <w:sz w:val="20"/>
              </w:rPr>
              <w:t>General Counsel</w:t>
            </w:r>
          </w:p>
        </w:tc>
        <w:tc>
          <w:tcPr>
            <w:tcW w:w="3120" w:type="dxa"/>
          </w:tcPr>
          <w:p w14:paraId="63D92559" w14:textId="77777777" w:rsidR="00E2764D" w:rsidRDefault="00F75996">
            <w:r>
              <w:rPr>
                <w:sz w:val="20"/>
              </w:rPr>
              <w:t>Regulatory obligation mapping, review of the acceptable use standard and disclosure language, and council membership</w:t>
            </w:r>
          </w:p>
        </w:tc>
        <w:tc>
          <w:tcPr>
            <w:tcW w:w="3120" w:type="dxa"/>
          </w:tcPr>
          <w:p w14:paraId="1C7AB21B" w14:textId="77777777" w:rsidR="00E2764D" w:rsidRDefault="00F75996">
            <w:r>
              <w:rPr>
                <w:sz w:val="20"/>
              </w:rPr>
              <w:t>Half a day per week</w:t>
            </w:r>
          </w:p>
        </w:tc>
      </w:tr>
      <w:tr w:rsidR="00E2764D" w14:paraId="6B6E8B98" w14:textId="77777777">
        <w:tc>
          <w:tcPr>
            <w:tcW w:w="3120" w:type="dxa"/>
          </w:tcPr>
          <w:p w14:paraId="31180FB6" w14:textId="77777777" w:rsidR="00E2764D" w:rsidRDefault="00F75996">
            <w:r>
              <w:rPr>
                <w:sz w:val="20"/>
              </w:rPr>
              <w:t>AI Platform Lead</w:t>
            </w:r>
          </w:p>
        </w:tc>
        <w:tc>
          <w:tcPr>
            <w:tcW w:w="3120" w:type="dxa"/>
          </w:tcPr>
          <w:p w14:paraId="031F8F4A" w14:textId="77777777" w:rsidR="00E2764D" w:rsidRDefault="00F75996">
            <w:r>
              <w:rPr>
                <w:sz w:val="20"/>
              </w:rPr>
              <w:t>Subscription structure, policy set, shared hub, tagging, observability, and the workload template</w:t>
            </w:r>
          </w:p>
        </w:tc>
        <w:tc>
          <w:tcPr>
            <w:tcW w:w="3120" w:type="dxa"/>
          </w:tcPr>
          <w:p w14:paraId="6CC8B903" w14:textId="77777777" w:rsidR="00E2764D" w:rsidRDefault="00F75996">
            <w:r>
              <w:rPr>
                <w:sz w:val="20"/>
              </w:rPr>
              <w:t>Full time from week five</w:t>
            </w:r>
          </w:p>
        </w:tc>
      </w:tr>
      <w:tr w:rsidR="00E2764D" w14:paraId="0DB69319" w14:textId="77777777">
        <w:tc>
          <w:tcPr>
            <w:tcW w:w="3120" w:type="dxa"/>
          </w:tcPr>
          <w:p w14:paraId="0AEE3F88" w14:textId="77777777" w:rsidR="00E2764D" w:rsidRDefault="00F75996">
            <w:r>
              <w:rPr>
                <w:sz w:val="20"/>
              </w:rPr>
              <w:t>Responsible AI and Evaluation Lead</w:t>
            </w:r>
          </w:p>
        </w:tc>
        <w:tc>
          <w:tcPr>
            <w:tcW w:w="3120" w:type="dxa"/>
          </w:tcPr>
          <w:p w14:paraId="7107FAE0" w14:textId="77777777" w:rsidR="00E2764D" w:rsidRDefault="00F75996">
            <w:r>
              <w:rPr>
                <w:sz w:val="20"/>
              </w:rPr>
              <w:t>Risk tiering rubric, impact assessment for the pilot, evaluation set curation, evaluation harness, and adversarial testing</w:t>
            </w:r>
          </w:p>
        </w:tc>
        <w:tc>
          <w:tcPr>
            <w:tcW w:w="3120" w:type="dxa"/>
          </w:tcPr>
          <w:p w14:paraId="5A306599" w14:textId="77777777" w:rsidR="00E2764D" w:rsidRDefault="00F75996">
            <w:r>
              <w:rPr>
                <w:sz w:val="20"/>
              </w:rPr>
              <w:t>Full time from week six</w:t>
            </w:r>
          </w:p>
        </w:tc>
      </w:tr>
      <w:tr w:rsidR="00E2764D" w14:paraId="57EB923B" w14:textId="77777777">
        <w:tc>
          <w:tcPr>
            <w:tcW w:w="3120" w:type="dxa"/>
          </w:tcPr>
          <w:p w14:paraId="3035EADE" w14:textId="77777777" w:rsidR="00E2764D" w:rsidRDefault="00F75996">
            <w:r>
              <w:rPr>
                <w:sz w:val="20"/>
              </w:rPr>
              <w:t>Pilot business owner</w:t>
            </w:r>
          </w:p>
        </w:tc>
        <w:tc>
          <w:tcPr>
            <w:tcW w:w="3120" w:type="dxa"/>
          </w:tcPr>
          <w:p w14:paraId="1F8016C0" w14:textId="77777777" w:rsidR="00E2764D" w:rsidRDefault="00F75996">
            <w:r>
              <w:rPr>
                <w:sz w:val="20"/>
              </w:rPr>
              <w:t>Acceptance of accountability for the pilot, definition of success measures, reviewer training, and daily monitoring during launch</w:t>
            </w:r>
          </w:p>
        </w:tc>
        <w:tc>
          <w:tcPr>
            <w:tcW w:w="3120" w:type="dxa"/>
          </w:tcPr>
          <w:p w14:paraId="0FF57DE6" w14:textId="77777777" w:rsidR="00E2764D" w:rsidRDefault="00F75996">
            <w:r>
              <w:rPr>
                <w:sz w:val="20"/>
              </w:rPr>
              <w:t>One day per week, rising to two days during launch</w:t>
            </w:r>
          </w:p>
        </w:tc>
      </w:tr>
    </w:tbl>
    <w:p w14:paraId="0355CBB0" w14:textId="77777777" w:rsidR="00E2764D" w:rsidRDefault="00E2764D"/>
    <w:p w14:paraId="0D73C1C8" w14:textId="77777777" w:rsidR="00E2764D" w:rsidRDefault="00F75996">
      <w:pPr>
        <w:pStyle w:val="Heading2"/>
      </w:pPr>
      <w:bookmarkStart w:id="134" w:name="_Toc241649802"/>
      <w:r>
        <w:t>19.6 Risks to the Plan and Mitigations</w:t>
      </w:r>
      <w:bookmarkEnd w:id="134"/>
    </w:p>
    <w:p w14:paraId="2CDDDAE4" w14:textId="77777777" w:rsidR="00E2764D" w:rsidRDefault="00F75996">
      <w:r>
        <w:t>The risks below are those most likely to derail a first quarter. The first is the most serious and the least often stated aloud, because raising it requires the officer to question the terms of their own appointment in the first weeks of the role. It should nonetheless be raised, in writing, early.</w:t>
      </w:r>
    </w:p>
    <w:p w14:paraId="5623305F" w14:textId="77777777" w:rsidR="00E2764D" w:rsidRDefault="00F75996">
      <w:r>
        <w:rPr>
          <w:i/>
          <w:sz w:val="20"/>
        </w:rPr>
        <w:t>Table 19.6 - Risks to the first 90 day plan and mitigations.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242C124F" w14:textId="77777777">
        <w:trPr>
          <w:tblHeader/>
        </w:trPr>
        <w:tc>
          <w:tcPr>
            <w:tcW w:w="3120" w:type="dxa"/>
            <w:shd w:val="clear" w:color="auto" w:fill="D5E8F0"/>
          </w:tcPr>
          <w:p w14:paraId="1F039AA9" w14:textId="77777777" w:rsidR="00E2764D" w:rsidRDefault="00F75996">
            <w:r>
              <w:rPr>
                <w:b/>
                <w:sz w:val="20"/>
              </w:rPr>
              <w:t>Risk</w:t>
            </w:r>
          </w:p>
        </w:tc>
        <w:tc>
          <w:tcPr>
            <w:tcW w:w="3120" w:type="dxa"/>
            <w:shd w:val="clear" w:color="auto" w:fill="D5E8F0"/>
          </w:tcPr>
          <w:p w14:paraId="6850F951" w14:textId="77777777" w:rsidR="00E2764D" w:rsidRDefault="00F75996">
            <w:r>
              <w:rPr>
                <w:b/>
                <w:sz w:val="20"/>
              </w:rPr>
              <w:t>Impact</w:t>
            </w:r>
          </w:p>
        </w:tc>
        <w:tc>
          <w:tcPr>
            <w:tcW w:w="3120" w:type="dxa"/>
            <w:shd w:val="clear" w:color="auto" w:fill="D5E8F0"/>
          </w:tcPr>
          <w:p w14:paraId="057993E9" w14:textId="77777777" w:rsidR="00E2764D" w:rsidRDefault="00F75996">
            <w:r>
              <w:rPr>
                <w:b/>
                <w:sz w:val="20"/>
              </w:rPr>
              <w:t>Mitigation</w:t>
            </w:r>
          </w:p>
        </w:tc>
      </w:tr>
      <w:tr w:rsidR="00E2764D" w14:paraId="084806F4" w14:textId="77777777">
        <w:tc>
          <w:tcPr>
            <w:tcW w:w="3120" w:type="dxa"/>
          </w:tcPr>
          <w:p w14:paraId="49C7312C" w14:textId="77777777" w:rsidR="00E2764D" w:rsidRDefault="00F75996">
            <w:r>
              <w:rPr>
                <w:sz w:val="20"/>
              </w:rPr>
              <w:t xml:space="preserve">The Chief AI Officer is given accountability without authority: the role is expected to answer </w:t>
            </w:r>
            <w:r>
              <w:rPr>
                <w:sz w:val="20"/>
              </w:rPr>
              <w:lastRenderedPageBreak/>
              <w:t>for AI outcomes but cannot stop, fund, or require anything</w:t>
            </w:r>
          </w:p>
        </w:tc>
        <w:tc>
          <w:tcPr>
            <w:tcW w:w="3120" w:type="dxa"/>
          </w:tcPr>
          <w:p w14:paraId="79B641F8" w14:textId="77777777" w:rsidR="00E2764D" w:rsidRDefault="00F75996">
            <w:r>
              <w:rPr>
                <w:sz w:val="20"/>
              </w:rPr>
              <w:lastRenderedPageBreak/>
              <w:t xml:space="preserve">Every decision becomes a negotiation, controls are advisory and therefore optional, </w:t>
            </w:r>
            <w:r>
              <w:rPr>
                <w:sz w:val="20"/>
              </w:rPr>
              <w:lastRenderedPageBreak/>
              <w:t>and the officer carries reputational exposure for outcomes they could not control</w:t>
            </w:r>
          </w:p>
        </w:tc>
        <w:tc>
          <w:tcPr>
            <w:tcW w:w="3120" w:type="dxa"/>
          </w:tcPr>
          <w:p w14:paraId="600DB0E4" w14:textId="77777777" w:rsidR="00E2764D" w:rsidRDefault="00F75996">
            <w:r>
              <w:rPr>
                <w:sz w:val="20"/>
              </w:rPr>
              <w:lastRenderedPageBreak/>
              <w:t xml:space="preserve">Document the specific decisions the role must own under Section 2.2, obtain the chief executive's </w:t>
            </w:r>
            <w:r>
              <w:rPr>
                <w:sz w:val="20"/>
              </w:rPr>
              <w:lastRenderedPageBreak/>
              <w:t>written approval in the first month, and treat refusal as a material finding to be raised with the board rather than absorbed</w:t>
            </w:r>
          </w:p>
        </w:tc>
      </w:tr>
      <w:tr w:rsidR="00E2764D" w14:paraId="1AB12157" w14:textId="77777777">
        <w:tc>
          <w:tcPr>
            <w:tcW w:w="3120" w:type="dxa"/>
          </w:tcPr>
          <w:p w14:paraId="4E3F763D" w14:textId="77777777" w:rsidR="00E2764D" w:rsidRDefault="00F75996">
            <w:r>
              <w:rPr>
                <w:sz w:val="20"/>
              </w:rPr>
              <w:lastRenderedPageBreak/>
              <w:t>Executive expectations are inconsistent across the leadership team, with each sponsor holding a different definition of success</w:t>
            </w:r>
          </w:p>
        </w:tc>
        <w:tc>
          <w:tcPr>
            <w:tcW w:w="3120" w:type="dxa"/>
          </w:tcPr>
          <w:p w14:paraId="73A7D374" w14:textId="77777777" w:rsidR="00E2764D" w:rsidRDefault="00F75996">
            <w:r>
              <w:rPr>
                <w:sz w:val="20"/>
              </w:rPr>
              <w:t>The officer is judged against several unstated and conflicting standards and fails at least some of them regardless of performance</w:t>
            </w:r>
          </w:p>
        </w:tc>
        <w:tc>
          <w:tcPr>
            <w:tcW w:w="3120" w:type="dxa"/>
          </w:tcPr>
          <w:p w14:paraId="08680C6B" w14:textId="77777777" w:rsidR="00E2764D" w:rsidRDefault="00F75996">
            <w:r>
              <w:rPr>
                <w:sz w:val="20"/>
              </w:rPr>
              <w:t>Capture each executive's stated expectation verbatim during the listening tour, publish the reconciled version in the charter, and require explicit acknowledgement</w:t>
            </w:r>
          </w:p>
        </w:tc>
      </w:tr>
      <w:tr w:rsidR="00E2764D" w14:paraId="56B9F2A3" w14:textId="77777777">
        <w:tc>
          <w:tcPr>
            <w:tcW w:w="3120" w:type="dxa"/>
          </w:tcPr>
          <w:p w14:paraId="1858D07D" w14:textId="77777777" w:rsidR="00E2764D" w:rsidRDefault="00F75996">
            <w:r>
              <w:rPr>
                <w:sz w:val="20"/>
              </w:rPr>
              <w:t>Pressure to launch a visible pilot before governance exists, usually driven by a board demand for demonstrable progress</w:t>
            </w:r>
          </w:p>
        </w:tc>
        <w:tc>
          <w:tcPr>
            <w:tcW w:w="3120" w:type="dxa"/>
          </w:tcPr>
          <w:p w14:paraId="224302A2" w14:textId="77777777" w:rsidR="00E2764D" w:rsidRDefault="00F75996">
            <w:r>
              <w:rPr>
                <w:sz w:val="20"/>
              </w:rPr>
              <w:t>A precedent is set that speed overrides control, and the first governed system is the second one, which is a far harder argument to win</w:t>
            </w:r>
          </w:p>
        </w:tc>
        <w:tc>
          <w:tcPr>
            <w:tcW w:w="3120" w:type="dxa"/>
          </w:tcPr>
          <w:p w14:paraId="7FC8D5AB" w14:textId="77777777" w:rsidR="00E2764D" w:rsidRDefault="00F75996">
            <w:r>
              <w:rPr>
                <w:sz w:val="20"/>
              </w:rPr>
              <w:t>Commit to a specific pilot launch date within the 90 days at the outset, so that the answer to the pressure is a date rather than a refusal</w:t>
            </w:r>
          </w:p>
        </w:tc>
      </w:tr>
      <w:tr w:rsidR="00E2764D" w14:paraId="50BF346A" w14:textId="77777777">
        <w:tc>
          <w:tcPr>
            <w:tcW w:w="3120" w:type="dxa"/>
          </w:tcPr>
          <w:p w14:paraId="369E383F" w14:textId="77777777" w:rsidR="00E2764D" w:rsidRDefault="00F75996">
            <w:r>
              <w:rPr>
                <w:sz w:val="20"/>
              </w:rPr>
              <w:t>Shadow AI usage proves far larger than expected and includes systems with regulatory exposure already in production</w:t>
            </w:r>
          </w:p>
        </w:tc>
        <w:tc>
          <w:tcPr>
            <w:tcW w:w="3120" w:type="dxa"/>
          </w:tcPr>
          <w:p w14:paraId="6EE0AB57" w14:textId="77777777" w:rsidR="00E2764D" w:rsidRDefault="00F75996">
            <w:r>
              <w:rPr>
                <w:sz w:val="20"/>
              </w:rPr>
              <w:t>The officer inherits live risk with no controls and must choose between disruptive suspension and accepting exposure</w:t>
            </w:r>
          </w:p>
        </w:tc>
        <w:tc>
          <w:tcPr>
            <w:tcW w:w="3120" w:type="dxa"/>
          </w:tcPr>
          <w:p w14:paraId="3C1A1C5F" w14:textId="77777777" w:rsidR="00E2764D" w:rsidRDefault="00F75996">
            <w:r>
              <w:rPr>
                <w:sz w:val="20"/>
              </w:rPr>
              <w:t>Complete discovery in the first month, triage by potential harm rather than by count, suspend only where harm is evident, and place the remainder under a recorded remediation plan with dates</w:t>
            </w:r>
          </w:p>
        </w:tc>
      </w:tr>
      <w:tr w:rsidR="00E2764D" w14:paraId="178F358B" w14:textId="77777777">
        <w:tc>
          <w:tcPr>
            <w:tcW w:w="3120" w:type="dxa"/>
          </w:tcPr>
          <w:p w14:paraId="524AA06C" w14:textId="77777777" w:rsidR="00E2764D" w:rsidRDefault="00F75996">
            <w:r>
              <w:rPr>
                <w:sz w:val="20"/>
              </w:rPr>
              <w:t>Key roles are not funded or are filled part time from existing teams whose line managers do not release the capacity</w:t>
            </w:r>
          </w:p>
        </w:tc>
        <w:tc>
          <w:tcPr>
            <w:tcW w:w="3120" w:type="dxa"/>
          </w:tcPr>
          <w:p w14:paraId="13F927E1" w14:textId="77777777" w:rsidR="00E2764D" w:rsidRDefault="00F75996">
            <w:r>
              <w:rPr>
                <w:sz w:val="20"/>
              </w:rPr>
              <w:t>The platform and evaluation workstreams slip, the pilot launches without full controls, and the exit criteria are missed</w:t>
            </w:r>
          </w:p>
        </w:tc>
        <w:tc>
          <w:tcPr>
            <w:tcW w:w="3120" w:type="dxa"/>
          </w:tcPr>
          <w:p w14:paraId="587B91A4" w14:textId="77777777" w:rsidR="00E2764D" w:rsidRDefault="00F75996">
            <w:r>
              <w:rPr>
                <w:sz w:val="20"/>
              </w:rPr>
              <w:t>Agree the specific named individuals and their time commitment with their line managers in week one, and report any shortfall to the council as a delivery risk with a date</w:t>
            </w:r>
          </w:p>
        </w:tc>
      </w:tr>
      <w:tr w:rsidR="00E2764D" w14:paraId="5A1D5880" w14:textId="77777777">
        <w:tc>
          <w:tcPr>
            <w:tcW w:w="3120" w:type="dxa"/>
          </w:tcPr>
          <w:p w14:paraId="6C05DDB9" w14:textId="77777777" w:rsidR="00E2764D" w:rsidRDefault="00F75996">
            <w:r>
              <w:rPr>
                <w:sz w:val="20"/>
              </w:rPr>
              <w:t>The chosen pilot is too ambitious, selected for visibility rather than for suitability under the criteria in Section 4.3</w:t>
            </w:r>
          </w:p>
        </w:tc>
        <w:tc>
          <w:tcPr>
            <w:tcW w:w="3120" w:type="dxa"/>
          </w:tcPr>
          <w:p w14:paraId="3818064E" w14:textId="77777777" w:rsidR="00E2764D" w:rsidRDefault="00F75996">
            <w:r>
              <w:rPr>
                <w:sz w:val="20"/>
              </w:rPr>
              <w:t>The pilot fails or slips, and the failure is read as evidence that AI does not work here rather than that the selection was wrong</w:t>
            </w:r>
          </w:p>
        </w:tc>
        <w:tc>
          <w:tcPr>
            <w:tcW w:w="3120" w:type="dxa"/>
          </w:tcPr>
          <w:p w14:paraId="0CB6C12B" w14:textId="77777777" w:rsidR="00E2764D" w:rsidRDefault="00F75996">
            <w:r>
              <w:rPr>
                <w:sz w:val="20"/>
              </w:rPr>
              <w:t>Apply the selection criteria without exception, prefer a narrow internally facing use case for the first launch, and record the reason for rejecting more attractive candidates</w:t>
            </w:r>
          </w:p>
        </w:tc>
      </w:tr>
      <w:tr w:rsidR="00E2764D" w14:paraId="5D4ADF70" w14:textId="77777777">
        <w:tc>
          <w:tcPr>
            <w:tcW w:w="3120" w:type="dxa"/>
          </w:tcPr>
          <w:p w14:paraId="32D90416" w14:textId="77777777" w:rsidR="00E2764D" w:rsidRDefault="00F75996">
            <w:r>
              <w:rPr>
                <w:sz w:val="20"/>
              </w:rPr>
              <w:t>Data and content foundations are worse than assessed, with inconsistent permissions and superseded material in the repositories the pilot depends on</w:t>
            </w:r>
          </w:p>
        </w:tc>
        <w:tc>
          <w:tcPr>
            <w:tcW w:w="3120" w:type="dxa"/>
          </w:tcPr>
          <w:p w14:paraId="4A7E94D0" w14:textId="77777777" w:rsidR="00E2764D" w:rsidRDefault="00F75996">
            <w:r>
              <w:rPr>
                <w:sz w:val="20"/>
              </w:rPr>
              <w:t>Retrieval quality is poor or permissions leak, and remediation extends well beyond the quarter</w:t>
            </w:r>
          </w:p>
        </w:tc>
        <w:tc>
          <w:tcPr>
            <w:tcW w:w="3120" w:type="dxa"/>
          </w:tcPr>
          <w:p w14:paraId="751FBAB6" w14:textId="77777777" w:rsidR="00E2764D" w:rsidRDefault="00F75996">
            <w:r>
              <w:rPr>
                <w:sz w:val="20"/>
              </w:rPr>
              <w:t>Assess candidate repositories in the first month rather than at build time, select a pilot whose content is already curated, and treat repository remediation as a separately funded workstream</w:t>
            </w:r>
          </w:p>
        </w:tc>
      </w:tr>
    </w:tbl>
    <w:p w14:paraId="1C6AA754" w14:textId="77777777" w:rsidR="00E2764D" w:rsidRDefault="00E2764D"/>
    <w:p w14:paraId="42A1FA9C" w14:textId="77777777" w:rsidR="00E2764D" w:rsidRDefault="00F75996">
      <w:pPr>
        <w:pStyle w:val="Heading1"/>
        <w:pageBreakBefore/>
      </w:pPr>
      <w:bookmarkStart w:id="135" w:name="_Toc241649803"/>
      <w:r>
        <w:lastRenderedPageBreak/>
        <w:t>20. Solution Summary and Organizational Benefit</w:t>
      </w:r>
      <w:bookmarkEnd w:id="135"/>
    </w:p>
    <w:p w14:paraId="5B181C3F" w14:textId="77777777" w:rsidR="00E2764D" w:rsidRDefault="00F75996">
      <w:r>
        <w:t>This section states the case for proceeding as a whole, on the assumption that the reader has arrived here with a decision to make about funding, authority, or both.</w:t>
      </w:r>
    </w:p>
    <w:p w14:paraId="4700741A" w14:textId="77777777" w:rsidR="00E2764D" w:rsidRDefault="00F75996">
      <w:pPr>
        <w:pStyle w:val="Heading2"/>
      </w:pPr>
      <w:bookmarkStart w:id="136" w:name="_Toc241649804"/>
      <w:r>
        <w:t>20.1 The Integrated Mandate</w:t>
      </w:r>
      <w:bookmarkEnd w:id="136"/>
    </w:p>
    <w:p w14:paraId="7772F3C4" w14:textId="77777777" w:rsidR="00E2764D" w:rsidRDefault="00F75996">
      <w:r>
        <w:t>The three mandates in this playbook are not three programs that happen to share a sponsor. They are one system with three necessary parts, and each is substantially weakened without the others. The operating model in Section 18.1 decides what the organization builds and who is accountable for it, but its decisions are only as good as the evidence available to the council, and that evidence is produced by the assurance mandate in Section 18.2. Assurance in turn depends on uniform construction, because evaluation, monitoring, and evidence collection can only be automated across systems that are built the same way, which is what the platform mandate in Section 18.3 provides. Remove the platform and assurance becomes bespoke and unaffordable. Remove assurance and governance becomes ceremonial. Remove governance and the platform serves an ungoverned portfolio very efficiently.</w:t>
      </w:r>
    </w:p>
    <w:p w14:paraId="0FFE9CBE" w14:textId="77777777" w:rsidR="00E2764D" w:rsidRDefault="00F75996">
      <w:r>
        <w:t>The compounding effect is the point. The first system delivered under this model is more expensive than it would have been without it, because it pays for the landing zone, the retrieval pattern, the guardrail layer, the evaluation harness, and the governance process. The second system inherits all of it. By the fifth, the marginal cost of delivery is a fraction of the first and the marginal risk is lower still, because each new system arrives on infrastructure that is already isolated, already logged, already tagged, already evaluated, and already inside a decision record. The shared data foundation compounds in the same way: content curated and permission-corrected for one system grounds the next at no additional cost, and every improvement to grounding quality lifts every system that draws on it simultaneously.</w:t>
      </w:r>
    </w:p>
    <w:p w14:paraId="35CFE649" w14:textId="77777777" w:rsidR="00E2764D" w:rsidRDefault="00F75996">
      <w:r>
        <w:t>The same compounding applies to the controls. A guardrail configured once at the platform layer applies to every application that uses the shared path, so the officer can state coverage for the estate rather than assembling it application by application. An evaluation harness built for one system onboards the next in days. This is why the officer should resist pressure to deliver the first use case outside the model in order to save time. Doing so does not save the cost; it defers it and adds the cost of retrofitting, which is always higher.</w:t>
      </w:r>
    </w:p>
    <w:p w14:paraId="03C26061" w14:textId="77777777" w:rsidR="00E2764D" w:rsidRDefault="00F75996">
      <w:pPr>
        <w:pStyle w:val="Heading2"/>
      </w:pPr>
      <w:bookmarkStart w:id="137" w:name="_Toc241649805"/>
      <w:r>
        <w:t>20.2 Value to the Organization</w:t>
      </w:r>
      <w:bookmarkEnd w:id="137"/>
    </w:p>
    <w:p w14:paraId="52F82541" w14:textId="77777777" w:rsidR="00E2764D" w:rsidRDefault="00F75996">
      <w:r>
        <w:t>The benefit of this playbook is experienced differently by different parts of the organization, and the officer should be able to state the case in the terms each of them uses.</w:t>
      </w:r>
    </w:p>
    <w:p w14:paraId="14BA1B6A" w14:textId="77777777" w:rsidR="00E2764D" w:rsidRDefault="00F75996">
      <w:r>
        <w:rPr>
          <w:i/>
          <w:sz w:val="20"/>
        </w:rPr>
        <w:t>Table 20.2 - Value delivered to each stakeholder group.</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E2764D" w14:paraId="1B10B9C3" w14:textId="77777777">
        <w:trPr>
          <w:tblHeader/>
        </w:trPr>
        <w:tc>
          <w:tcPr>
            <w:tcW w:w="3120" w:type="dxa"/>
            <w:shd w:val="clear" w:color="auto" w:fill="D5E8F0"/>
          </w:tcPr>
          <w:p w14:paraId="42BA5B18" w14:textId="77777777" w:rsidR="00E2764D" w:rsidRDefault="00F75996">
            <w:r>
              <w:rPr>
                <w:b/>
                <w:sz w:val="20"/>
              </w:rPr>
              <w:t>Stakeholder</w:t>
            </w:r>
          </w:p>
        </w:tc>
        <w:tc>
          <w:tcPr>
            <w:tcW w:w="3120" w:type="dxa"/>
            <w:shd w:val="clear" w:color="auto" w:fill="D5E8F0"/>
          </w:tcPr>
          <w:p w14:paraId="02457A4B" w14:textId="77777777" w:rsidR="00E2764D" w:rsidRDefault="00F75996">
            <w:r>
              <w:rPr>
                <w:b/>
                <w:sz w:val="20"/>
              </w:rPr>
              <w:t>What Changes for Them</w:t>
            </w:r>
          </w:p>
        </w:tc>
        <w:tc>
          <w:tcPr>
            <w:tcW w:w="3120" w:type="dxa"/>
            <w:shd w:val="clear" w:color="auto" w:fill="D5E8F0"/>
          </w:tcPr>
          <w:p w14:paraId="3E71492B" w14:textId="77777777" w:rsidR="00E2764D" w:rsidRDefault="00F75996">
            <w:r>
              <w:rPr>
                <w:b/>
                <w:sz w:val="20"/>
              </w:rPr>
              <w:t>How the Benefit Is Realized</w:t>
            </w:r>
          </w:p>
        </w:tc>
      </w:tr>
      <w:tr w:rsidR="00E2764D" w14:paraId="72D61E58" w14:textId="77777777">
        <w:tc>
          <w:tcPr>
            <w:tcW w:w="3120" w:type="dxa"/>
          </w:tcPr>
          <w:p w14:paraId="6BB32EBA" w14:textId="77777777" w:rsidR="00E2764D" w:rsidRDefault="00F75996">
            <w:r>
              <w:rPr>
                <w:sz w:val="20"/>
              </w:rPr>
              <w:t>Chief executive and board</w:t>
            </w:r>
          </w:p>
        </w:tc>
        <w:tc>
          <w:tcPr>
            <w:tcW w:w="3120" w:type="dxa"/>
          </w:tcPr>
          <w:p w14:paraId="54147AF3" w14:textId="77777777" w:rsidR="00E2764D" w:rsidRDefault="00F75996">
            <w:r>
              <w:rPr>
                <w:sz w:val="20"/>
              </w:rPr>
              <w:t xml:space="preserve">AI moves from a topic they are briefed on to a portfolio they can direct, with a single accountable </w:t>
            </w:r>
            <w:r>
              <w:rPr>
                <w:sz w:val="20"/>
              </w:rPr>
              <w:lastRenderedPageBreak/>
              <w:t>officer, a known risk position, and measured value rather than activity</w:t>
            </w:r>
          </w:p>
        </w:tc>
        <w:tc>
          <w:tcPr>
            <w:tcW w:w="3120" w:type="dxa"/>
          </w:tcPr>
          <w:p w14:paraId="30BD8CFA" w14:textId="77777777" w:rsidR="00E2764D" w:rsidRDefault="00F75996">
            <w:r>
              <w:rPr>
                <w:sz w:val="20"/>
              </w:rPr>
              <w:lastRenderedPageBreak/>
              <w:t xml:space="preserve">Through the decision rights in Section 2.2, the board reporting structure in Section 17.3, and </w:t>
            </w:r>
            <w:r>
              <w:rPr>
                <w:sz w:val="20"/>
              </w:rPr>
              <w:lastRenderedPageBreak/>
              <w:t>the portfolio governance in Section 18.1</w:t>
            </w:r>
          </w:p>
        </w:tc>
      </w:tr>
      <w:tr w:rsidR="00E2764D" w14:paraId="4B0C7E3C" w14:textId="77777777">
        <w:tc>
          <w:tcPr>
            <w:tcW w:w="3120" w:type="dxa"/>
          </w:tcPr>
          <w:p w14:paraId="1B5719C5" w14:textId="77777777" w:rsidR="00E2764D" w:rsidRDefault="00F75996">
            <w:r>
              <w:rPr>
                <w:sz w:val="20"/>
              </w:rPr>
              <w:lastRenderedPageBreak/>
              <w:t>Frontline staff</w:t>
            </w:r>
          </w:p>
        </w:tc>
        <w:tc>
          <w:tcPr>
            <w:tcW w:w="3120" w:type="dxa"/>
          </w:tcPr>
          <w:p w14:paraId="77846185" w14:textId="77777777" w:rsidR="00E2764D" w:rsidRDefault="00F75996">
            <w:r>
              <w:rPr>
                <w:sz w:val="20"/>
              </w:rPr>
              <w:t>Sanctioned tools replace unsanctioned ones, the rules on acceptable use are clear, and staff are supported to use AI rather than left to work out what is permitted</w:t>
            </w:r>
          </w:p>
        </w:tc>
        <w:tc>
          <w:tcPr>
            <w:tcW w:w="3120" w:type="dxa"/>
          </w:tcPr>
          <w:p w14:paraId="2C9E2C0B" w14:textId="77777777" w:rsidR="00E2764D" w:rsidRDefault="00F75996">
            <w:r>
              <w:rPr>
                <w:sz w:val="20"/>
              </w:rPr>
              <w:t>Through the acceptable use standard in Section 8.6, the enablement approach in Section 16.3, and the reviewer accountability framework in Section 12.2</w:t>
            </w:r>
          </w:p>
        </w:tc>
      </w:tr>
      <w:tr w:rsidR="00E2764D" w14:paraId="35336E38" w14:textId="77777777">
        <w:tc>
          <w:tcPr>
            <w:tcW w:w="3120" w:type="dxa"/>
          </w:tcPr>
          <w:p w14:paraId="39538E47" w14:textId="77777777" w:rsidR="00E2764D" w:rsidRDefault="00F75996">
            <w:r>
              <w:rPr>
                <w:sz w:val="20"/>
              </w:rPr>
              <w:t>Customers and constituents</w:t>
            </w:r>
          </w:p>
        </w:tc>
        <w:tc>
          <w:tcPr>
            <w:tcW w:w="3120" w:type="dxa"/>
          </w:tcPr>
          <w:p w14:paraId="55860266" w14:textId="77777777" w:rsidR="00E2764D" w:rsidRDefault="00F75996">
            <w:r>
              <w:rPr>
                <w:sz w:val="20"/>
              </w:rPr>
              <w:t>AI-assisted service is faster and more consistent, disclosure is clear where AI is involved, and a route to a human decision remains available</w:t>
            </w:r>
          </w:p>
        </w:tc>
        <w:tc>
          <w:tcPr>
            <w:tcW w:w="3120" w:type="dxa"/>
          </w:tcPr>
          <w:p w14:paraId="1116DD46" w14:textId="77777777" w:rsidR="00E2764D" w:rsidRDefault="00F75996">
            <w:r>
              <w:rPr>
                <w:sz w:val="20"/>
              </w:rPr>
              <w:t>Through the disclosure and oversight requirements in Section 12.1, the human review thresholds in Section 12.2, and the quality gates in Section 18.2</w:t>
            </w:r>
          </w:p>
        </w:tc>
      </w:tr>
      <w:tr w:rsidR="00E2764D" w14:paraId="2C63EF8B" w14:textId="77777777">
        <w:tc>
          <w:tcPr>
            <w:tcW w:w="3120" w:type="dxa"/>
          </w:tcPr>
          <w:p w14:paraId="11181F22" w14:textId="77777777" w:rsidR="00E2764D" w:rsidRDefault="00F75996">
            <w:r>
              <w:rPr>
                <w:sz w:val="20"/>
              </w:rPr>
              <w:t>IT and security</w:t>
            </w:r>
          </w:p>
        </w:tc>
        <w:tc>
          <w:tcPr>
            <w:tcW w:w="3120" w:type="dxa"/>
          </w:tcPr>
          <w:p w14:paraId="656F0516" w14:textId="77777777" w:rsidR="00E2764D" w:rsidRDefault="00F75996">
            <w:r>
              <w:rPr>
                <w:sz w:val="20"/>
              </w:rPr>
              <w:t>AI workloads arrive on a governed platform with enforced isolation, identity, and logging, rather than as unplanned requests to secure something already built</w:t>
            </w:r>
          </w:p>
        </w:tc>
        <w:tc>
          <w:tcPr>
            <w:tcW w:w="3120" w:type="dxa"/>
          </w:tcPr>
          <w:p w14:paraId="6F22FD7F" w14:textId="77777777" w:rsidR="00E2764D" w:rsidRDefault="00F75996">
            <w:r>
              <w:rPr>
                <w:sz w:val="20"/>
              </w:rPr>
              <w:t>Through the platform mandate in Section 18.3, the security architecture in Section 7.1, and the identity design in Section 9.1</w:t>
            </w:r>
          </w:p>
        </w:tc>
      </w:tr>
      <w:tr w:rsidR="00E2764D" w14:paraId="769E7712" w14:textId="77777777">
        <w:tc>
          <w:tcPr>
            <w:tcW w:w="3120" w:type="dxa"/>
          </w:tcPr>
          <w:p w14:paraId="10E96B76" w14:textId="77777777" w:rsidR="00E2764D" w:rsidRDefault="00F75996">
            <w:r>
              <w:rPr>
                <w:sz w:val="20"/>
              </w:rPr>
              <w:t>Risk and compliance</w:t>
            </w:r>
          </w:p>
        </w:tc>
        <w:tc>
          <w:tcPr>
            <w:tcW w:w="3120" w:type="dxa"/>
          </w:tcPr>
          <w:p w14:paraId="65CC37AD" w14:textId="77777777" w:rsidR="00E2764D" w:rsidRDefault="00F75996">
            <w:r>
              <w:rPr>
                <w:sz w:val="20"/>
              </w:rPr>
              <w:t>AI becomes an auditable domain with an inventory, risk tiers, assessments, evidence, and incident handling, rather than an area they cannot see into</w:t>
            </w:r>
          </w:p>
        </w:tc>
        <w:tc>
          <w:tcPr>
            <w:tcW w:w="3120" w:type="dxa"/>
          </w:tcPr>
          <w:p w14:paraId="6680CF52" w14:textId="77777777" w:rsidR="00E2764D" w:rsidRDefault="00F75996">
            <w:r>
              <w:rPr>
                <w:sz w:val="20"/>
              </w:rPr>
              <w:t>Through the inventory and tiering in Section 8.2, the regulatory mapping in Section 11.1, and the assurance mandate in Section 18.2</w:t>
            </w:r>
          </w:p>
        </w:tc>
      </w:tr>
      <w:tr w:rsidR="00E2764D" w14:paraId="0D667FCF" w14:textId="77777777">
        <w:tc>
          <w:tcPr>
            <w:tcW w:w="3120" w:type="dxa"/>
          </w:tcPr>
          <w:p w14:paraId="384AD82A" w14:textId="77777777" w:rsidR="00E2764D" w:rsidRDefault="00F75996">
            <w:r>
              <w:rPr>
                <w:sz w:val="20"/>
              </w:rPr>
              <w:t>Finance</w:t>
            </w:r>
          </w:p>
        </w:tc>
        <w:tc>
          <w:tcPr>
            <w:tcW w:w="3120" w:type="dxa"/>
          </w:tcPr>
          <w:p w14:paraId="2A538905" w14:textId="77777777" w:rsidR="00E2764D" w:rsidRDefault="00F75996">
            <w:r>
              <w:rPr>
                <w:sz w:val="20"/>
              </w:rPr>
              <w:t>AI spend is attributable to named systems and owners, forecastable, and reconcilable against realized benefit rather than appearing as undifferentiated cloud consumption</w:t>
            </w:r>
          </w:p>
        </w:tc>
        <w:tc>
          <w:tcPr>
            <w:tcW w:w="3120" w:type="dxa"/>
          </w:tcPr>
          <w:p w14:paraId="61BC3C69" w14:textId="77777777" w:rsidR="00E2764D" w:rsidRDefault="00F75996">
            <w:r>
              <w:rPr>
                <w:sz w:val="20"/>
              </w:rPr>
              <w:t>Through the tag-enforced cost attribution in Section 18.3, the funding model in Section 6.7, and the value tracking discipline in Section 17.2</w:t>
            </w:r>
          </w:p>
        </w:tc>
      </w:tr>
    </w:tbl>
    <w:p w14:paraId="3041DEC0" w14:textId="77777777" w:rsidR="00E2764D" w:rsidRDefault="00E2764D"/>
    <w:p w14:paraId="6A0B2837" w14:textId="77777777" w:rsidR="00E2764D" w:rsidRDefault="00F75996">
      <w:pPr>
        <w:pStyle w:val="Heading2"/>
      </w:pPr>
      <w:bookmarkStart w:id="138" w:name="_Toc241649806"/>
      <w:r>
        <w:t>20.3 Why Azure Is the Right Platform for This</w:t>
      </w:r>
      <w:bookmarkEnd w:id="138"/>
    </w:p>
    <w:p w14:paraId="4912B639" w14:textId="77777777" w:rsidR="00E2764D" w:rsidRDefault="00F75996">
      <w:r>
        <w:t>The platform choice follows from the requirements established earlier in this document rather than from a general preference. Each point below refers to a requirement stated in a preceding section.</w:t>
      </w:r>
    </w:p>
    <w:p w14:paraId="6DE5864A" w14:textId="77777777" w:rsidR="00E2764D" w:rsidRDefault="00F75996">
      <w:pPr>
        <w:pStyle w:val="ListBullet"/>
      </w:pPr>
      <w:r>
        <w:rPr>
          <w:b/>
        </w:rPr>
        <w:t>Identity continuity</w:t>
      </w:r>
      <w:r>
        <w:t xml:space="preserve">: the identity architecture in Section 9.1 depends on workload identities, conditional access, and privileged access management operating across both AI services </w:t>
      </w:r>
      <w:r>
        <w:lastRenderedPageBreak/>
        <w:t>and the existing estate, which Microsoft Entra ID provides natively rather than through integration.</w:t>
      </w:r>
    </w:p>
    <w:p w14:paraId="195DC011" w14:textId="77777777" w:rsidR="00E2764D" w:rsidRDefault="00F75996">
      <w:pPr>
        <w:pStyle w:val="ListBullet"/>
      </w:pPr>
      <w:r>
        <w:rPr>
          <w:b/>
        </w:rPr>
        <w:t>Enforceable isolation</w:t>
      </w:r>
      <w:r>
        <w:t>: the security requirements in Section 7.1 call for private networking and denied public access as an enforced default, which Azure Policy applies at management group scope so that the control is preventive rather than detective.</w:t>
      </w:r>
    </w:p>
    <w:p w14:paraId="3C9E1754" w14:textId="77777777" w:rsidR="00E2764D" w:rsidRDefault="00F75996">
      <w:pPr>
        <w:pStyle w:val="ListBullet"/>
      </w:pPr>
      <w:r>
        <w:rPr>
          <w:b/>
        </w:rPr>
        <w:t>Governance instrumentation</w:t>
      </w:r>
      <w:r>
        <w:t>: the inventory, tiering, and evidence obligations in Section 8.2 and Section 18.2 require classification, lineage, retention, and legal hold across both data and documentation, which Microsoft Purview provides across the same estate.</w:t>
      </w:r>
    </w:p>
    <w:p w14:paraId="17F1D27A" w14:textId="77777777" w:rsidR="00E2764D" w:rsidRDefault="00F75996">
      <w:pPr>
        <w:pStyle w:val="ListBullet"/>
      </w:pPr>
      <w:r>
        <w:rPr>
          <w:b/>
        </w:rPr>
        <w:t>Data gravity</w:t>
      </w:r>
      <w:r>
        <w:t>: the data foundation requirements in Section 15.1 place the analytical estate, the grounding sources, and the operational systems in one governed environment, so that Microsoft Fabric and Azure AI Search operate on data that does not have to be copied to be used.</w:t>
      </w:r>
    </w:p>
    <w:p w14:paraId="33244772" w14:textId="77777777" w:rsidR="00E2764D" w:rsidRDefault="00F75996">
      <w:pPr>
        <w:pStyle w:val="ListBullet"/>
      </w:pPr>
      <w:r>
        <w:rPr>
          <w:b/>
        </w:rPr>
        <w:t>Regulatory alignment</w:t>
      </w:r>
      <w:r>
        <w:t>: the obligations mapped in Section 11.1 include residency, retention, and demonstrable control operation, which are supported by regional deployment controls, customer-managed keys, and the continuous compliance evidence in Microsoft Defender for Cloud.</w:t>
      </w:r>
    </w:p>
    <w:p w14:paraId="11D5B1F0" w14:textId="77777777" w:rsidR="00E2764D" w:rsidRDefault="00F75996">
      <w:pPr>
        <w:pStyle w:val="ListBullet"/>
      </w:pPr>
      <w:r>
        <w:rPr>
          <w:b/>
        </w:rPr>
        <w:t>Uniform assurance</w:t>
      </w:r>
      <w:r>
        <w:t>: the evaluation and monitoring requirements in Section 18.2 depend on a common harness and a common telemetry path, which Azure AI Foundry, Azure Monitor, and Application Insights provide across generative and predictive workloads alike.</w:t>
      </w:r>
    </w:p>
    <w:p w14:paraId="4E180FA4" w14:textId="77777777" w:rsidR="00E2764D" w:rsidRDefault="00F75996">
      <w:pPr>
        <w:pStyle w:val="ListBullet"/>
      </w:pPr>
      <w:r>
        <w:rPr>
          <w:b/>
        </w:rPr>
        <w:t>Operational continuity</w:t>
      </w:r>
      <w:r>
        <w:t>: the incident response process in Section 13.1 requires AI signals to be correlated with the wider security estate rather than handled separately, which Microsoft Sentinel enables because the AI workloads and the rest of the environment emit into the same platform.</w:t>
      </w:r>
    </w:p>
    <w:p w14:paraId="0C1CDD0D" w14:textId="77777777" w:rsidR="00E2764D" w:rsidRDefault="00F75996">
      <w:pPr>
        <w:pStyle w:val="Heading2"/>
      </w:pPr>
      <w:bookmarkStart w:id="139" w:name="_Toc241649807"/>
      <w:r>
        <w:t>20.4 What Happens Next</w:t>
      </w:r>
      <w:bookmarkEnd w:id="139"/>
    </w:p>
    <w:p w14:paraId="4A58E05D" w14:textId="77777777" w:rsidR="00E2764D" w:rsidRDefault="00F75996">
      <w:r>
        <w:t>Nothing in this playbook proceeds without a small number of explicit leadership decisions, and each of them belongs to a named role rather than to a committee in general. The actions below should be taken within the first month, and the officer should treat delay on any of them as a signal to escalate rather than to work around.</w:t>
      </w:r>
    </w:p>
    <w:p w14:paraId="4EA422CE" w14:textId="77777777" w:rsidR="00E2764D" w:rsidRDefault="00F75996">
      <w:pPr>
        <w:pStyle w:val="ListNumber"/>
      </w:pPr>
      <w:r>
        <w:t>Approve the Chief AI Officer charter and decision rights as set out in Section 2.2, including what the officer decides alone and what escalates, and publish it to the leadership team. Decision owner: Chief Executive Officer.</w:t>
      </w:r>
    </w:p>
    <w:p w14:paraId="09D81C92" w14:textId="77777777" w:rsidR="00E2764D" w:rsidRDefault="00F75996">
      <w:pPr>
        <w:pStyle w:val="ListNumber"/>
      </w:pPr>
      <w:r>
        <w:t>Confirm the funding envelope for the platform and assurance mandates as central capability rather than charging it to the first use case, and agree the funding model in Section 6.7. Decision owner: Chief Financial Officer with the Chief Executive Officer.</w:t>
      </w:r>
    </w:p>
    <w:p w14:paraId="42CCB773" w14:textId="77777777" w:rsidR="00E2764D" w:rsidRDefault="00F75996">
      <w:pPr>
        <w:pStyle w:val="ListNumber"/>
      </w:pPr>
      <w:r>
        <w:t>Constitute the AI Governance Council with named members, a quorum rule, and the standing agenda in Section 8.1, and confirm its authority to withhold approval. Decision owner: Chief Executive Officer.</w:t>
      </w:r>
    </w:p>
    <w:p w14:paraId="42A68946" w14:textId="77777777" w:rsidR="00E2764D" w:rsidRDefault="00F75996">
      <w:pPr>
        <w:pStyle w:val="ListNumber"/>
      </w:pPr>
      <w:r>
        <w:t>Approve the acceptable use standard in Section 8.6 and authorize its communication to all staff alongside the sanctioned alternative to unmanaged tools. Decision owner: Chief Human Resources Officer with the General Counsel.</w:t>
      </w:r>
    </w:p>
    <w:p w14:paraId="09ED1BBF" w14:textId="77777777" w:rsidR="00E2764D" w:rsidRDefault="00F75996">
      <w:pPr>
        <w:pStyle w:val="ListNumber"/>
      </w:pPr>
      <w:r>
        <w:lastRenderedPageBreak/>
        <w:t>Release the named individuals and time commitments in Table 19.5 from their current responsibilities for the duration of the first quarter. Decision owner: Chief Information Officer with the affected function heads.</w:t>
      </w:r>
    </w:p>
    <w:p w14:paraId="684E35A4" w14:textId="77777777" w:rsidR="00E2764D" w:rsidRDefault="00F75996">
      <w:pPr>
        <w:pStyle w:val="ListNumber"/>
      </w:pPr>
      <w:r>
        <w:t>Agree the board reporting cadence and content in Section 17.3, including the officer's standing access to the audit or risk committee. Decision owner: Board Chair with the Chief Executive Officer.</w:t>
      </w:r>
    </w:p>
    <w:p w14:paraId="1B6CCAD1" w14:textId="77777777" w:rsidR="00E2764D" w:rsidRDefault="00F75996">
      <w:r>
        <w:t>Once these decisions are made, the plan in Section 19 can start immediately. Where a decision is deferred, the officer should record the deferral and its consequence in the decision log described in Section 21.3 rather than proceeding as though the decision had been made.</w:t>
      </w:r>
    </w:p>
    <w:p w14:paraId="37AD7F87" w14:textId="77777777" w:rsidR="00E2764D" w:rsidRDefault="00F75996">
      <w:pPr>
        <w:pStyle w:val="Heading2"/>
      </w:pPr>
      <w:bookmarkStart w:id="140" w:name="_Toc241649808"/>
      <w:r>
        <w:t>20.5 Closing Statement</w:t>
      </w:r>
      <w:bookmarkEnd w:id="140"/>
    </w:p>
    <w:p w14:paraId="16024273" w14:textId="77777777" w:rsidR="00E2764D" w:rsidRDefault="00F75996">
      <w:r>
        <w:t>The organization will use artificial intelligence whether or not it decides to. That is already happening, in tools bought without review and features enabled by vendors without notice. The decision in front of leadership is not whether to adopt AI but whether adoption is directed and accountable or incidental and unmanaged. The controls set out in this playbook are not a brake on that adoption; they are what allows the organization to move quickly without discovering later that speed was purchased with exposure it did not price. A governed inventory, a shared platform, evaluated systems, and a single accountable officer make it possible to say yes to opportunities faster, because the question of whether a proposal is safe can be answered in days rather than argued for months. Executed as described, this produces an organization that can deploy AI capability with confidence, defend it under scrutiny, and repeat both reliably.</w:t>
      </w:r>
    </w:p>
    <w:p w14:paraId="6FBBF889" w14:textId="77777777" w:rsidR="00E2764D" w:rsidRDefault="00F75996">
      <w:pPr>
        <w:pStyle w:val="Heading1"/>
        <w:pageBreakBefore/>
      </w:pPr>
      <w:bookmarkStart w:id="141" w:name="_Toc241649809"/>
      <w:r>
        <w:lastRenderedPageBreak/>
        <w:t>21. Appendices</w:t>
      </w:r>
      <w:bookmarkEnd w:id="141"/>
    </w:p>
    <w:p w14:paraId="193A99E8" w14:textId="77777777" w:rsidR="00E2764D" w:rsidRDefault="00F75996">
      <w:r>
        <w:t>The appendices provide reference material intended for repeated operational use rather than for reading once. They should be extracted, adapted to local terminology, and maintained separately from the body of this document.</w:t>
      </w:r>
    </w:p>
    <w:p w14:paraId="782F0FC0" w14:textId="77777777" w:rsidR="00E2764D" w:rsidRDefault="00F75996">
      <w:pPr>
        <w:pStyle w:val="Heading2"/>
      </w:pPr>
      <w:bookmarkStart w:id="142" w:name="_Toc241649810"/>
      <w:r>
        <w:t>21.1 Appendix A: Glossary</w:t>
      </w:r>
      <w:bookmarkEnd w:id="142"/>
    </w:p>
    <w:p w14:paraId="407C3AFA" w14:textId="77777777" w:rsidR="00E2764D" w:rsidRDefault="00F75996">
      <w:r>
        <w:t>The definitions below are working definitions for use within this playbook. Where a term also has a specific legal meaning under an applicable regulation, the legal definition governs and should be confirmed with the General Counsel.</w:t>
      </w:r>
    </w:p>
    <w:p w14:paraId="78EF56F8" w14:textId="77777777" w:rsidR="00E2764D" w:rsidRDefault="00F75996">
      <w:r>
        <w:rPr>
          <w:i/>
          <w:sz w:val="20"/>
        </w:rPr>
        <w:t>Table 21.1 - Glossary of terms used in this playbook.</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E2764D" w14:paraId="72BE1102" w14:textId="77777777">
        <w:trPr>
          <w:tblHeader/>
        </w:trPr>
        <w:tc>
          <w:tcPr>
            <w:tcW w:w="4680" w:type="dxa"/>
            <w:shd w:val="clear" w:color="auto" w:fill="D5E8F0"/>
          </w:tcPr>
          <w:p w14:paraId="10E8533F" w14:textId="77777777" w:rsidR="00E2764D" w:rsidRDefault="00F75996">
            <w:r>
              <w:rPr>
                <w:b/>
                <w:sz w:val="20"/>
              </w:rPr>
              <w:t>Term</w:t>
            </w:r>
          </w:p>
        </w:tc>
        <w:tc>
          <w:tcPr>
            <w:tcW w:w="4680" w:type="dxa"/>
            <w:shd w:val="clear" w:color="auto" w:fill="D5E8F0"/>
          </w:tcPr>
          <w:p w14:paraId="3BCE41C6" w14:textId="77777777" w:rsidR="00E2764D" w:rsidRDefault="00F75996">
            <w:r>
              <w:rPr>
                <w:b/>
                <w:sz w:val="20"/>
              </w:rPr>
              <w:t>Definition</w:t>
            </w:r>
          </w:p>
        </w:tc>
      </w:tr>
      <w:tr w:rsidR="00E2764D" w14:paraId="75C97143" w14:textId="77777777">
        <w:tc>
          <w:tcPr>
            <w:tcW w:w="4680" w:type="dxa"/>
          </w:tcPr>
          <w:p w14:paraId="009F6FE5" w14:textId="77777777" w:rsidR="00E2764D" w:rsidRDefault="00F75996">
            <w:r>
              <w:rPr>
                <w:sz w:val="20"/>
              </w:rPr>
              <w:t>Adversarial testing</w:t>
            </w:r>
          </w:p>
        </w:tc>
        <w:tc>
          <w:tcPr>
            <w:tcW w:w="4680" w:type="dxa"/>
          </w:tcPr>
          <w:p w14:paraId="7F944289" w14:textId="77777777" w:rsidR="00E2764D" w:rsidRDefault="00F75996">
            <w:r>
              <w:rPr>
                <w:sz w:val="20"/>
              </w:rPr>
              <w:t>Deliberate attempts to make a system behave unsafely, including prompt injection, jailbreak, extraction, and excessive agency testing, executed as a release gate</w:t>
            </w:r>
          </w:p>
        </w:tc>
      </w:tr>
      <w:tr w:rsidR="00E2764D" w14:paraId="53C70347" w14:textId="77777777">
        <w:tc>
          <w:tcPr>
            <w:tcW w:w="4680" w:type="dxa"/>
          </w:tcPr>
          <w:p w14:paraId="4C0B0782" w14:textId="77777777" w:rsidR="00E2764D" w:rsidRDefault="00F75996">
            <w:r>
              <w:rPr>
                <w:sz w:val="20"/>
              </w:rPr>
              <w:t>Agentic system</w:t>
            </w:r>
          </w:p>
        </w:tc>
        <w:tc>
          <w:tcPr>
            <w:tcW w:w="4680" w:type="dxa"/>
          </w:tcPr>
          <w:p w14:paraId="5E2BDCEB" w14:textId="77777777" w:rsidR="00E2764D" w:rsidRDefault="00F75996">
            <w:r>
              <w:rPr>
                <w:sz w:val="20"/>
              </w:rPr>
              <w:t>An AI system that plans and executes multi-step actions against other systems, rather than only producing content for a person to act on</w:t>
            </w:r>
          </w:p>
        </w:tc>
      </w:tr>
      <w:tr w:rsidR="00E2764D" w14:paraId="3589BE14" w14:textId="77777777">
        <w:tc>
          <w:tcPr>
            <w:tcW w:w="4680" w:type="dxa"/>
          </w:tcPr>
          <w:p w14:paraId="14D5A7D1" w14:textId="77777777" w:rsidR="00E2764D" w:rsidRDefault="00F75996">
            <w:r>
              <w:rPr>
                <w:sz w:val="20"/>
              </w:rPr>
              <w:t>Azure AI Content Safety</w:t>
            </w:r>
          </w:p>
        </w:tc>
        <w:tc>
          <w:tcPr>
            <w:tcW w:w="4680" w:type="dxa"/>
          </w:tcPr>
          <w:p w14:paraId="6393BB6A" w14:textId="77777777" w:rsidR="00E2764D" w:rsidRDefault="00F75996">
            <w:r>
              <w:rPr>
                <w:sz w:val="20"/>
              </w:rPr>
              <w:t>The Azure service providing harm classification, prompt shielding, and groundedness detection, used in this playbook as a shared guardrail layer</w:t>
            </w:r>
          </w:p>
        </w:tc>
      </w:tr>
      <w:tr w:rsidR="00E2764D" w14:paraId="0E9C6F09" w14:textId="77777777">
        <w:tc>
          <w:tcPr>
            <w:tcW w:w="4680" w:type="dxa"/>
          </w:tcPr>
          <w:p w14:paraId="004DE6AD" w14:textId="77777777" w:rsidR="00E2764D" w:rsidRDefault="00F75996">
            <w:r>
              <w:rPr>
                <w:sz w:val="20"/>
              </w:rPr>
              <w:t>Azure AI Foundry</w:t>
            </w:r>
          </w:p>
        </w:tc>
        <w:tc>
          <w:tcPr>
            <w:tcW w:w="4680" w:type="dxa"/>
          </w:tcPr>
          <w:p w14:paraId="4797336B" w14:textId="77777777" w:rsidR="00E2764D" w:rsidRDefault="00F75996">
            <w:r>
              <w:rPr>
                <w:sz w:val="20"/>
              </w:rPr>
              <w:t>The Azure environment for developing, orchestrating, evaluating, and managing AI applications, used here as the shared hub for all AI workloads</w:t>
            </w:r>
          </w:p>
        </w:tc>
      </w:tr>
      <w:tr w:rsidR="00E2764D" w14:paraId="19CD2590" w14:textId="77777777">
        <w:tc>
          <w:tcPr>
            <w:tcW w:w="4680" w:type="dxa"/>
          </w:tcPr>
          <w:p w14:paraId="225C61FF" w14:textId="77777777" w:rsidR="00E2764D" w:rsidRDefault="00F75996">
            <w:r>
              <w:rPr>
                <w:sz w:val="20"/>
              </w:rPr>
              <w:t>Azure AI Search</w:t>
            </w:r>
          </w:p>
        </w:tc>
        <w:tc>
          <w:tcPr>
            <w:tcW w:w="4680" w:type="dxa"/>
          </w:tcPr>
          <w:p w14:paraId="4D28302E" w14:textId="77777777" w:rsidR="00E2764D" w:rsidRDefault="00F75996">
            <w:r>
              <w:rPr>
                <w:sz w:val="20"/>
              </w:rPr>
              <w:t>The Azure retrieval service providing indexing, hybrid and vector search, semantic ranking, and the security filtering that preserves source permissions</w:t>
            </w:r>
          </w:p>
        </w:tc>
      </w:tr>
      <w:tr w:rsidR="00E2764D" w14:paraId="11FEB41A" w14:textId="77777777">
        <w:tc>
          <w:tcPr>
            <w:tcW w:w="4680" w:type="dxa"/>
          </w:tcPr>
          <w:p w14:paraId="6E26B869" w14:textId="77777777" w:rsidR="00E2764D" w:rsidRDefault="00F75996">
            <w:r>
              <w:rPr>
                <w:sz w:val="20"/>
              </w:rPr>
              <w:t>Azure OpenAI Service</w:t>
            </w:r>
          </w:p>
        </w:tc>
        <w:tc>
          <w:tcPr>
            <w:tcW w:w="4680" w:type="dxa"/>
          </w:tcPr>
          <w:p w14:paraId="5E7D8FB3" w14:textId="77777777" w:rsidR="00E2764D" w:rsidRDefault="00F75996">
            <w:r>
              <w:rPr>
                <w:sz w:val="20"/>
              </w:rPr>
              <w:t>The Azure service providing governed access to generative models with private networking, managed identity authentication, and allocated quota</w:t>
            </w:r>
          </w:p>
        </w:tc>
      </w:tr>
      <w:tr w:rsidR="00E2764D" w14:paraId="438261C2" w14:textId="77777777">
        <w:tc>
          <w:tcPr>
            <w:tcW w:w="4680" w:type="dxa"/>
          </w:tcPr>
          <w:p w14:paraId="734FF666" w14:textId="77777777" w:rsidR="00E2764D" w:rsidRDefault="00F75996">
            <w:r>
              <w:rPr>
                <w:sz w:val="20"/>
              </w:rPr>
              <w:t>Azure Policy</w:t>
            </w:r>
          </w:p>
        </w:tc>
        <w:tc>
          <w:tcPr>
            <w:tcW w:w="4680" w:type="dxa"/>
          </w:tcPr>
          <w:p w14:paraId="5DACA6A8" w14:textId="77777777" w:rsidR="00E2764D" w:rsidRDefault="00F75996">
            <w:r>
              <w:rPr>
                <w:sz w:val="20"/>
              </w:rPr>
              <w:t>The Azure control that enforces configuration requirements at scale, used here to deny public endpoints, require tags, and constrain regions</w:t>
            </w:r>
          </w:p>
        </w:tc>
      </w:tr>
      <w:tr w:rsidR="00E2764D" w14:paraId="1919FEE9" w14:textId="77777777">
        <w:tc>
          <w:tcPr>
            <w:tcW w:w="4680" w:type="dxa"/>
          </w:tcPr>
          <w:p w14:paraId="7BED2A70" w14:textId="77777777" w:rsidR="00E2764D" w:rsidRDefault="00F75996">
            <w:r>
              <w:rPr>
                <w:sz w:val="20"/>
              </w:rPr>
              <w:lastRenderedPageBreak/>
              <w:t>Business owner</w:t>
            </w:r>
          </w:p>
        </w:tc>
        <w:tc>
          <w:tcPr>
            <w:tcW w:w="4680" w:type="dxa"/>
          </w:tcPr>
          <w:p w14:paraId="5481F828" w14:textId="77777777" w:rsidR="00E2764D" w:rsidRDefault="00F75996">
            <w:r>
              <w:rPr>
                <w:sz w:val="20"/>
              </w:rPr>
              <w:t>The named executive accountable for the business outcome of an AI system, for its human oversight arrangements, and for the decision to suspend it</w:t>
            </w:r>
          </w:p>
        </w:tc>
      </w:tr>
      <w:tr w:rsidR="00E2764D" w14:paraId="299AECCB" w14:textId="77777777">
        <w:tc>
          <w:tcPr>
            <w:tcW w:w="4680" w:type="dxa"/>
          </w:tcPr>
          <w:p w14:paraId="1554E519" w14:textId="77777777" w:rsidR="00E2764D" w:rsidRDefault="00F75996">
            <w:r>
              <w:rPr>
                <w:sz w:val="20"/>
              </w:rPr>
              <w:t>Deterministic guardrail</w:t>
            </w:r>
          </w:p>
        </w:tc>
        <w:tc>
          <w:tcPr>
            <w:tcW w:w="4680" w:type="dxa"/>
          </w:tcPr>
          <w:p w14:paraId="74E5A940" w14:textId="77777777" w:rsidR="00E2764D" w:rsidRDefault="00F75996">
            <w:r>
              <w:rPr>
                <w:sz w:val="20"/>
              </w:rPr>
              <w:t>A control enforced by code or configuration rather than by instruction to a model, and therefore not subject to the model's interpretation</w:t>
            </w:r>
          </w:p>
        </w:tc>
      </w:tr>
      <w:tr w:rsidR="00E2764D" w14:paraId="6A4A2344" w14:textId="77777777">
        <w:tc>
          <w:tcPr>
            <w:tcW w:w="4680" w:type="dxa"/>
          </w:tcPr>
          <w:p w14:paraId="377AFAFE" w14:textId="77777777" w:rsidR="00E2764D" w:rsidRDefault="00F75996">
            <w:r>
              <w:rPr>
                <w:sz w:val="20"/>
              </w:rPr>
              <w:t>Drift</w:t>
            </w:r>
          </w:p>
        </w:tc>
        <w:tc>
          <w:tcPr>
            <w:tcW w:w="4680" w:type="dxa"/>
          </w:tcPr>
          <w:p w14:paraId="03FBB48C" w14:textId="77777777" w:rsidR="00E2764D" w:rsidRDefault="00F75996">
            <w:r>
              <w:rPr>
                <w:sz w:val="20"/>
              </w:rPr>
              <w:t>Degradation in model performance caused by change in input data, in source content, or in the environment, rather than by any change to the system itself</w:t>
            </w:r>
          </w:p>
        </w:tc>
      </w:tr>
      <w:tr w:rsidR="00E2764D" w14:paraId="5633951B" w14:textId="77777777">
        <w:tc>
          <w:tcPr>
            <w:tcW w:w="4680" w:type="dxa"/>
          </w:tcPr>
          <w:p w14:paraId="3937E1B0" w14:textId="77777777" w:rsidR="00E2764D" w:rsidRDefault="00F75996">
            <w:r>
              <w:rPr>
                <w:sz w:val="20"/>
              </w:rPr>
              <w:t>Evaluation set</w:t>
            </w:r>
          </w:p>
        </w:tc>
        <w:tc>
          <w:tcPr>
            <w:tcW w:w="4680" w:type="dxa"/>
          </w:tcPr>
          <w:p w14:paraId="2FD9EBB0" w14:textId="77777777" w:rsidR="00E2764D" w:rsidRDefault="00F75996">
            <w:r>
              <w:rPr>
                <w:sz w:val="20"/>
              </w:rPr>
              <w:t>A curated, versioned collection of representative cases with expert-defined correct answers, used to score a system before release and on a recurring basis</w:t>
            </w:r>
          </w:p>
        </w:tc>
      </w:tr>
      <w:tr w:rsidR="00E2764D" w14:paraId="72F4558C" w14:textId="77777777">
        <w:tc>
          <w:tcPr>
            <w:tcW w:w="4680" w:type="dxa"/>
          </w:tcPr>
          <w:p w14:paraId="13EC024E" w14:textId="77777777" w:rsidR="00E2764D" w:rsidRDefault="00F75996">
            <w:r>
              <w:rPr>
                <w:sz w:val="20"/>
              </w:rPr>
              <w:t>Entitlement-preserving retrieval</w:t>
            </w:r>
          </w:p>
        </w:tc>
        <w:tc>
          <w:tcPr>
            <w:tcW w:w="4680" w:type="dxa"/>
          </w:tcPr>
          <w:p w14:paraId="6021277A" w14:textId="77777777" w:rsidR="00E2764D" w:rsidRDefault="00F75996">
            <w:r>
              <w:rPr>
                <w:sz w:val="20"/>
              </w:rPr>
              <w:t>A retrieval design in which results are filtered by the requesting user's source-system permissions, so an AI system cannot surface content the user could not open</w:t>
            </w:r>
          </w:p>
        </w:tc>
      </w:tr>
      <w:tr w:rsidR="00E2764D" w14:paraId="676E9BDA" w14:textId="77777777">
        <w:tc>
          <w:tcPr>
            <w:tcW w:w="4680" w:type="dxa"/>
          </w:tcPr>
          <w:p w14:paraId="2282E116" w14:textId="77777777" w:rsidR="00E2764D" w:rsidRDefault="00F75996">
            <w:r>
              <w:rPr>
                <w:sz w:val="20"/>
              </w:rPr>
              <w:t>Grounding</w:t>
            </w:r>
          </w:p>
        </w:tc>
        <w:tc>
          <w:tcPr>
            <w:tcW w:w="4680" w:type="dxa"/>
          </w:tcPr>
          <w:p w14:paraId="1201BAF9" w14:textId="77777777" w:rsidR="00E2764D" w:rsidRDefault="00F75996">
            <w:r>
              <w:rPr>
                <w:sz w:val="20"/>
              </w:rPr>
              <w:t>The practice of supplying an AI system with authoritative source content at query time so that responses are based on that content rather than on model recall</w:t>
            </w:r>
          </w:p>
        </w:tc>
      </w:tr>
      <w:tr w:rsidR="00E2764D" w14:paraId="0D02A14A" w14:textId="77777777">
        <w:tc>
          <w:tcPr>
            <w:tcW w:w="4680" w:type="dxa"/>
          </w:tcPr>
          <w:p w14:paraId="195DD948" w14:textId="77777777" w:rsidR="00E2764D" w:rsidRDefault="00F75996">
            <w:r>
              <w:rPr>
                <w:sz w:val="20"/>
              </w:rPr>
              <w:t>Human in the loop</w:t>
            </w:r>
          </w:p>
        </w:tc>
        <w:tc>
          <w:tcPr>
            <w:tcW w:w="4680" w:type="dxa"/>
          </w:tcPr>
          <w:p w14:paraId="406565E4" w14:textId="77777777" w:rsidR="00E2764D" w:rsidRDefault="00F75996">
            <w:r>
              <w:rPr>
                <w:sz w:val="20"/>
              </w:rPr>
              <w:t>An oversight arrangement in which a named person reviews and approves an AI output before it takes effect</w:t>
            </w:r>
          </w:p>
        </w:tc>
      </w:tr>
      <w:tr w:rsidR="00E2764D" w14:paraId="740428C9" w14:textId="77777777">
        <w:tc>
          <w:tcPr>
            <w:tcW w:w="4680" w:type="dxa"/>
          </w:tcPr>
          <w:p w14:paraId="38F255F8" w14:textId="77777777" w:rsidR="00E2764D" w:rsidRDefault="00F75996">
            <w:r>
              <w:rPr>
                <w:sz w:val="20"/>
              </w:rPr>
              <w:t>Human on the loop</w:t>
            </w:r>
          </w:p>
        </w:tc>
        <w:tc>
          <w:tcPr>
            <w:tcW w:w="4680" w:type="dxa"/>
          </w:tcPr>
          <w:p w14:paraId="43D8ECE0" w14:textId="77777777" w:rsidR="00E2764D" w:rsidRDefault="00F75996">
            <w:r>
              <w:rPr>
                <w:sz w:val="20"/>
              </w:rPr>
              <w:t>An oversight arrangement in which an AI output takes effect without prior approval, with a named person monitoring outcomes and able to intervene</w:t>
            </w:r>
          </w:p>
        </w:tc>
      </w:tr>
      <w:tr w:rsidR="00E2764D" w14:paraId="047F6BCF" w14:textId="77777777">
        <w:tc>
          <w:tcPr>
            <w:tcW w:w="4680" w:type="dxa"/>
          </w:tcPr>
          <w:p w14:paraId="5E9D97EF" w14:textId="77777777" w:rsidR="00E2764D" w:rsidRDefault="00F75996">
            <w:r>
              <w:rPr>
                <w:sz w:val="20"/>
              </w:rPr>
              <w:t>Impact assessment</w:t>
            </w:r>
          </w:p>
        </w:tc>
        <w:tc>
          <w:tcPr>
            <w:tcW w:w="4680" w:type="dxa"/>
          </w:tcPr>
          <w:p w14:paraId="5EDAA1D6" w14:textId="77777777" w:rsidR="00E2764D" w:rsidRDefault="00F75996">
            <w:r>
              <w:rPr>
                <w:sz w:val="20"/>
              </w:rPr>
              <w:t>A structured pre-build assessment of the effect of an AI system on individuals, including data protection and fairness considerations, and the controls applied</w:t>
            </w:r>
          </w:p>
        </w:tc>
      </w:tr>
      <w:tr w:rsidR="00E2764D" w14:paraId="32FF273B" w14:textId="77777777">
        <w:tc>
          <w:tcPr>
            <w:tcW w:w="4680" w:type="dxa"/>
          </w:tcPr>
          <w:p w14:paraId="2757883E" w14:textId="77777777" w:rsidR="00E2764D" w:rsidRDefault="00F75996">
            <w:r>
              <w:rPr>
                <w:sz w:val="20"/>
              </w:rPr>
              <w:t>Kill switch</w:t>
            </w:r>
          </w:p>
        </w:tc>
        <w:tc>
          <w:tcPr>
            <w:tcW w:w="4680" w:type="dxa"/>
          </w:tcPr>
          <w:p w14:paraId="64127429" w14:textId="77777777" w:rsidR="00E2764D" w:rsidRDefault="00F75996">
            <w:r>
              <w:rPr>
                <w:sz w:val="20"/>
              </w:rPr>
              <w:t>A tested technical and procedural capability to suspend an AI system within a defined time, with a documented manual fallback for the affected process</w:t>
            </w:r>
          </w:p>
        </w:tc>
      </w:tr>
      <w:tr w:rsidR="00E2764D" w14:paraId="5F229570" w14:textId="77777777">
        <w:tc>
          <w:tcPr>
            <w:tcW w:w="4680" w:type="dxa"/>
          </w:tcPr>
          <w:p w14:paraId="0190D037" w14:textId="77777777" w:rsidR="00E2764D" w:rsidRDefault="00F75996">
            <w:r>
              <w:rPr>
                <w:sz w:val="20"/>
              </w:rPr>
              <w:lastRenderedPageBreak/>
              <w:t>Managed identity</w:t>
            </w:r>
          </w:p>
        </w:tc>
        <w:tc>
          <w:tcPr>
            <w:tcW w:w="4680" w:type="dxa"/>
          </w:tcPr>
          <w:p w14:paraId="2B906FED" w14:textId="77777777" w:rsidR="00E2764D" w:rsidRDefault="00F75996">
            <w:r>
              <w:rPr>
                <w:sz w:val="20"/>
              </w:rPr>
              <w:t>An identity assigned to an Azure resource that allows it to authenticate to other services without a stored credential</w:t>
            </w:r>
          </w:p>
        </w:tc>
      </w:tr>
      <w:tr w:rsidR="00E2764D" w14:paraId="46B92406" w14:textId="77777777">
        <w:tc>
          <w:tcPr>
            <w:tcW w:w="4680" w:type="dxa"/>
          </w:tcPr>
          <w:p w14:paraId="4CCBD3D3" w14:textId="77777777" w:rsidR="00E2764D" w:rsidRDefault="00F75996">
            <w:r>
              <w:rPr>
                <w:sz w:val="20"/>
              </w:rPr>
              <w:t>Microsoft Fabric</w:t>
            </w:r>
          </w:p>
        </w:tc>
        <w:tc>
          <w:tcPr>
            <w:tcW w:w="4680" w:type="dxa"/>
          </w:tcPr>
          <w:p w14:paraId="428A17A0" w14:textId="77777777" w:rsidR="00E2764D" w:rsidRDefault="00F75996">
            <w:r>
              <w:rPr>
                <w:sz w:val="20"/>
              </w:rPr>
              <w:t>The unified analytics platform used here as the governed data foundation supporting grounding content preparation and assurance reporting</w:t>
            </w:r>
          </w:p>
        </w:tc>
      </w:tr>
      <w:tr w:rsidR="00E2764D" w14:paraId="4C8B60D2" w14:textId="77777777">
        <w:tc>
          <w:tcPr>
            <w:tcW w:w="4680" w:type="dxa"/>
          </w:tcPr>
          <w:p w14:paraId="47A7DE49" w14:textId="77777777" w:rsidR="00E2764D" w:rsidRDefault="00F75996">
            <w:r>
              <w:rPr>
                <w:sz w:val="20"/>
              </w:rPr>
              <w:t>Microsoft Purview</w:t>
            </w:r>
          </w:p>
        </w:tc>
        <w:tc>
          <w:tcPr>
            <w:tcW w:w="4680" w:type="dxa"/>
          </w:tcPr>
          <w:p w14:paraId="0E0763C6" w14:textId="77777777" w:rsidR="00E2764D" w:rsidRDefault="00F75996">
            <w:r>
              <w:rPr>
                <w:sz w:val="20"/>
              </w:rPr>
              <w:t>The Microsoft governance service providing classification, lineage, sensitivity labelling, retention, and legal hold across data and documents</w:t>
            </w:r>
          </w:p>
        </w:tc>
      </w:tr>
      <w:tr w:rsidR="00E2764D" w14:paraId="128EB7D2" w14:textId="77777777">
        <w:tc>
          <w:tcPr>
            <w:tcW w:w="4680" w:type="dxa"/>
          </w:tcPr>
          <w:p w14:paraId="1A0E337B" w14:textId="77777777" w:rsidR="00E2764D" w:rsidRDefault="00F75996">
            <w:r>
              <w:rPr>
                <w:sz w:val="20"/>
              </w:rPr>
              <w:t>Reviewer of record</w:t>
            </w:r>
          </w:p>
        </w:tc>
        <w:tc>
          <w:tcPr>
            <w:tcW w:w="4680" w:type="dxa"/>
          </w:tcPr>
          <w:p w14:paraId="2DD9AB55" w14:textId="77777777" w:rsidR="00E2764D" w:rsidRDefault="00F75996">
            <w:r>
              <w:rPr>
                <w:sz w:val="20"/>
              </w:rPr>
              <w:t>The named individual accountable for a specific AI-assisted decision, distinct from any person who merely observes the system operating</w:t>
            </w:r>
          </w:p>
        </w:tc>
      </w:tr>
      <w:tr w:rsidR="00E2764D" w14:paraId="73EF4DDE" w14:textId="77777777">
        <w:tc>
          <w:tcPr>
            <w:tcW w:w="4680" w:type="dxa"/>
          </w:tcPr>
          <w:p w14:paraId="082EA1E6" w14:textId="77777777" w:rsidR="00E2764D" w:rsidRDefault="00F75996">
            <w:r>
              <w:rPr>
                <w:sz w:val="20"/>
              </w:rPr>
              <w:t>Risk tier</w:t>
            </w:r>
          </w:p>
        </w:tc>
        <w:tc>
          <w:tcPr>
            <w:tcW w:w="4680" w:type="dxa"/>
          </w:tcPr>
          <w:p w14:paraId="0005A749" w14:textId="77777777" w:rsidR="00E2764D" w:rsidRDefault="00F75996">
            <w:r>
              <w:rPr>
                <w:sz w:val="20"/>
              </w:rPr>
              <w:t>The classification assigned to an AI system under Section 8.2 that determines the controls, review depth, and approval authority applied to it</w:t>
            </w:r>
          </w:p>
        </w:tc>
      </w:tr>
      <w:tr w:rsidR="00E2764D" w14:paraId="7059139C" w14:textId="77777777">
        <w:tc>
          <w:tcPr>
            <w:tcW w:w="4680" w:type="dxa"/>
          </w:tcPr>
          <w:p w14:paraId="3E8B4040" w14:textId="77777777" w:rsidR="00E2764D" w:rsidRDefault="00F75996">
            <w:r>
              <w:rPr>
                <w:sz w:val="20"/>
              </w:rPr>
              <w:t>Shadow AI</w:t>
            </w:r>
          </w:p>
        </w:tc>
        <w:tc>
          <w:tcPr>
            <w:tcW w:w="4680" w:type="dxa"/>
          </w:tcPr>
          <w:p w14:paraId="7F2CAF96" w14:textId="77777777" w:rsidR="00E2764D" w:rsidRDefault="00F75996">
            <w:r>
              <w:rPr>
                <w:sz w:val="20"/>
              </w:rPr>
              <w:t>AI usage occurring without organizational review, including consumer tools, vendor-enabled features, and departmentally provisioned services</w:t>
            </w:r>
          </w:p>
        </w:tc>
      </w:tr>
      <w:tr w:rsidR="00E2764D" w14:paraId="1D7003C0" w14:textId="77777777">
        <w:tc>
          <w:tcPr>
            <w:tcW w:w="4680" w:type="dxa"/>
          </w:tcPr>
          <w:p w14:paraId="24524D45" w14:textId="77777777" w:rsidR="00E2764D" w:rsidRDefault="00F75996">
            <w:r>
              <w:rPr>
                <w:sz w:val="20"/>
              </w:rPr>
              <w:t>Stage gate</w:t>
            </w:r>
          </w:p>
        </w:tc>
        <w:tc>
          <w:tcPr>
            <w:tcW w:w="4680" w:type="dxa"/>
          </w:tcPr>
          <w:p w14:paraId="046B24D0" w14:textId="77777777" w:rsidR="00E2764D" w:rsidRDefault="00F75996">
            <w:r>
              <w:rPr>
                <w:sz w:val="20"/>
              </w:rPr>
              <w:t>A defined checkpoint in the intake process at which a proposal may be approved, amended, or stopped, with the decision and its rationale recorded</w:t>
            </w:r>
          </w:p>
        </w:tc>
      </w:tr>
      <w:tr w:rsidR="00E2764D" w14:paraId="07F4A804" w14:textId="77777777">
        <w:tc>
          <w:tcPr>
            <w:tcW w:w="4680" w:type="dxa"/>
          </w:tcPr>
          <w:p w14:paraId="6D4C9B76" w14:textId="77777777" w:rsidR="00E2764D" w:rsidRDefault="00F75996">
            <w:r>
              <w:rPr>
                <w:sz w:val="20"/>
              </w:rPr>
              <w:t>System identifier</w:t>
            </w:r>
          </w:p>
        </w:tc>
        <w:tc>
          <w:tcPr>
            <w:tcW w:w="4680" w:type="dxa"/>
          </w:tcPr>
          <w:p w14:paraId="2EF4FF58" w14:textId="77777777" w:rsidR="00E2764D" w:rsidRDefault="00F75996">
            <w:r>
              <w:rPr>
                <w:sz w:val="20"/>
              </w:rPr>
              <w:t>The single persistent identifier assigned to an AI system at intake and used to join inventory, cost, telemetry, evaluation, and incident records</w:t>
            </w:r>
          </w:p>
        </w:tc>
      </w:tr>
    </w:tbl>
    <w:p w14:paraId="4FDE5B26" w14:textId="77777777" w:rsidR="00E2764D" w:rsidRDefault="00E2764D"/>
    <w:p w14:paraId="205B9567" w14:textId="77777777" w:rsidR="00E2764D" w:rsidRDefault="00F75996">
      <w:pPr>
        <w:pStyle w:val="Heading2"/>
      </w:pPr>
      <w:bookmarkStart w:id="143" w:name="_Toc241649811"/>
      <w:r>
        <w:t>21.2 Appendix B: Reference Checklists</w:t>
      </w:r>
      <w:bookmarkEnd w:id="143"/>
    </w:p>
    <w:p w14:paraId="747F46AA" w14:textId="77777777" w:rsidR="00E2764D" w:rsidRDefault="00F75996">
      <w:r>
        <w:t>These checklists support the intake and release processes described in Section 8.4. They are intended to be completed and retained as part of the evidence record for each system rather than used informally.</w:t>
      </w:r>
    </w:p>
    <w:p w14:paraId="51C6D514" w14:textId="77777777" w:rsidR="00E2764D" w:rsidRDefault="00F75996">
      <w:r>
        <w:t>The intake checklist is completed by the proposing business owner before gate two and reviewed by the Chief AI Officer's team.</w:t>
      </w:r>
    </w:p>
    <w:p w14:paraId="53E93AB4" w14:textId="77777777" w:rsidR="00E2764D" w:rsidRDefault="00F75996">
      <w:pPr>
        <w:pStyle w:val="ListNumber"/>
      </w:pPr>
      <w:r>
        <w:t>The business problem is stated in terms of a measurable outcome rather than in terms of a technology to be adopted.</w:t>
      </w:r>
    </w:p>
    <w:p w14:paraId="357DEE72" w14:textId="77777777" w:rsidR="00E2764D" w:rsidRDefault="00F75996">
      <w:pPr>
        <w:pStyle w:val="ListNumber"/>
      </w:pPr>
      <w:r>
        <w:lastRenderedPageBreak/>
        <w:t>A named executive has accepted written accountability as business owner for the outcome and for the oversight arrangements.</w:t>
      </w:r>
    </w:p>
    <w:p w14:paraId="3B316A33" w14:textId="77777777" w:rsidR="00E2764D" w:rsidRDefault="00F75996">
      <w:pPr>
        <w:pStyle w:val="ListNumber"/>
      </w:pPr>
      <w:r>
        <w:t>The current process is documented, including its volume, cost, cycle time, and error rate, so that a baseline exists before any change.</w:t>
      </w:r>
    </w:p>
    <w:p w14:paraId="71C3F7BF" w14:textId="77777777" w:rsidR="00E2764D" w:rsidRDefault="00F75996">
      <w:pPr>
        <w:pStyle w:val="ListNumber"/>
      </w:pPr>
      <w:r>
        <w:t>The decision or output the system will influence is identified, together with who is affected by it and how.</w:t>
      </w:r>
    </w:p>
    <w:p w14:paraId="060456B2" w14:textId="77777777" w:rsidR="00E2764D" w:rsidRDefault="00F75996">
      <w:pPr>
        <w:pStyle w:val="ListNumber"/>
      </w:pPr>
      <w:r>
        <w:t>A provisional risk tier has been assigned under Section 8.2 and the reasoning recorded.</w:t>
      </w:r>
    </w:p>
    <w:p w14:paraId="6F7EAB53" w14:textId="77777777" w:rsidR="00E2764D" w:rsidRDefault="00F75996">
      <w:pPr>
        <w:pStyle w:val="ListNumber"/>
      </w:pPr>
      <w:r>
        <w:t>The data and content the system requires are identified, and their owners have been contacted and have confirmed availability.</w:t>
      </w:r>
    </w:p>
    <w:p w14:paraId="697F85FD" w14:textId="77777777" w:rsidR="00E2764D" w:rsidRDefault="00F75996">
      <w:pPr>
        <w:pStyle w:val="ListNumber"/>
      </w:pPr>
      <w:r>
        <w:t>Any personal data involved is identified, with the lawful basis and the intended retention period stated.</w:t>
      </w:r>
    </w:p>
    <w:p w14:paraId="5C44180B" w14:textId="77777777" w:rsidR="00E2764D" w:rsidRDefault="00F75996">
      <w:pPr>
        <w:pStyle w:val="ListNumber"/>
      </w:pPr>
      <w:r>
        <w:t>The regulatory obligations that may apply have been screened with the General Counsel against the mapping in Section 11.1.</w:t>
      </w:r>
    </w:p>
    <w:p w14:paraId="3B5B55BB" w14:textId="77777777" w:rsidR="00E2764D" w:rsidRDefault="00F75996">
      <w:pPr>
        <w:pStyle w:val="ListNumber"/>
      </w:pPr>
      <w:r>
        <w:t>The measure of success, its baseline, and the date at which it will be assessed are agreed with the business owner.</w:t>
      </w:r>
    </w:p>
    <w:p w14:paraId="39F4CAD0" w14:textId="77777777" w:rsidR="00E2764D" w:rsidRDefault="00F75996">
      <w:pPr>
        <w:pStyle w:val="ListNumber"/>
      </w:pPr>
      <w:r>
        <w:t>The consequence of the system being unavailable is stated, together with the manual fallback that would operate.</w:t>
      </w:r>
    </w:p>
    <w:p w14:paraId="7F156C45" w14:textId="77777777" w:rsidR="00E2764D" w:rsidRDefault="00F75996">
      <w:r>
        <w:t>The pre-production checklist is completed before gate seven and is a condition of the council's release approval.</w:t>
      </w:r>
    </w:p>
    <w:p w14:paraId="73E783AE" w14:textId="77777777" w:rsidR="00E2764D" w:rsidRDefault="00F75996">
      <w:pPr>
        <w:pStyle w:val="ListNumber"/>
      </w:pPr>
      <w:r>
        <w:t>A curated evaluation set exists, the system has been scored against it, and the release floor has been recorded.</w:t>
      </w:r>
    </w:p>
    <w:p w14:paraId="13B3AAB7" w14:textId="77777777" w:rsidR="00E2764D" w:rsidRDefault="00F75996">
      <w:pPr>
        <w:pStyle w:val="ListNumber"/>
      </w:pPr>
      <w:r>
        <w:t>Adversarial testing has been executed and no finding above the agreed severity threshold remains unremediated without a recorded exception.</w:t>
      </w:r>
    </w:p>
    <w:p w14:paraId="6EA8F5BC" w14:textId="77777777" w:rsidR="00E2764D" w:rsidRDefault="00F75996">
      <w:pPr>
        <w:pStyle w:val="ListNumber"/>
      </w:pPr>
      <w:r>
        <w:t>The impact assessment is complete, its findings are addressed, and it reflects the system as actually built.</w:t>
      </w:r>
    </w:p>
    <w:p w14:paraId="62E82388" w14:textId="77777777" w:rsidR="00E2764D" w:rsidRDefault="00F75996">
      <w:pPr>
        <w:pStyle w:val="ListNumber"/>
      </w:pPr>
      <w:r>
        <w:t>Technical documentation covering intended purpose, data sources, model version, limitations, and known failure modes is complete and current.</w:t>
      </w:r>
    </w:p>
    <w:p w14:paraId="7EA80A85" w14:textId="77777777" w:rsidR="00E2764D" w:rsidRDefault="00F75996">
      <w:pPr>
        <w:pStyle w:val="ListNumber"/>
      </w:pPr>
      <w:r>
        <w:t>The security review is complete and any conditions imposed have been met and verified.</w:t>
      </w:r>
    </w:p>
    <w:p w14:paraId="0FA882A9" w14:textId="77777777" w:rsidR="00E2764D" w:rsidRDefault="00F75996">
      <w:pPr>
        <w:pStyle w:val="ListNumber"/>
      </w:pPr>
      <w:r>
        <w:t>Human oversight arrangements are implemented, and the reviewers of record are named and trained under Section 12.2.</w:t>
      </w:r>
    </w:p>
    <w:p w14:paraId="4EA94810" w14:textId="77777777" w:rsidR="00E2764D" w:rsidRDefault="00F75996">
      <w:pPr>
        <w:pStyle w:val="ListNumber"/>
      </w:pPr>
      <w:r>
        <w:t>Monitoring is instrumented to the telemetry schema, including capture of override and correction events, and alerting is routed to named owners.</w:t>
      </w:r>
    </w:p>
    <w:p w14:paraId="4F3E7045" w14:textId="77777777" w:rsidR="00E2764D" w:rsidRDefault="00F75996">
      <w:pPr>
        <w:pStyle w:val="ListNumber"/>
      </w:pPr>
      <w:r>
        <w:t>The kill switch has been tested end to end, including the manual fallback, and the test result is recorded.</w:t>
      </w:r>
    </w:p>
    <w:p w14:paraId="2965D478" w14:textId="77777777" w:rsidR="00E2764D" w:rsidRDefault="00F75996">
      <w:pPr>
        <w:pStyle w:val="ListNumber"/>
      </w:pPr>
      <w:r>
        <w:t>Disclosure to affected individuals is implemented where required, in language approved by the General Counsel.</w:t>
      </w:r>
    </w:p>
    <w:p w14:paraId="4294CB6C" w14:textId="77777777" w:rsidR="00E2764D" w:rsidRDefault="00F75996">
      <w:pPr>
        <w:pStyle w:val="ListNumber"/>
      </w:pPr>
      <w:r>
        <w:t>The deployment scope, the population affected, and the date of the first post-deployment review are recorded in the release decision.</w:t>
      </w:r>
    </w:p>
    <w:p w14:paraId="614CC12E" w14:textId="77777777" w:rsidR="00E2764D" w:rsidRDefault="00F75996">
      <w:r>
        <w:t>The post-deployment review is conducted at the interval set by risk tier and its outcome is recorded in the inventory.</w:t>
      </w:r>
    </w:p>
    <w:p w14:paraId="589BDE79" w14:textId="77777777" w:rsidR="00E2764D" w:rsidRDefault="00F75996">
      <w:pPr>
        <w:pStyle w:val="ListNumber"/>
      </w:pPr>
      <w:r>
        <w:t>Measured performance against the release floor, including any regression detected by scheduled re-evaluation.</w:t>
      </w:r>
    </w:p>
    <w:p w14:paraId="6EB29CD9" w14:textId="77777777" w:rsidR="00E2764D" w:rsidRDefault="00F75996">
      <w:pPr>
        <w:pStyle w:val="ListNumber"/>
      </w:pPr>
      <w:r>
        <w:lastRenderedPageBreak/>
        <w:t>Realized benefit against the baseline recorded at intake, stated as a measured result rather than an estimate.</w:t>
      </w:r>
    </w:p>
    <w:p w14:paraId="55382951" w14:textId="77777777" w:rsidR="00E2764D" w:rsidRDefault="00F75996">
      <w:pPr>
        <w:pStyle w:val="ListNumber"/>
      </w:pPr>
      <w:r>
        <w:t>Override and correction rates from the reviewers of record, with any pattern in the corrections analyzed.</w:t>
      </w:r>
    </w:p>
    <w:p w14:paraId="6695E543" w14:textId="77777777" w:rsidR="00E2764D" w:rsidRDefault="00F75996">
      <w:pPr>
        <w:pStyle w:val="ListNumber"/>
      </w:pPr>
      <w:r>
        <w:t>Incidents, complaints, and near misses associated with the system, and the status of resulting remediation.</w:t>
      </w:r>
    </w:p>
    <w:p w14:paraId="1F891734" w14:textId="77777777" w:rsidR="00E2764D" w:rsidRDefault="00F75996">
      <w:pPr>
        <w:pStyle w:val="ListNumber"/>
      </w:pPr>
      <w:r>
        <w:t>Content and grounding health, including staleness alerts and any source whose owner has lapsed.</w:t>
      </w:r>
    </w:p>
    <w:p w14:paraId="694BF3E4" w14:textId="77777777" w:rsidR="00E2764D" w:rsidRDefault="00F75996">
      <w:pPr>
        <w:pStyle w:val="ListNumber"/>
      </w:pPr>
      <w:r>
        <w:t>Consumption and cost against forecast, and whether the value case remains sound at the observed run rate.</w:t>
      </w:r>
    </w:p>
    <w:p w14:paraId="21D84F0B" w14:textId="77777777" w:rsidR="00E2764D" w:rsidRDefault="00F75996">
      <w:pPr>
        <w:pStyle w:val="ListNumber"/>
      </w:pPr>
      <w:r>
        <w:t>Whether the assigned risk tier remains correct given how the system is actually being used.</w:t>
      </w:r>
    </w:p>
    <w:p w14:paraId="025D0AFA" w14:textId="77777777" w:rsidR="00E2764D" w:rsidRDefault="00F75996">
      <w:pPr>
        <w:pStyle w:val="ListNumber"/>
      </w:pPr>
      <w:r>
        <w:t>The decision to continue, modify, expand, or retire the system, recorded with its rationale and the next review date.</w:t>
      </w:r>
    </w:p>
    <w:p w14:paraId="467AD237" w14:textId="77777777" w:rsidR="00E2764D" w:rsidRDefault="00F75996">
      <w:pPr>
        <w:pStyle w:val="Heading2"/>
      </w:pPr>
      <w:bookmarkStart w:id="144" w:name="_Toc241649812"/>
      <w:r>
        <w:t>21.3 Appendix C: The Chief AI Officer Decision Log Template</w:t>
      </w:r>
      <w:bookmarkEnd w:id="144"/>
    </w:p>
    <w:p w14:paraId="70DF6710" w14:textId="77777777" w:rsidR="00E2764D" w:rsidRDefault="00F75996">
      <w:r>
        <w:t>The decision log is the officer's principal defence and their principal management tool. A decision recorded with its rationale, its alternatives, and its dissent can be explained years later by someone who was not present. A decision recorded as an approval alone cannot. The log should be maintained in the governance repository under retention, and every entry should be completed at the time of the decision rather than reconstructed.</w:t>
      </w:r>
    </w:p>
    <w:p w14:paraId="4581D4E9" w14:textId="77777777" w:rsidR="00E2764D" w:rsidRDefault="00F75996">
      <w:r>
        <w:rPr>
          <w:i/>
          <w:sz w:val="20"/>
        </w:rPr>
        <w:t>Table 21.3 - Decision log template fields.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E2764D" w14:paraId="2D14251D" w14:textId="77777777">
        <w:trPr>
          <w:tblHeader/>
        </w:trPr>
        <w:tc>
          <w:tcPr>
            <w:tcW w:w="4680" w:type="dxa"/>
            <w:shd w:val="clear" w:color="auto" w:fill="D5E8F0"/>
          </w:tcPr>
          <w:p w14:paraId="20D1D17A" w14:textId="77777777" w:rsidR="00E2764D" w:rsidRDefault="00F75996">
            <w:r>
              <w:rPr>
                <w:b/>
                <w:sz w:val="20"/>
              </w:rPr>
              <w:t>Field</w:t>
            </w:r>
          </w:p>
        </w:tc>
        <w:tc>
          <w:tcPr>
            <w:tcW w:w="4680" w:type="dxa"/>
            <w:shd w:val="clear" w:color="auto" w:fill="D5E8F0"/>
          </w:tcPr>
          <w:p w14:paraId="2C5DFF33" w14:textId="77777777" w:rsidR="00E2764D" w:rsidRDefault="00F75996">
            <w:r>
              <w:rPr>
                <w:b/>
                <w:sz w:val="20"/>
              </w:rPr>
              <w:t>Description</w:t>
            </w:r>
          </w:p>
        </w:tc>
      </w:tr>
      <w:tr w:rsidR="00E2764D" w14:paraId="7F04FCA5" w14:textId="77777777">
        <w:tc>
          <w:tcPr>
            <w:tcW w:w="4680" w:type="dxa"/>
          </w:tcPr>
          <w:p w14:paraId="78E09E5A" w14:textId="77777777" w:rsidR="00E2764D" w:rsidRDefault="00F75996">
            <w:r>
              <w:rPr>
                <w:sz w:val="20"/>
              </w:rPr>
              <w:t>Decision identifier</w:t>
            </w:r>
          </w:p>
        </w:tc>
        <w:tc>
          <w:tcPr>
            <w:tcW w:w="4680" w:type="dxa"/>
          </w:tcPr>
          <w:p w14:paraId="5C27D436" w14:textId="77777777" w:rsidR="00E2764D" w:rsidRDefault="00F75996">
            <w:r>
              <w:rPr>
                <w:sz w:val="20"/>
              </w:rPr>
              <w:t>A unique, sequential identifier assigned at the time of the decision and never reused, allowing the decision to be cited elsewhere</w:t>
            </w:r>
          </w:p>
        </w:tc>
      </w:tr>
      <w:tr w:rsidR="00E2764D" w14:paraId="391C422B" w14:textId="77777777">
        <w:tc>
          <w:tcPr>
            <w:tcW w:w="4680" w:type="dxa"/>
          </w:tcPr>
          <w:p w14:paraId="7D5D4EC2" w14:textId="77777777" w:rsidR="00E2764D" w:rsidRDefault="00F75996">
            <w:r>
              <w:rPr>
                <w:sz w:val="20"/>
              </w:rPr>
              <w:t>Date</w:t>
            </w:r>
          </w:p>
        </w:tc>
        <w:tc>
          <w:tcPr>
            <w:tcW w:w="4680" w:type="dxa"/>
          </w:tcPr>
          <w:p w14:paraId="7FA35C63" w14:textId="77777777" w:rsidR="00E2764D" w:rsidRDefault="00F75996">
            <w:r>
              <w:rPr>
                <w:sz w:val="20"/>
              </w:rPr>
              <w:t>The date the decision was taken, distinguished from the date it was recorded or communicated where these differ</w:t>
            </w:r>
          </w:p>
        </w:tc>
      </w:tr>
      <w:tr w:rsidR="00E2764D" w14:paraId="03238856" w14:textId="77777777">
        <w:tc>
          <w:tcPr>
            <w:tcW w:w="4680" w:type="dxa"/>
          </w:tcPr>
          <w:p w14:paraId="0C233D5F" w14:textId="77777777" w:rsidR="00E2764D" w:rsidRDefault="00F75996">
            <w:r>
              <w:rPr>
                <w:sz w:val="20"/>
              </w:rPr>
              <w:t>Decision</w:t>
            </w:r>
          </w:p>
        </w:tc>
        <w:tc>
          <w:tcPr>
            <w:tcW w:w="4680" w:type="dxa"/>
          </w:tcPr>
          <w:p w14:paraId="3EF61F82" w14:textId="77777777" w:rsidR="00E2764D" w:rsidRDefault="00F75996">
            <w:r>
              <w:rPr>
                <w:sz w:val="20"/>
              </w:rPr>
              <w:t>A plain statement of what was decided, expressed so that a reader with no prior context can understand what was and was not authorized</w:t>
            </w:r>
          </w:p>
        </w:tc>
      </w:tr>
      <w:tr w:rsidR="00E2764D" w14:paraId="2215C859" w14:textId="77777777">
        <w:tc>
          <w:tcPr>
            <w:tcW w:w="4680" w:type="dxa"/>
          </w:tcPr>
          <w:p w14:paraId="0531F103" w14:textId="77777777" w:rsidR="00E2764D" w:rsidRDefault="00F75996">
            <w:r>
              <w:rPr>
                <w:sz w:val="20"/>
              </w:rPr>
              <w:t>Options considered</w:t>
            </w:r>
          </w:p>
        </w:tc>
        <w:tc>
          <w:tcPr>
            <w:tcW w:w="4680" w:type="dxa"/>
          </w:tcPr>
          <w:p w14:paraId="67F7A22F" w14:textId="77777777" w:rsidR="00E2764D" w:rsidRDefault="00F75996">
            <w:r>
              <w:rPr>
                <w:sz w:val="20"/>
              </w:rPr>
              <w:t>The alternatives that were genuinely on the table, including the option of doing nothing, so that the decision can be assessed against the choices available at the time</w:t>
            </w:r>
          </w:p>
        </w:tc>
      </w:tr>
      <w:tr w:rsidR="00E2764D" w14:paraId="766A4DFB" w14:textId="77777777">
        <w:tc>
          <w:tcPr>
            <w:tcW w:w="4680" w:type="dxa"/>
          </w:tcPr>
          <w:p w14:paraId="38B3BC60" w14:textId="77777777" w:rsidR="00E2764D" w:rsidRDefault="00F75996">
            <w:r>
              <w:rPr>
                <w:sz w:val="20"/>
              </w:rPr>
              <w:t>Rationale</w:t>
            </w:r>
          </w:p>
        </w:tc>
        <w:tc>
          <w:tcPr>
            <w:tcW w:w="4680" w:type="dxa"/>
          </w:tcPr>
          <w:p w14:paraId="624E71A2" w14:textId="77777777" w:rsidR="00E2764D" w:rsidRDefault="00F75996">
            <w:r>
              <w:rPr>
                <w:sz w:val="20"/>
              </w:rPr>
              <w:t>Why this option was chosen over the alternatives, including the evidence relied on and the assumptions made, since assumptions are what later prove wrong</w:t>
            </w:r>
          </w:p>
        </w:tc>
      </w:tr>
      <w:tr w:rsidR="00E2764D" w14:paraId="1C534F53" w14:textId="77777777">
        <w:tc>
          <w:tcPr>
            <w:tcW w:w="4680" w:type="dxa"/>
          </w:tcPr>
          <w:p w14:paraId="673E993B" w14:textId="77777777" w:rsidR="00E2764D" w:rsidRDefault="00F75996">
            <w:r>
              <w:rPr>
                <w:sz w:val="20"/>
              </w:rPr>
              <w:lastRenderedPageBreak/>
              <w:t>Risk tier</w:t>
            </w:r>
          </w:p>
        </w:tc>
        <w:tc>
          <w:tcPr>
            <w:tcW w:w="4680" w:type="dxa"/>
          </w:tcPr>
          <w:p w14:paraId="678960CC" w14:textId="77777777" w:rsidR="00E2764D" w:rsidRDefault="00F75996">
            <w:r>
              <w:rPr>
                <w:sz w:val="20"/>
              </w:rPr>
              <w:t>The risk tier of the affected system under Section 8.2, or the tier the decision assigns, which establishes the level of scrutiny the decision warranted</w:t>
            </w:r>
          </w:p>
        </w:tc>
      </w:tr>
      <w:tr w:rsidR="00E2764D" w14:paraId="08D6A879" w14:textId="77777777">
        <w:tc>
          <w:tcPr>
            <w:tcW w:w="4680" w:type="dxa"/>
          </w:tcPr>
          <w:p w14:paraId="4316D521" w14:textId="77777777" w:rsidR="00E2764D" w:rsidRDefault="00F75996">
            <w:r>
              <w:rPr>
                <w:sz w:val="20"/>
              </w:rPr>
              <w:t>Approvers</w:t>
            </w:r>
          </w:p>
        </w:tc>
        <w:tc>
          <w:tcPr>
            <w:tcW w:w="4680" w:type="dxa"/>
          </w:tcPr>
          <w:p w14:paraId="5DFB32BF" w14:textId="77777777" w:rsidR="00E2764D" w:rsidRDefault="00F75996">
            <w:r>
              <w:rPr>
                <w:sz w:val="20"/>
              </w:rPr>
              <w:t>The named individuals who approved, with their roles, rather than the name of a committee, so that accountability attaches to people</w:t>
            </w:r>
          </w:p>
        </w:tc>
      </w:tr>
      <w:tr w:rsidR="00E2764D" w14:paraId="598FA9ED" w14:textId="77777777">
        <w:tc>
          <w:tcPr>
            <w:tcW w:w="4680" w:type="dxa"/>
          </w:tcPr>
          <w:p w14:paraId="2E09F0B1" w14:textId="77777777" w:rsidR="00E2764D" w:rsidRDefault="00F75996">
            <w:r>
              <w:rPr>
                <w:sz w:val="20"/>
              </w:rPr>
              <w:t>Dissent recorded</w:t>
            </w:r>
          </w:p>
        </w:tc>
        <w:tc>
          <w:tcPr>
            <w:tcW w:w="4680" w:type="dxa"/>
          </w:tcPr>
          <w:p w14:paraId="4E637BC2" w14:textId="77777777" w:rsidR="00E2764D" w:rsidRDefault="00F75996">
            <w:r>
              <w:rPr>
                <w:sz w:val="20"/>
              </w:rPr>
              <w:t>Any objection raised and by whom, recorded whether or not it changed the outcome, since suppressed dissent is the single most damaging finding in a post-incident review</w:t>
            </w:r>
          </w:p>
        </w:tc>
      </w:tr>
      <w:tr w:rsidR="00E2764D" w14:paraId="1A36A3B9" w14:textId="77777777">
        <w:tc>
          <w:tcPr>
            <w:tcW w:w="4680" w:type="dxa"/>
          </w:tcPr>
          <w:p w14:paraId="7776CAE0" w14:textId="77777777" w:rsidR="00E2764D" w:rsidRDefault="00F75996">
            <w:r>
              <w:rPr>
                <w:sz w:val="20"/>
              </w:rPr>
              <w:t>Review date</w:t>
            </w:r>
          </w:p>
        </w:tc>
        <w:tc>
          <w:tcPr>
            <w:tcW w:w="4680" w:type="dxa"/>
          </w:tcPr>
          <w:p w14:paraId="2351F527" w14:textId="77777777" w:rsidR="00E2764D" w:rsidRDefault="00F75996">
            <w:r>
              <w:rPr>
                <w:sz w:val="20"/>
              </w:rPr>
              <w:t>The date on which the decision will be revisited, which is mandatory for any decision made on incomplete information or under an exception</w:t>
            </w:r>
          </w:p>
        </w:tc>
      </w:tr>
      <w:tr w:rsidR="00E2764D" w14:paraId="16EE6147" w14:textId="77777777">
        <w:tc>
          <w:tcPr>
            <w:tcW w:w="4680" w:type="dxa"/>
          </w:tcPr>
          <w:p w14:paraId="3D33BFC8" w14:textId="77777777" w:rsidR="00E2764D" w:rsidRDefault="00F75996">
            <w:r>
              <w:rPr>
                <w:sz w:val="20"/>
              </w:rPr>
              <w:t>Linked AI system identifier</w:t>
            </w:r>
          </w:p>
        </w:tc>
        <w:tc>
          <w:tcPr>
            <w:tcW w:w="4680" w:type="dxa"/>
          </w:tcPr>
          <w:p w14:paraId="055131C1" w14:textId="77777777" w:rsidR="00E2764D" w:rsidRDefault="00F75996">
            <w:r>
              <w:rPr>
                <w:sz w:val="20"/>
              </w:rPr>
              <w:t>The system identifier from the inventory to which the decision relates, allowing decisions, evidence, cost, and incidents to be joined</w:t>
            </w:r>
          </w:p>
        </w:tc>
      </w:tr>
    </w:tbl>
    <w:p w14:paraId="5216A20E" w14:textId="77777777" w:rsidR="00E2764D" w:rsidRDefault="00E2764D"/>
    <w:p w14:paraId="4953D4F1" w14:textId="77777777" w:rsidR="00E2764D" w:rsidRDefault="00F75996">
      <w:pPr>
        <w:pStyle w:val="Heading2"/>
      </w:pPr>
      <w:bookmarkStart w:id="145" w:name="_Toc241649813"/>
      <w:r>
        <w:t>21.4 Appendix D: Document Control</w:t>
      </w:r>
      <w:bookmarkEnd w:id="145"/>
    </w:p>
    <w:p w14:paraId="301D03EF" w14:textId="77777777" w:rsidR="00E2764D" w:rsidRDefault="00F75996">
      <w:r>
        <w:t>This playbook is a controlled document owned by the Chief AI Officer. It should be reviewed at least annually, and additionally whenever the regulatory position changes materially, whenever the mandate portfolio changes, or following any Tier 1 incident. Amendments are approved by the AI Governance Council and recorded below.</w:t>
      </w:r>
    </w:p>
    <w:p w14:paraId="642CAE41" w14:textId="77777777" w:rsidR="00E2764D" w:rsidRDefault="00F75996">
      <w:r>
        <w:rPr>
          <w:i/>
          <w:sz w:val="20"/>
        </w:rPr>
        <w:t>Table 21.4 - Document control record.</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E2764D" w14:paraId="051A66A0" w14:textId="77777777">
        <w:trPr>
          <w:tblHeader/>
        </w:trPr>
        <w:tc>
          <w:tcPr>
            <w:tcW w:w="2340" w:type="dxa"/>
            <w:shd w:val="clear" w:color="auto" w:fill="D5E8F0"/>
          </w:tcPr>
          <w:p w14:paraId="2125E9ED" w14:textId="77777777" w:rsidR="00E2764D" w:rsidRDefault="00F75996">
            <w:r>
              <w:rPr>
                <w:b/>
                <w:sz w:val="20"/>
              </w:rPr>
              <w:t>Version</w:t>
            </w:r>
          </w:p>
        </w:tc>
        <w:tc>
          <w:tcPr>
            <w:tcW w:w="2340" w:type="dxa"/>
            <w:shd w:val="clear" w:color="auto" w:fill="D5E8F0"/>
          </w:tcPr>
          <w:p w14:paraId="468BFBAB" w14:textId="77777777" w:rsidR="00E2764D" w:rsidRDefault="00F75996">
            <w:r>
              <w:rPr>
                <w:b/>
                <w:sz w:val="20"/>
              </w:rPr>
              <w:t>Date</w:t>
            </w:r>
          </w:p>
        </w:tc>
        <w:tc>
          <w:tcPr>
            <w:tcW w:w="2340" w:type="dxa"/>
            <w:shd w:val="clear" w:color="auto" w:fill="D5E8F0"/>
          </w:tcPr>
          <w:p w14:paraId="0342AF68" w14:textId="77777777" w:rsidR="00E2764D" w:rsidRDefault="00F75996">
            <w:r>
              <w:rPr>
                <w:b/>
                <w:sz w:val="20"/>
              </w:rPr>
              <w:t>Author / Owner</w:t>
            </w:r>
          </w:p>
        </w:tc>
        <w:tc>
          <w:tcPr>
            <w:tcW w:w="2340" w:type="dxa"/>
            <w:shd w:val="clear" w:color="auto" w:fill="D5E8F0"/>
          </w:tcPr>
          <w:p w14:paraId="304FEBEB" w14:textId="77777777" w:rsidR="00E2764D" w:rsidRDefault="00F75996">
            <w:r>
              <w:rPr>
                <w:b/>
                <w:sz w:val="20"/>
              </w:rPr>
              <w:t>Summary of Changes</w:t>
            </w:r>
          </w:p>
        </w:tc>
      </w:tr>
      <w:tr w:rsidR="00E2764D" w14:paraId="3BB26842" w14:textId="77777777">
        <w:tc>
          <w:tcPr>
            <w:tcW w:w="2340" w:type="dxa"/>
          </w:tcPr>
          <w:p w14:paraId="60DFC0D8" w14:textId="77777777" w:rsidR="00E2764D" w:rsidRDefault="00F75996">
            <w:r>
              <w:rPr>
                <w:sz w:val="20"/>
              </w:rPr>
              <w:t>1.0</w:t>
            </w:r>
          </w:p>
        </w:tc>
        <w:tc>
          <w:tcPr>
            <w:tcW w:w="2340" w:type="dxa"/>
          </w:tcPr>
          <w:p w14:paraId="02F60B92" w14:textId="77777777" w:rsidR="00E2764D" w:rsidRDefault="00F75996">
            <w:r>
              <w:rPr>
                <w:sz w:val="20"/>
              </w:rPr>
              <w:t>August 4, 2026</w:t>
            </w:r>
          </w:p>
        </w:tc>
        <w:tc>
          <w:tcPr>
            <w:tcW w:w="2340" w:type="dxa"/>
          </w:tcPr>
          <w:p w14:paraId="34267F23" w14:textId="77777777" w:rsidR="00E2764D" w:rsidRDefault="00F75996">
            <w:r>
              <w:rPr>
                <w:sz w:val="20"/>
              </w:rPr>
              <w:t>Chief AI Officer</w:t>
            </w:r>
          </w:p>
        </w:tc>
        <w:tc>
          <w:tcPr>
            <w:tcW w:w="2340" w:type="dxa"/>
          </w:tcPr>
          <w:p w14:paraId="43E823CE" w14:textId="77777777" w:rsidR="00E2764D" w:rsidRDefault="00F75996">
            <w:r>
              <w:rPr>
                <w:sz w:val="20"/>
              </w:rPr>
              <w:t>Initial release covering the officer mandate, governance and control framework, the three priority mandates, and the first 90 day plan</w:t>
            </w:r>
          </w:p>
        </w:tc>
      </w:tr>
    </w:tbl>
    <w:p w14:paraId="46567E53" w14:textId="77777777" w:rsidR="00E2764D" w:rsidRDefault="00E2764D"/>
    <w:sectPr w:rsidR="00E2764D"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E15AD" w14:textId="77777777" w:rsidR="009F3B1B" w:rsidRDefault="009F3B1B">
      <w:pPr>
        <w:spacing w:after="0" w:line="240" w:lineRule="auto"/>
      </w:pPr>
      <w:r>
        <w:separator/>
      </w:r>
    </w:p>
  </w:endnote>
  <w:endnote w:type="continuationSeparator" w:id="0">
    <w:p w14:paraId="33E3D1AD" w14:textId="77777777" w:rsidR="009F3B1B" w:rsidRDefault="009F3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E520" w14:textId="77777777" w:rsidR="00E2764D" w:rsidRDefault="00F75996">
    <w:pPr>
      <w:pStyle w:val="Footer"/>
    </w:pPr>
    <w:r>
      <w:rPr>
        <w:sz w:val="18"/>
      </w:rPr>
      <w:t>The Organization</w:t>
    </w:r>
    <w:r>
      <w:rPr>
        <w:sz w:val="18"/>
      </w:rPr>
      <w:tab/>
      <w:t xml:space="preserve">Page </w:t>
    </w:r>
    <w:r>
      <w:fldChar w:fldCharType="begin"/>
    </w:r>
    <w:r>
      <w:instrText xml:space="preserve"> PAGE </w:instrText>
    </w:r>
    <w:r>
      <w:fldChar w:fldCharType="separate"/>
    </w:r>
    <w:r w:rsidR="00EE1136">
      <w:rPr>
        <w:noProof/>
      </w:rPr>
      <w:t>1</w:t>
    </w:r>
    <w:r>
      <w:fldChar w:fldCharType="end"/>
    </w:r>
    <w:r>
      <w:rPr>
        <w:sz w:val="18"/>
      </w:rPr>
      <w:t xml:space="preserve"> of </w:t>
    </w:r>
    <w:fldSimple w:instr=" NUMPAGES ">
      <w:r w:rsidR="00EE1136">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4A159" w14:textId="77777777" w:rsidR="009F3B1B" w:rsidRDefault="009F3B1B">
      <w:pPr>
        <w:spacing w:after="0" w:line="240" w:lineRule="auto"/>
      </w:pPr>
      <w:r>
        <w:separator/>
      </w:r>
    </w:p>
  </w:footnote>
  <w:footnote w:type="continuationSeparator" w:id="0">
    <w:p w14:paraId="255CB071" w14:textId="77777777" w:rsidR="009F3B1B" w:rsidRDefault="009F3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3C4F1" w14:textId="77777777" w:rsidR="00E2764D" w:rsidRDefault="00F75996">
    <w:pPr>
      <w:pStyle w:val="Header"/>
      <w:jc w:val="right"/>
    </w:pPr>
    <w:r>
      <w:rPr>
        <w:sz w:val="18"/>
      </w:rPr>
      <w:t>Chief AI Officer Playbook - 1.0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6403054">
    <w:abstractNumId w:val="8"/>
  </w:num>
  <w:num w:numId="2" w16cid:durableId="2070222077">
    <w:abstractNumId w:val="6"/>
  </w:num>
  <w:num w:numId="3" w16cid:durableId="1100419785">
    <w:abstractNumId w:val="5"/>
  </w:num>
  <w:num w:numId="4" w16cid:durableId="72513810">
    <w:abstractNumId w:val="4"/>
  </w:num>
  <w:num w:numId="5" w16cid:durableId="2003584253">
    <w:abstractNumId w:val="7"/>
  </w:num>
  <w:num w:numId="6" w16cid:durableId="1939095309">
    <w:abstractNumId w:val="3"/>
  </w:num>
  <w:num w:numId="7" w16cid:durableId="776829959">
    <w:abstractNumId w:val="2"/>
  </w:num>
  <w:num w:numId="8" w16cid:durableId="297690438">
    <w:abstractNumId w:val="1"/>
  </w:num>
  <w:num w:numId="9" w16cid:durableId="1349679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47EA5"/>
    <w:rsid w:val="005F6ECB"/>
    <w:rsid w:val="009F3B1B"/>
    <w:rsid w:val="00A30685"/>
    <w:rsid w:val="00AA1D8D"/>
    <w:rsid w:val="00B47730"/>
    <w:rsid w:val="00C132D9"/>
    <w:rsid w:val="00CB0664"/>
    <w:rsid w:val="00E2764D"/>
    <w:rsid w:val="00EE1136"/>
    <w:rsid w:val="00F759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F0C591"/>
  <w14:defaultImageDpi w14:val="300"/>
  <w15:docId w15:val="{675EDE53-3D21-4071-939C-F31180CE7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1F3964"/>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1F3964"/>
      <w:sz w:val="28"/>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1F396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EE1136"/>
    <w:pPr>
      <w:spacing w:after="100"/>
    </w:pPr>
  </w:style>
  <w:style w:type="paragraph" w:styleId="TOC2">
    <w:name w:val="toc 2"/>
    <w:basedOn w:val="Normal"/>
    <w:next w:val="Normal"/>
    <w:autoRedefine/>
    <w:uiPriority w:val="39"/>
    <w:unhideWhenUsed/>
    <w:rsid w:val="00EE1136"/>
    <w:pPr>
      <w:spacing w:after="100"/>
      <w:ind w:left="220"/>
    </w:pPr>
  </w:style>
  <w:style w:type="paragraph" w:styleId="TOC3">
    <w:name w:val="toc 3"/>
    <w:basedOn w:val="Normal"/>
    <w:next w:val="Normal"/>
    <w:autoRedefine/>
    <w:uiPriority w:val="39"/>
    <w:unhideWhenUsed/>
    <w:rsid w:val="00EE1136"/>
    <w:pPr>
      <w:spacing w:after="100"/>
      <w:ind w:left="440"/>
    </w:pPr>
  </w:style>
  <w:style w:type="paragraph" w:styleId="TOC4">
    <w:name w:val="toc 4"/>
    <w:basedOn w:val="Normal"/>
    <w:next w:val="Normal"/>
    <w:autoRedefine/>
    <w:uiPriority w:val="39"/>
    <w:unhideWhenUsed/>
    <w:rsid w:val="00EE1136"/>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EE1136"/>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EE1136"/>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EE1136"/>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EE1136"/>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EE1136"/>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Hyperlink">
    <w:name w:val="Hyperlink"/>
    <w:basedOn w:val="DefaultParagraphFont"/>
    <w:uiPriority w:val="99"/>
    <w:unhideWhenUsed/>
    <w:rsid w:val="00EE1136"/>
    <w:rPr>
      <w:color w:val="0000FF" w:themeColor="hyperlink"/>
      <w:u w:val="single"/>
    </w:rPr>
  </w:style>
  <w:style w:type="character" w:styleId="UnresolvedMention">
    <w:name w:val="Unresolved Mention"/>
    <w:basedOn w:val="DefaultParagraphFont"/>
    <w:uiPriority w:val="99"/>
    <w:semiHidden/>
    <w:unhideWhenUsed/>
    <w:rsid w:val="00EE1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141</Pages>
  <Words>45782</Words>
  <Characters>265866</Characters>
  <Application>Microsoft Office Word</Application>
  <DocSecurity>0</DocSecurity>
  <Lines>7261</Lines>
  <Paragraphs>2534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309541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AI Officer Playbook</dc:title>
  <dc:subject>The Operating Manual for the Chief Artificial Intelligence Officer on Microsoft Azure</dc:subject>
  <dc:creator>John Straumann</dc:creator>
  <cp:keywords/>
  <dc:description/>
  <cp:lastModifiedBy>John Straumann</cp:lastModifiedBy>
  <cp:revision>3</cp:revision>
  <dcterms:created xsi:type="dcterms:W3CDTF">2026-08-04T00:00:00Z</dcterms:created>
  <dcterms:modified xsi:type="dcterms:W3CDTF">2026-09-30T12:34:00Z</dcterms:modified>
  <cp:category>Cross-Industry Enterprise</cp:category>
</cp:coreProperties>
</file>